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54" w:rsidRPr="00626B23" w:rsidRDefault="00C45354" w:rsidP="00626B23">
      <w:pPr>
        <w:autoSpaceDE w:val="0"/>
        <w:autoSpaceDN w:val="0"/>
        <w:spacing w:after="0" w:line="230" w:lineRule="auto"/>
        <w:ind w:right="92"/>
        <w:rPr>
          <w:rFonts w:ascii="Times New Roman" w:eastAsia="Times New Roman" w:hAnsi="Times New Roman"/>
          <w:color w:val="000000"/>
          <w:sz w:val="24"/>
          <w:lang w:val="ru-RU"/>
        </w:rPr>
      </w:pPr>
    </w:p>
    <w:p w:rsidR="00CB181B" w:rsidRPr="00626B23" w:rsidRDefault="00CB181B" w:rsidP="00C45354">
      <w:pPr>
        <w:autoSpaceDE w:val="0"/>
        <w:autoSpaceDN w:val="0"/>
        <w:spacing w:after="78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81B" w:rsidRPr="00626B23" w:rsidRDefault="00C45354" w:rsidP="00C45354">
      <w:pPr>
        <w:autoSpaceDE w:val="0"/>
        <w:autoSpaceDN w:val="0"/>
        <w:spacing w:after="0" w:line="240" w:lineRule="auto"/>
        <w:ind w:right="288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по русскому языку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(Приказ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России от 31 05 2021 г № 287, зарегистрирован Министерством юстиции Российской Федерации 05 07 2021 г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,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рег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номер — 64101) (далее — ФГОС ООО),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Примерной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:rsidR="00CB181B" w:rsidRPr="00626B23" w:rsidRDefault="00C45354" w:rsidP="00C45354">
      <w:pPr>
        <w:autoSpaceDE w:val="0"/>
        <w:autoSpaceDN w:val="0"/>
        <w:spacing w:before="226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ПОЯСНИТЕЛЬНАЯ ЗАПИСКА</w:t>
      </w:r>
    </w:p>
    <w:p w:rsidR="00CB181B" w:rsidRPr="00626B23" w:rsidRDefault="00C45354" w:rsidP="00C45354">
      <w:pPr>
        <w:autoSpaceDE w:val="0"/>
        <w:autoSpaceDN w:val="0"/>
        <w:spacing w:before="348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Личностные  и  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метапредметные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  результаты   представлены с учётом особенностей преподавания русского языка в основной общеобразовательной школе с учётом методических традиций построения школьного  курса   русского   языка,   реализованных в большей части входящих в Федеральный перечень УМК по русскому языку. </w:t>
      </w:r>
    </w:p>
    <w:p w:rsidR="00CB181B" w:rsidRPr="00626B23" w:rsidRDefault="00C45354" w:rsidP="00626B23">
      <w:pPr>
        <w:autoSpaceDE w:val="0"/>
        <w:autoSpaceDN w:val="0"/>
        <w:spacing w:before="262"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ОБЩАЯ ХАРАКТЕРИСТИКА УЧЕБНОГО ПРЕДМЕТА «РУССКИЙ ЯЗЫК»</w:t>
      </w:r>
    </w:p>
    <w:p w:rsidR="00CB181B" w:rsidRPr="00626B23" w:rsidRDefault="00C45354" w:rsidP="00C45354">
      <w:pPr>
        <w:autoSpaceDE w:val="0"/>
        <w:autoSpaceDN w:val="0"/>
        <w:spacing w:before="166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Русский язык —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  <w:proofErr w:type="gramEnd"/>
    </w:p>
    <w:p w:rsidR="00CB181B" w:rsidRPr="00626B23" w:rsidRDefault="00C45354" w:rsidP="00DE5742">
      <w:pPr>
        <w:autoSpaceDE w:val="0"/>
        <w:autoSpaceDN w:val="0"/>
        <w:spacing w:before="70" w:after="0" w:line="240" w:lineRule="auto"/>
        <w:ind w:right="-54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Русский язык, выполняя свои базовые функции общения и выражения мысли, обеспечивает межличностное и социальное взаимодействие людей, 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CB181B" w:rsidRPr="00626B23" w:rsidRDefault="00C45354" w:rsidP="00DE5742">
      <w:pPr>
        <w:autoSpaceDE w:val="0"/>
        <w:autoSpaceDN w:val="0"/>
        <w:spacing w:before="72" w:after="0" w:line="240" w:lineRule="auto"/>
        <w:ind w:right="88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Обучение русскому языку в школе направлено на совершенствование нравственной и коммуникативной культуры ученика,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CB181B" w:rsidRPr="00626B23" w:rsidRDefault="00C45354" w:rsidP="00DE5742">
      <w:pPr>
        <w:autoSpaceDE w:val="0"/>
        <w:autoSpaceDN w:val="0"/>
        <w:spacing w:before="70" w:after="0" w:line="240" w:lineRule="auto"/>
        <w:ind w:right="-54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Содержание обучения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Речевая и текстовая деятельность является системообразующей доминантой школьного курса русского языка.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Соответствующие умения и навыки представлены в перечне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предметных результатов обучения, в содержании обучения (разделы «Язык и речь», «Текст», «Функциональные разновидности языка»).</w:t>
      </w:r>
    </w:p>
    <w:p w:rsidR="00CB181B" w:rsidRPr="00626B23" w:rsidRDefault="00C45354" w:rsidP="00626B23">
      <w:pPr>
        <w:autoSpaceDE w:val="0"/>
        <w:autoSpaceDN w:val="0"/>
        <w:spacing w:before="262"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ЦЕЛИ ИЗУЧЕНИЯ УЧЕБНОГО ПРЕДМЕТА «РУССКИЙ ЯЗЫК»</w:t>
      </w:r>
    </w:p>
    <w:p w:rsidR="00CB181B" w:rsidRPr="00626B23" w:rsidRDefault="00C45354" w:rsidP="00DE5742">
      <w:pPr>
        <w:autoSpaceDE w:val="0"/>
        <w:autoSpaceDN w:val="0"/>
        <w:spacing w:before="166" w:after="0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Целями изучения русского языка по программам основного общего образования являются: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хранения духовного богатства русского и других народов России, как к средству общения и </w:t>
      </w:r>
      <w:r w:rsidR="00DE5742" w:rsidRPr="00626B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получения знаний в разных сферах человеческой деятельности;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проявление уважения к общероссийской и русской культуре, к культуре и языкам всех народов Российской Федерации;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совершенствование орфографической и пунктуационной грамотности; воспитание стремления к речевому самосовершенствованию;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получения различной информации, в том числе знаний по разным учебным предметам;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и т. п. в процессе изучения русского языка;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развитие функциональной грамотности: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несплошной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текст,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инфографика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др.);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освоение стратегий и тактик информационно-смысловой переработки текста, овладение способами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CB181B" w:rsidRPr="00626B23" w:rsidRDefault="00C45354" w:rsidP="00626B23">
      <w:pPr>
        <w:autoSpaceDE w:val="0"/>
        <w:autoSpaceDN w:val="0"/>
        <w:spacing w:before="262"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МЕСТО УЧЕБНОГО ПРЕДМЕТА «РУССКИЙ ЯЗЫК» В УЧЕБНОМ ПЛАНЕ</w:t>
      </w:r>
    </w:p>
    <w:p w:rsidR="00CB181B" w:rsidRPr="00626B23" w:rsidRDefault="00C45354" w:rsidP="00C45354">
      <w:pPr>
        <w:autoSpaceDE w:val="0"/>
        <w:autoSpaceDN w:val="0"/>
        <w:spacing w:before="166" w:after="0" w:line="240" w:lineRule="auto"/>
        <w:ind w:right="144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 соответствии с Федеральным государственным образовательным стандартом основного общего образования учебный предмет «Русский язык» входит в  предметную  область  «Русский язык и литература» и является обязательным для  изучения.</w:t>
      </w:r>
    </w:p>
    <w:p w:rsidR="00CB181B" w:rsidRPr="00626B23" w:rsidRDefault="00C45354" w:rsidP="00C45354">
      <w:pPr>
        <w:autoSpaceDE w:val="0"/>
        <w:autoSpaceDN w:val="0"/>
        <w:spacing w:before="72" w:after="0" w:line="240" w:lineRule="auto"/>
        <w:ind w:right="576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Содержание учебного предмета «Русский язык», представленное в рабочей программе, соответствует ФГОС ООО, Примерной основной образовательной программе основного общего образования.</w:t>
      </w:r>
    </w:p>
    <w:p w:rsidR="00CB181B" w:rsidRPr="00626B23" w:rsidRDefault="00C45354">
      <w:pPr>
        <w:autoSpaceDE w:val="0"/>
        <w:autoSpaceDN w:val="0"/>
        <w:spacing w:before="70" w:after="0" w:line="230" w:lineRule="auto"/>
        <w:ind w:left="180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Учебным планом на изучение русского языка в 5 классе отводится  - 170 ч. (5 часов в неделю).</w:t>
      </w:r>
    </w:p>
    <w:p w:rsidR="00CB181B" w:rsidRPr="00626B23" w:rsidRDefault="00CB181B">
      <w:pPr>
        <w:autoSpaceDE w:val="0"/>
        <w:autoSpaceDN w:val="0"/>
        <w:spacing w:after="78" w:line="22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530840" w:rsidRPr="002949E2" w:rsidRDefault="002949E2" w:rsidP="002949E2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Содержание учебного предмета</w:t>
      </w:r>
    </w:p>
    <w:p w:rsidR="00530840" w:rsidRPr="00626B23" w:rsidRDefault="00530840" w:rsidP="00530840">
      <w:pPr>
        <w:ind w:left="54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ВВЕДЕНИЕ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Язык и языкознание. Разделы языкознания.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Язык и общение. Устная и письменная речь. Ознакомительное, изучающее чтение.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Текст. Тема текста, главная мысль текста. Типы речи: повествование, описание, рассуждение.</w:t>
      </w:r>
    </w:p>
    <w:p w:rsidR="00530840" w:rsidRPr="00626B23" w:rsidRDefault="00530840" w:rsidP="00530840">
      <w:pPr>
        <w:pStyle w:val="37"/>
        <w:spacing w:before="120"/>
        <w:ind w:left="0" w:firstLine="550"/>
        <w:jc w:val="both"/>
        <w:outlineLvl w:val="0"/>
        <w:rPr>
          <w:b/>
          <w:i/>
          <w:sz w:val="24"/>
          <w:szCs w:val="24"/>
        </w:rPr>
      </w:pPr>
      <w:r w:rsidRPr="00626B23">
        <w:rPr>
          <w:b/>
          <w:i/>
          <w:sz w:val="24"/>
          <w:szCs w:val="24"/>
        </w:rPr>
        <w:t>Основные термины по разделу:</w:t>
      </w:r>
    </w:p>
    <w:p w:rsidR="00530840" w:rsidRPr="00626B23" w:rsidRDefault="00530840" w:rsidP="00530840">
      <w:pPr>
        <w:pStyle w:val="37"/>
        <w:spacing w:before="120"/>
        <w:ind w:left="0"/>
        <w:jc w:val="both"/>
        <w:outlineLvl w:val="0"/>
        <w:rPr>
          <w:sz w:val="24"/>
          <w:szCs w:val="24"/>
        </w:rPr>
      </w:pPr>
      <w:proofErr w:type="gramStart"/>
      <w:r w:rsidRPr="00626B23">
        <w:rPr>
          <w:sz w:val="24"/>
          <w:szCs w:val="24"/>
        </w:rPr>
        <w:t xml:space="preserve">Языкознание, лексика, фонетика, графика, орфоэпия, </w:t>
      </w:r>
      <w:proofErr w:type="spellStart"/>
      <w:r w:rsidRPr="00626B23">
        <w:rPr>
          <w:sz w:val="24"/>
          <w:szCs w:val="24"/>
        </w:rPr>
        <w:t>морфемика</w:t>
      </w:r>
      <w:proofErr w:type="spellEnd"/>
      <w:r w:rsidRPr="00626B23">
        <w:rPr>
          <w:sz w:val="24"/>
          <w:szCs w:val="24"/>
        </w:rPr>
        <w:t>, словообразование, лексикология, фразеология, морфология, орфография, синтаксис и пунктуация.</w:t>
      </w:r>
      <w:proofErr w:type="gramEnd"/>
      <w:r w:rsidRPr="00626B23">
        <w:rPr>
          <w:sz w:val="24"/>
          <w:szCs w:val="24"/>
        </w:rPr>
        <w:t xml:space="preserve"> Тема, идея текста. Повествование, описание, рассуждение.</w:t>
      </w:r>
    </w:p>
    <w:p w:rsidR="00530840" w:rsidRPr="00626B23" w:rsidRDefault="00530840" w:rsidP="00530840">
      <w:pPr>
        <w:pStyle w:val="37"/>
        <w:spacing w:before="120"/>
        <w:ind w:left="0" w:firstLine="550"/>
        <w:jc w:val="both"/>
        <w:outlineLvl w:val="0"/>
        <w:rPr>
          <w:b/>
          <w:color w:val="000000"/>
          <w:sz w:val="24"/>
          <w:szCs w:val="24"/>
        </w:rPr>
      </w:pPr>
      <w:r w:rsidRPr="00626B23">
        <w:rPr>
          <w:b/>
          <w:color w:val="000000"/>
          <w:sz w:val="24"/>
          <w:szCs w:val="24"/>
        </w:rPr>
        <w:t xml:space="preserve">ФОНЕТИКА, ГРАФИКА, ОРФОГРАФИЯ </w:t>
      </w:r>
    </w:p>
    <w:p w:rsidR="00530840" w:rsidRPr="00626B23" w:rsidRDefault="00530840" w:rsidP="00530840">
      <w:pPr>
        <w:tabs>
          <w:tab w:val="left" w:pos="13860"/>
        </w:tabs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Буквы и звуки. Алфавит. Согласные звуки и обозначающие их буквы. Глухие и звонкие согласные. Проверяемые согласные в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корне слова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Согласные звуки и обозначающие их буквы. Твердые и мягкие согласные. Обозначение мягкости согласных на письме. Употребление </w:t>
      </w:r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Ъ 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Ь 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знаков. Правописание 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сочетаний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чк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чн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нч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чт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рщ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нщ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</w:t>
      </w:r>
      <w:proofErr w:type="spellStart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щн</w:t>
      </w:r>
      <w:proofErr w:type="spellEnd"/>
      <w:r w:rsidRPr="00626B23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, ст. 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Непроизносимые согласные. Слог и ударение. Гласные звуки и обозначающие их буквы. Правописание безударных гласных в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корне слова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626B2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530840" w:rsidRPr="00626B23" w:rsidRDefault="00530840" w:rsidP="00530840">
      <w:pPr>
        <w:pStyle w:val="37"/>
        <w:spacing w:before="120"/>
        <w:ind w:left="0" w:firstLine="550"/>
        <w:jc w:val="both"/>
        <w:outlineLvl w:val="0"/>
        <w:rPr>
          <w:b/>
          <w:i/>
          <w:sz w:val="24"/>
          <w:szCs w:val="24"/>
        </w:rPr>
      </w:pPr>
      <w:r w:rsidRPr="00626B23">
        <w:rPr>
          <w:b/>
          <w:i/>
          <w:sz w:val="24"/>
          <w:szCs w:val="24"/>
        </w:rPr>
        <w:t>Основные термины по разделу:</w:t>
      </w:r>
    </w:p>
    <w:p w:rsidR="00530840" w:rsidRPr="00626B23" w:rsidRDefault="00530840" w:rsidP="00530840">
      <w:pPr>
        <w:pStyle w:val="Default"/>
      </w:pPr>
      <w:r w:rsidRPr="00626B23">
        <w:t xml:space="preserve">Фонетика, графика, орфография, орфограмма, транскрипция, алфавит, устная и письменная речь </w:t>
      </w:r>
    </w:p>
    <w:p w:rsidR="00530840" w:rsidRPr="00626B23" w:rsidRDefault="00530840" w:rsidP="00530840">
      <w:pPr>
        <w:pStyle w:val="Default"/>
      </w:pPr>
      <w:r w:rsidRPr="00626B23">
        <w:t xml:space="preserve">Парные и непарные; состоящие из одного шума (глухие) и состоящие из голоса и шума (звонкие) согласные. </w:t>
      </w:r>
    </w:p>
    <w:p w:rsidR="00530840" w:rsidRPr="00626B23" w:rsidRDefault="00530840" w:rsidP="00530840">
      <w:pPr>
        <w:pStyle w:val="Default"/>
      </w:pPr>
      <w:r w:rsidRPr="00626B23">
        <w:t xml:space="preserve">Парные и непарные твердые и мягкие согласные, обозначение мягкости согласных буквами </w:t>
      </w:r>
      <w:r w:rsidRPr="00626B23">
        <w:rPr>
          <w:i/>
          <w:iCs/>
        </w:rPr>
        <w:t xml:space="preserve">Е, Ё, </w:t>
      </w:r>
      <w:proofErr w:type="gramStart"/>
      <w:r w:rsidRPr="00626B23">
        <w:rPr>
          <w:i/>
          <w:iCs/>
        </w:rPr>
        <w:t>Ю</w:t>
      </w:r>
      <w:proofErr w:type="gramEnd"/>
      <w:r w:rsidRPr="00626B23">
        <w:rPr>
          <w:i/>
          <w:iCs/>
        </w:rPr>
        <w:t xml:space="preserve">, Я </w:t>
      </w:r>
      <w:r w:rsidRPr="00626B23">
        <w:t xml:space="preserve">и </w:t>
      </w:r>
      <w:r w:rsidRPr="00626B23">
        <w:rPr>
          <w:i/>
          <w:iCs/>
        </w:rPr>
        <w:t xml:space="preserve">Ь. </w:t>
      </w:r>
      <w:r w:rsidRPr="00626B23">
        <w:t xml:space="preserve">Двойная роль букв </w:t>
      </w:r>
      <w:r w:rsidRPr="00626B23">
        <w:rPr>
          <w:i/>
          <w:iCs/>
        </w:rPr>
        <w:t xml:space="preserve">е, ё, </w:t>
      </w:r>
      <w:proofErr w:type="spellStart"/>
      <w:r w:rsidRPr="00626B23">
        <w:rPr>
          <w:i/>
          <w:iCs/>
        </w:rPr>
        <w:t>ю</w:t>
      </w:r>
      <w:proofErr w:type="spellEnd"/>
      <w:r w:rsidRPr="00626B23">
        <w:rPr>
          <w:i/>
          <w:iCs/>
        </w:rPr>
        <w:t>, я</w:t>
      </w:r>
      <w:r w:rsidRPr="00626B23">
        <w:t xml:space="preserve"> .</w:t>
      </w:r>
    </w:p>
    <w:p w:rsidR="00530840" w:rsidRPr="00626B23" w:rsidRDefault="00530840" w:rsidP="00530840">
      <w:pPr>
        <w:pStyle w:val="Default"/>
      </w:pPr>
      <w:r w:rsidRPr="00626B23">
        <w:t xml:space="preserve">Ударение; русское ударение: свободное, разноместное, подвижное; ударный и безударный слог </w:t>
      </w:r>
    </w:p>
    <w:p w:rsidR="00530840" w:rsidRPr="00626B23" w:rsidRDefault="00530840" w:rsidP="00530840">
      <w:pPr>
        <w:pStyle w:val="Default"/>
      </w:pPr>
    </w:p>
    <w:p w:rsidR="00530840" w:rsidRPr="00626B23" w:rsidRDefault="00530840" w:rsidP="00530840">
      <w:pPr>
        <w:pStyle w:val="Default"/>
        <w:ind w:left="540"/>
        <w:rPr>
          <w:b/>
          <w:bCs/>
        </w:rPr>
      </w:pPr>
      <w:r w:rsidRPr="00626B23">
        <w:rPr>
          <w:b/>
          <w:bCs/>
        </w:rPr>
        <w:t xml:space="preserve">МОРФЕМИКА. СЛОВООБРАЗОВАНИЕ. ОРФОГРАФИЯ. </w:t>
      </w:r>
    </w:p>
    <w:p w:rsidR="00530840" w:rsidRPr="002949E2" w:rsidRDefault="00530840" w:rsidP="00530840">
      <w:pPr>
        <w:pStyle w:val="Default"/>
        <w:rPr>
          <w:b/>
        </w:rPr>
      </w:pPr>
      <w:r w:rsidRPr="00626B23">
        <w:t xml:space="preserve">Морфема – наименьшая значимая часть слова. Основа слова. Изменение и образование новых слов. Сложные слова. Правописание букв </w:t>
      </w:r>
      <w:r w:rsidRPr="00626B23">
        <w:rPr>
          <w:i/>
          <w:iCs/>
        </w:rPr>
        <w:t xml:space="preserve">о </w:t>
      </w:r>
      <w:r w:rsidRPr="00626B23">
        <w:t xml:space="preserve">и </w:t>
      </w:r>
      <w:r w:rsidRPr="00626B23">
        <w:rPr>
          <w:i/>
          <w:iCs/>
        </w:rPr>
        <w:t xml:space="preserve">ё </w:t>
      </w:r>
      <w:r w:rsidRPr="00626B23">
        <w:t xml:space="preserve">после шипящих в </w:t>
      </w:r>
      <w:proofErr w:type="gramStart"/>
      <w:r w:rsidRPr="00626B23">
        <w:t>корне слова</w:t>
      </w:r>
      <w:proofErr w:type="gramEnd"/>
      <w:r w:rsidRPr="00626B23">
        <w:t xml:space="preserve">. Чередование букв и//е в корнях слов. Чередование букв а//о в корнях слов </w:t>
      </w:r>
      <w:proofErr w:type="gramStart"/>
      <w:r w:rsidRPr="00626B23">
        <w:t>-л</w:t>
      </w:r>
      <w:proofErr w:type="gramEnd"/>
      <w:r w:rsidRPr="00626B23">
        <w:t xml:space="preserve">аг-// -лож-. Буквы </w:t>
      </w:r>
      <w:r w:rsidRPr="00626B23">
        <w:rPr>
          <w:i/>
          <w:iCs/>
        </w:rPr>
        <w:t xml:space="preserve">а </w:t>
      </w:r>
      <w:r w:rsidRPr="00626B23">
        <w:t xml:space="preserve">и </w:t>
      </w:r>
      <w:r w:rsidRPr="00626B23">
        <w:rPr>
          <w:i/>
          <w:iCs/>
        </w:rPr>
        <w:t xml:space="preserve">о </w:t>
      </w:r>
      <w:r w:rsidRPr="00626B23">
        <w:t>в корне -</w:t>
      </w:r>
      <w:proofErr w:type="spellStart"/>
      <w:r w:rsidRPr="00626B23">
        <w:t>раст</w:t>
      </w:r>
      <w:proofErr w:type="spellEnd"/>
      <w:r w:rsidRPr="00626B23">
        <w:t xml:space="preserve">-–-рос-. Правописание приставок (правописание гласных и согласных в приставках, кроме приставок пре//при и приставок на </w:t>
      </w:r>
      <w:proofErr w:type="spellStart"/>
      <w:r w:rsidRPr="00626B23">
        <w:t>з</w:t>
      </w:r>
      <w:proofErr w:type="spellEnd"/>
      <w:r w:rsidRPr="00626B23">
        <w:t xml:space="preserve">/с, слитное написание приставок (отличать приставку от предлога). Особенности правописания приставок на </w:t>
      </w:r>
      <w:proofErr w:type="spellStart"/>
      <w:r w:rsidRPr="00626B23">
        <w:rPr>
          <w:i/>
          <w:iCs/>
        </w:rPr>
        <w:t>з</w:t>
      </w:r>
      <w:proofErr w:type="spellEnd"/>
      <w:r w:rsidRPr="00626B23">
        <w:rPr>
          <w:i/>
          <w:iCs/>
        </w:rPr>
        <w:t xml:space="preserve">/с. </w:t>
      </w:r>
      <w:r w:rsidRPr="00626B23">
        <w:t xml:space="preserve">Ъ после приставок. Буквы и </w:t>
      </w:r>
      <w:proofErr w:type="gramStart"/>
      <w:r w:rsidRPr="00626B23">
        <w:rPr>
          <w:i/>
          <w:iCs/>
        </w:rPr>
        <w:t>–</w:t>
      </w:r>
      <w:proofErr w:type="spellStart"/>
      <w:r w:rsidRPr="00626B23">
        <w:t>ы</w:t>
      </w:r>
      <w:proofErr w:type="spellEnd"/>
      <w:proofErr w:type="gramEnd"/>
      <w:r w:rsidRPr="00626B23">
        <w:t xml:space="preserve"> после </w:t>
      </w:r>
      <w:proofErr w:type="spellStart"/>
      <w:r w:rsidRPr="00626B23">
        <w:t>ц</w:t>
      </w:r>
      <w:proofErr w:type="spellEnd"/>
      <w:r w:rsidRPr="00626B23">
        <w:t>.</w:t>
      </w:r>
      <w:r w:rsidRPr="00626B23">
        <w:rPr>
          <w:b/>
        </w:rPr>
        <w:t xml:space="preserve"> </w:t>
      </w:r>
      <w:r w:rsidRPr="00626B23">
        <w:rPr>
          <w:bCs/>
          <w:color w:val="0000FF"/>
        </w:rPr>
        <w:t>.</w:t>
      </w:r>
      <w:r w:rsidRPr="00626B23">
        <w:rPr>
          <w:b/>
          <w:bCs/>
        </w:rPr>
        <w:t xml:space="preserve"> </w:t>
      </w:r>
    </w:p>
    <w:p w:rsidR="00530840" w:rsidRPr="00626B23" w:rsidRDefault="00530840" w:rsidP="00530840">
      <w:pPr>
        <w:pStyle w:val="Default"/>
        <w:rPr>
          <w:b/>
          <w:bCs/>
        </w:rPr>
      </w:pPr>
      <w:r w:rsidRPr="00626B23">
        <w:rPr>
          <w:bCs/>
        </w:rPr>
        <w:t>Заголовок текста. Опорные тематические слова текста.</w:t>
      </w:r>
      <w:r w:rsidRPr="00626B23">
        <w:rPr>
          <w:b/>
          <w:bCs/>
        </w:rPr>
        <w:t xml:space="preserve"> </w:t>
      </w:r>
    </w:p>
    <w:p w:rsidR="00530840" w:rsidRPr="00626B23" w:rsidRDefault="00530840" w:rsidP="00530840">
      <w:pPr>
        <w:pStyle w:val="Default"/>
        <w:rPr>
          <w:iCs/>
        </w:rPr>
      </w:pPr>
      <w:r w:rsidRPr="00626B23">
        <w:rPr>
          <w:bCs/>
        </w:rPr>
        <w:t>Изложение с продолжением.</w:t>
      </w:r>
    </w:p>
    <w:p w:rsidR="00530840" w:rsidRPr="00626B23" w:rsidRDefault="00530840" w:rsidP="00530840">
      <w:pPr>
        <w:pStyle w:val="37"/>
        <w:spacing w:before="120"/>
        <w:ind w:left="0" w:firstLine="550"/>
        <w:jc w:val="both"/>
        <w:outlineLvl w:val="0"/>
        <w:rPr>
          <w:b/>
          <w:i/>
          <w:sz w:val="24"/>
          <w:szCs w:val="24"/>
        </w:rPr>
      </w:pPr>
      <w:r w:rsidRPr="00626B23">
        <w:rPr>
          <w:b/>
          <w:i/>
          <w:sz w:val="24"/>
          <w:szCs w:val="24"/>
        </w:rPr>
        <w:t>Основные термины по разделу:</w:t>
      </w:r>
      <w:r w:rsidRPr="00626B23">
        <w:rPr>
          <w:b/>
          <w:color w:val="000000"/>
          <w:sz w:val="24"/>
          <w:szCs w:val="24"/>
        </w:rPr>
        <w:t xml:space="preserve"> </w:t>
      </w:r>
    </w:p>
    <w:p w:rsidR="00530840" w:rsidRPr="002949E2" w:rsidRDefault="00530840" w:rsidP="002949E2">
      <w:pPr>
        <w:pStyle w:val="Default"/>
        <w:rPr>
          <w:iCs/>
        </w:rPr>
      </w:pPr>
      <w:r w:rsidRPr="00626B23">
        <w:t xml:space="preserve">Морфема: корень, приставка, суффикс, окончание. </w:t>
      </w:r>
      <w:proofErr w:type="spellStart"/>
      <w:r w:rsidRPr="00626B23">
        <w:t>Морфемика</w:t>
      </w:r>
      <w:proofErr w:type="spellEnd"/>
      <w:r w:rsidRPr="00626B23">
        <w:t xml:space="preserve">. Основа слова. Однокоренные (родственные) слова и формы одного и того же слова. Чередование звуков. Беглые гласные </w:t>
      </w:r>
      <w:proofErr w:type="gramStart"/>
      <w:r w:rsidRPr="00626B23">
        <w:rPr>
          <w:i/>
          <w:iCs/>
        </w:rPr>
        <w:t>о</w:t>
      </w:r>
      <w:proofErr w:type="gramEnd"/>
      <w:r w:rsidRPr="00626B23">
        <w:rPr>
          <w:i/>
          <w:iCs/>
        </w:rPr>
        <w:t xml:space="preserve"> </w:t>
      </w:r>
      <w:r w:rsidRPr="00626B23">
        <w:t xml:space="preserve">и </w:t>
      </w:r>
      <w:r w:rsidRPr="00626B23">
        <w:rPr>
          <w:i/>
          <w:iCs/>
        </w:rPr>
        <w:t xml:space="preserve">е. </w:t>
      </w:r>
      <w:proofErr w:type="gramStart"/>
      <w:r w:rsidRPr="00626B23">
        <w:rPr>
          <w:iCs/>
        </w:rPr>
        <w:t>Приставка</w:t>
      </w:r>
      <w:proofErr w:type="gramEnd"/>
      <w:r w:rsidRPr="00626B23">
        <w:rPr>
          <w:iCs/>
        </w:rPr>
        <w:t xml:space="preserve"> и предлог.</w:t>
      </w:r>
    </w:p>
    <w:p w:rsidR="00530840" w:rsidRPr="00626B23" w:rsidRDefault="00530840" w:rsidP="00530840">
      <w:pPr>
        <w:ind w:firstLine="45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ЛЕКСИКОЛОГИЯ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Лексическое значение слова. Толковые словари. Однозначные и многозначные слова.</w:t>
      </w:r>
    </w:p>
    <w:p w:rsidR="00530840" w:rsidRPr="002949E2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Тематическая группа. Синонимы. Антонимы. Омонимы. Фразеологизмы. Паронимы. Понятие о чередовании. </w:t>
      </w:r>
      <w:r w:rsidRPr="002949E2">
        <w:rPr>
          <w:rFonts w:ascii="Times New Roman" w:eastAsia="Times New Roman" w:hAnsi="Times New Roman" w:cs="Times New Roman"/>
          <w:sz w:val="24"/>
          <w:szCs w:val="24"/>
          <w:lang w:val="ru-RU"/>
        </w:rPr>
        <w:t>Фразеологизмы. Крылатые слова.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Орфография: Буквы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Ё после шипящих в корне слова. Буквы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Е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//И в корнях с чередованием. Буквы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//О в корнях с чередованием. Суффиксы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-ч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ик-//-</w:t>
      </w:r>
      <w:proofErr w:type="spell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щик</w:t>
      </w:r>
      <w:proofErr w:type="spell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-. Буквы И//Ы после приставок на согласные. Особенности написания приставок на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//С.</w:t>
      </w:r>
    </w:p>
    <w:p w:rsidR="00530840" w:rsidRPr="00626B23" w:rsidRDefault="00530840" w:rsidP="00530840">
      <w:pPr>
        <w:tabs>
          <w:tab w:val="left" w:pos="13860"/>
        </w:tabs>
        <w:snapToGrid w:val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Устная и письменная речь.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Разговорная, книжная и нейтральная лексика.</w:t>
      </w: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 Лексическая сочетаемость.  Продолжение текста с сохранением заданного стиля и типа речи. </w:t>
      </w:r>
      <w:r w:rsidRPr="00626B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/>
        </w:rPr>
        <w:t xml:space="preserve"> Изложение с продолжением. Обучающее сочинение «Как я первый раз...». 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Изложение прочитанного текста.</w:t>
      </w:r>
    </w:p>
    <w:p w:rsidR="00530840" w:rsidRPr="00626B23" w:rsidRDefault="00530840" w:rsidP="00530840">
      <w:pPr>
        <w:ind w:firstLine="45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Основные термины по разделу: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Лексическое значение слова. Однозначные и многозначные слова. Антонимы. Омонимы. Фразеологизмы. Паронимы. Чередование. Фразеологизмы. </w:t>
      </w:r>
    </w:p>
    <w:p w:rsidR="00530840" w:rsidRPr="00626B23" w:rsidRDefault="00530840" w:rsidP="00530840">
      <w:pPr>
        <w:ind w:firstLine="454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МОРФОЛОГИЯ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Части речи. Имя существительное как часть речи. Род имён существительных Склонение имён существительных. Падеж. Число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Имя прилагательное как часть речи. Краткие </w:t>
      </w:r>
      <w:proofErr w:type="spell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прилагательныеМестоимение</w:t>
      </w:r>
      <w:proofErr w:type="spell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как часть речи. Имя числительное как часть речи. Глагол. Инфинитив. Время глагола. Изменение глаголов по лицам и числам. Спряжение. Наречие. Служебные части речи.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Орфография:  Буквы Е//И в падежных окончаниях имён существительных Буквы О//Ё после шипящих и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Ц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окончаниях имён существительных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НЕ с именами существительными. Правописание окончаний имён прилагательных. НЕ с именами прилагательными. Правописание окончаний глаголов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/>
        </w:rPr>
        <w:t>Выборочное изложение.</w:t>
      </w: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Повествование с элементами описания. Изложение прочитанного текста. Средства связи предложений в тексте.</w:t>
      </w: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Тип текста. Способы выражения картины времени в предложении и тексте.</w:t>
      </w: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Сочинение - описание. Сочинение по картине.</w:t>
      </w:r>
      <w:r w:rsidRPr="00626B2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Основные термины по разделу: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Самостоятельные и служебные части речи. Грамматические признаки имён существительных, имён прилагательных, глаголов, местоимений, числительных, наречий. Категория рода, числа, падежа. Начальная форма глагола. Спряжение. Время глагола - настоящее, прошедшее, будущее. Функции служебных частей речи.</w:t>
      </w:r>
    </w:p>
    <w:p w:rsidR="00530840" w:rsidRPr="00626B23" w:rsidRDefault="00530840" w:rsidP="00530840">
      <w:pPr>
        <w:ind w:firstLine="454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СИНТАКСИС И ПУНКТУАЦИЯ </w:t>
      </w:r>
    </w:p>
    <w:p w:rsidR="002949E2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Что изучает синтаксис? Словосочетание. Предложение – основная единица речевого общения. Главные и второстепенные члены предложения.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Грамматическая основа предложения. Подлежащее и сказуемое. Средства их выражения. Второстепенные члены предложения, их роль в предложении. Определение. Дополнение. Обстоятельство. Средства их выражения. Однородные члены предложения. Знаки препинания в предложениях с однородными членами. Обращение, знаки препинания при обращении. Прямая речь Знаки препинания при прямой речи. Сложное предложение, знаки препинания в сложном предложении.</w:t>
      </w:r>
    </w:p>
    <w:p w:rsidR="002949E2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Сообщение, вопрос, побуждение к действию. Как они выражаются в предложении?</w:t>
      </w:r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Продолжение текста с сохранением заданного стиля и типа речи. Эмоции и их отражение в предложении</w:t>
      </w:r>
      <w:proofErr w:type="gramStart"/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К</w:t>
      </w:r>
      <w:proofErr w:type="gramEnd"/>
      <w:r w:rsidRPr="00626B2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ак писать отзыв. Изложение прочитанного текста Вопросный план текста. План текста. Изложение с элементами сочинения. Изложение с элементами сочинения. 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Основные термины по разделу:</w:t>
      </w:r>
    </w:p>
    <w:p w:rsidR="00530840" w:rsidRPr="00626B23" w:rsidRDefault="00530840" w:rsidP="00530840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Синтаксис. Словосочетание и предложение – синтаксические единицы. </w:t>
      </w:r>
      <w:proofErr w:type="gramStart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>Главные (подлежащее и сказуемое) и второстепенные (дополнение, определение, обстоятельства) члены предложения.</w:t>
      </w:r>
      <w:proofErr w:type="gramEnd"/>
      <w:r w:rsidRPr="00626B2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Предложения по цели высказывания: побудительные, повествовательные, вопросительные предложения. Предложения по цели высказывания: восклицательные и невосклицательные. Однородные члены предложения. Обращение. Прямая речь и слова автора.</w:t>
      </w:r>
    </w:p>
    <w:p w:rsidR="008E12C8" w:rsidRPr="00626B23" w:rsidRDefault="008E12C8" w:rsidP="00C45354">
      <w:pPr>
        <w:autoSpaceDE w:val="0"/>
        <w:autoSpaceDN w:val="0"/>
        <w:spacing w:after="78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D637B4" w:rsidRPr="00626B23" w:rsidRDefault="00D637B4" w:rsidP="00C45354">
      <w:pPr>
        <w:autoSpaceDE w:val="0"/>
        <w:autoSpaceDN w:val="0"/>
        <w:spacing w:after="78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181B" w:rsidRPr="00626B23" w:rsidRDefault="00C45354" w:rsidP="00DE5742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ПЛАНИРУЕМЫЕ ОБРАЗОВАТЕЛЬНЫЕ РЕЗУЛЬТАТЫ</w:t>
      </w:r>
    </w:p>
    <w:p w:rsidR="00CB181B" w:rsidRPr="00626B23" w:rsidRDefault="00C45354" w:rsidP="00C45354">
      <w:pPr>
        <w:autoSpaceDE w:val="0"/>
        <w:autoSpaceDN w:val="0"/>
        <w:spacing w:before="346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DE5742" w:rsidRPr="00626B23" w:rsidRDefault="00C45354" w:rsidP="00C45354">
      <w:pPr>
        <w:autoSpaceDE w:val="0"/>
        <w:autoSpaceDN w:val="0"/>
        <w:spacing w:before="166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Личностные результаты освоения Примерной рабочей программы по русскому языку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</w:t>
      </w:r>
    </w:p>
    <w:p w:rsidR="00CB181B" w:rsidRPr="00626B23" w:rsidRDefault="00C45354" w:rsidP="00C45354">
      <w:pPr>
        <w:autoSpaceDE w:val="0"/>
        <w:autoSpaceDN w:val="0"/>
        <w:spacing w:before="166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>самовоспитания и саморазвития, формирования внутренней позиции личности.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Личностные результаты освоения Примерной рабочей программы по русскому языку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деятельности, в том числе в части: 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Гражданского воспитания: </w:t>
      </w:r>
    </w:p>
    <w:p w:rsidR="00DE5742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 неприятие любых форм экстремизма, дискриминации; понимание роли различных социальных институтов в жизни человека; </w:t>
      </w:r>
      <w:proofErr w:type="gramEnd"/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формируемое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том числе на основе примеров из литературных произведений, написанных на русском языке; готовность к разнообразной совместной деятельности, стремление к взаимопониманию и взаимопомощи; активное участие в школьном самоуправлении; готовность к участию в гуманитарной деятельности (помощь людям, нуждающимся в ней;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волонтёрство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  <w:proofErr w:type="gramEnd"/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Патриотического воспитания: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России; проявление интереса к познанию русского языка, к истории и культуре Российской Федерации, культуре своего края, народов России в контексте учебного предмета «Русский язык»; ценностное отношение к русскому языку, к достижениям своей Родины — России, к науке, искусству, боевым подвигам и трудовым достижениям народа, в том числе отражённым в художественных произведениях;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Духовно-нравственного воспитания: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-7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ориентация на моральные ценности и нормы в ситуациях нравственного выбора; готовность оценивать своё поведение, в том числе речевое, и поступки, а также поведение и поступки других людей с позиции нравственных и правовых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нормс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учётом осознания последствий поступков; активное неприятие асоциальных поступков; свобода и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ответственностьличности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условиях индивидуального и общественного пространства.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-7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Эстетического воспитания: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-7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восприимчивость к разным видам искусства, традициям и творчеству своего и других народов; понимание эмоционального воздействия искусства; осознание важности художественной культуры как средства коммуникации и самовыражения; 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творчества; стремление к самовыражению в разных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видах искусства.</w:t>
      </w:r>
      <w:proofErr w:type="gramEnd"/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Физического воспитания, формирования культуры здоровья и эмоционального благополучия: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осознание ценности жизни с опорой на собственный жизненный и читательский опыт;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 осознание последствий и неприятие вредных привычек (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употреб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ление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алкоголя, наркотиков, курение) и иных форм вреда для физического и психического здоровья; соблюдение правил безопасности, в том числе навыки безопасного поведения в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интернет-среде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процессе школьного языкового образования; способность адаптироваться к стрессовым ситуациям и меняющимся социальным, информационным и природным условиям, в том числе осмысляя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собственный опыт и выстраивая дальнейшие цели;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умение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принимать себя и других, не осуждая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языке;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сформированность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навыков рефлексии, признание своего права на ошибку и такого же права другого человека.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Трудового воспитания: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выполнять такого рода деятельность;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интерес к практическому изучению профессий и труда ​раз​личного рода, в том числе на основе применения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изучае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мого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предметного знания и ознакомления с деятельностью филологов,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журналистов, писателей; уважение к труду и результатам трудовой деятельности; осознанный выбор и построение индивидуальной траектории образования и жизненных планов с учётом личных и общественных интересов и потребностей; умение рассказать о своих планах на будущее.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Экологического воспитания: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 умение точно, логично выражать свою точку зрения на экологические проблемы;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проблемы; активное неприятие действий, приносящих вред окружающей среде; осознание своей роли как гражданина и потребителя в условиях взаимосвязи природной,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технологической и социальной сред; готовность к участию в практической деятельности </w:t>
      </w:r>
      <w:proofErr w:type="gramEnd"/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экологической направленности.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Ценности научного познания: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чело​века, природы и общества, взаимосвязях человека с природной и социальной средой; закономерностях развития языка; овладение языковой и читательской культурой, навыками ​чтения как средства познания мира; овладение основными навыками исследовательской деятельности с учётом специфики школьного языкового образования; установка на осмысление опыта, наблюдений, поступков и стремление совершенствовать пути достижения индивидуального и коллективного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благо​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получия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45354" w:rsidRPr="00626B23" w:rsidRDefault="00C45354" w:rsidP="00C45354">
      <w:pPr>
        <w:tabs>
          <w:tab w:val="left" w:pos="10490"/>
        </w:tabs>
        <w:autoSpaceDE w:val="0"/>
        <w:autoSpaceDN w:val="0"/>
        <w:spacing w:before="70" w:after="0" w:line="240" w:lineRule="auto"/>
        <w:ind w:left="144" w:right="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Адаптации обучающегося к изменяющимся условиям социальной и природной среды: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освоение обучающимися социального опыта, основных социальных ролей, норм и правил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 </w:t>
      </w:r>
      <w:proofErr w:type="gramEnd"/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потребность во взаимодействии в условиях неопределённости, открытость опыту и знаниям других;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других;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развития;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 </w:t>
      </w:r>
      <w:proofErr w:type="gramEnd"/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способность осознавать стрессовую ситуацию, оценивать происходящие изменения и их последствия, опираясь на жизненный, речевой и читательский опыт;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>опыт, уметь находить позитивное в сложившейся ситуации; быть готовым действовать в отсутствие гарантий успеха.</w:t>
      </w:r>
      <w:proofErr w:type="gramEnd"/>
    </w:p>
    <w:p w:rsidR="00CB181B" w:rsidRPr="00626B23" w:rsidRDefault="00C45354" w:rsidP="00C45354">
      <w:pPr>
        <w:autoSpaceDE w:val="0"/>
        <w:autoSpaceDN w:val="0"/>
        <w:spacing w:before="26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:rsidR="00C45354" w:rsidRPr="00626B23" w:rsidRDefault="00C45354" w:rsidP="00C45354">
      <w:pPr>
        <w:pStyle w:val="ae"/>
        <w:numPr>
          <w:ilvl w:val="0"/>
          <w:numId w:val="10"/>
        </w:numPr>
        <w:tabs>
          <w:tab w:val="left" w:pos="180"/>
        </w:tabs>
        <w:autoSpaceDE w:val="0"/>
        <w:autoSpaceDN w:val="0"/>
        <w:spacing w:before="166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Овладение универсальными учебными познавательными действиями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66" w:after="0" w:line="240" w:lineRule="auto"/>
        <w:ind w:left="180"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Базовые логические действия: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66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выявлять и характеризовать существенные признаки языковых единиц, языковых явлений и процессов;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устанавливать существенный признак классификации языковых единиц (явлений), основания для обобщения и сравнения, критерии проводимого анализа; классифицировать языковые единицы по существенному признаку;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66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выявлять закономерности и противоречия в рассматриваемых фактах, данных и наблюдениях; предлагать критерии для выявления закономерностей и противоречий;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66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выявлять дефицит информации текста, необходимой для решения поставленной учебной задачи;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выявлять причинно-следственные связи при изучении языковых процессов; делать выводы с использованием дедуктивных и индуктивных умозаключений, умозаключений по аналогии, формулировать гипотезы о взаимосвязях;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66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оптималь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ный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вариант с учётом самостоятельно выделенных критериев.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Базовые исследовательские действия: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использовать вопросы как исследовательский инструмент познания в языковом образовании;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формулировать вопросы, фиксирующие несоответствие между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реальным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желательным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состоянием ситуации, и самостоятельно устанавливать искомое и данное;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формировать гипотезу об истинности собственных суждений и суждений других, аргументировать свою позицию, мнение;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составлять алгоритм действий и использовать его для решения учебных задач;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оценивать на применимость и достоверность информацию, полученную в ходе лингвистического исследования (эксперимента);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формулировать обобщения и выводы по результатам проведённого наблюдения, исследования; владеть инструментами оценки достоверности полученных выводов и обобщений;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Работа с информацией: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применять различные методы, инструменты и запросы при поиске и отборе информации с учётом предложенной учебной задачи и заданных критериев;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выбирать, анализировать, интерпретировать, обобщать и систематизировать информацию, представленную в текстах,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таб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​лицах, схемах;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использовать различные виды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аудирования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чтения для оценки текста с точки зрения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достоверности и применимости содержащейся в нём информации и усвоения необходимой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информации с целью решения учебных задач;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использовать смысловое чтение для извлечения, обобщения и систематизации информации из одного или нескольких источников с учётом поставленных целей;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находить сходные аргументы (подтверждающие или опровергающие одну и ту же идею, версию) в различных информационных источниках;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оценивать надёжность информации по критериям,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пред​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ложенным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учителем или сформулированным самостоятельно;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эффективно запоминать и систематизировать информацию.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2. Овладение универсальными учебными коммуникативными действиями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Общение: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распознавать невербальные средства общения, понимать значение социальных знаков;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знать и распознавать предпосылки конфликтных ситуаций и смягчать конфликты, вести переговоры;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понимать намерения других, проявлять уважительное отношение к собеседнику и в корректной форме формулировать свои возражения;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 ходе диалога/дискуссии задавать вопросы по существу обсуждаемой темы и высказывать идеи, нацеленные на решение задачи и поддержание благожелательности общения;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сопоставлять свои суждения с суждениями других участников диалога, обнаруживать различие и сходство позиций;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публично представлять результаты проведённого языкового анализа, выполненного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лингвистического эксперимента, исследования, проекта;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8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Совместная деятельность: 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 w:right="8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понимать и использовать преимущества командной и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ин​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дивидуальной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работы при решении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конкретной проблемы, ​обосновывать необходимость применения групповых форм ​взаимодействия при решении поставленной задачи;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совмест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​ной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работы; уметь обобщать мнения нескольких людей, проявлять готовность руководить, выполнять поручения, подчиняться;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иные);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 </w:t>
      </w:r>
      <w:proofErr w:type="gramEnd"/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оценивать качество своего вклада в общий продукт по критериям, самостоятельно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сформулированным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3. Овладение универсальными учебными регулятивными действиями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Самоорганизация: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выявлять проблемы для решения в учебных и жизненных ситуациях;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ориентироваться в различных подходах к принятию решений (индивидуальное, принятие решения в группе, принятие решения группой);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самостоятельно составлять план действий, вносить необходимые коррективы в ходе его реализации;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делать выбор и брать ответственность за решение.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Самоконтроль: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владеть разными способами самоконтроля (в том числе речевого),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самомотивации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рефлексии;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давать адекватную оценку учебной ситуации и предлагать план её изменения;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предвидеть трудности, которые могут возникнуть при решении учебной задачи, и адаптировать решение к меняющимся обстоятельствам;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объяснять причины достижения (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недостижения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) результата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дея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тельности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Эмоциональный интеллект: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развивать способность управлять собственными эмоциями и эмоциями других;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эмоций.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44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Принятие себя и других: 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44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осознанно относиться к другому человеку и его мнению; признавать своё и чужое право на ошибку; 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44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принимать себя и других, не осуждая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44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проявлять открытость; 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 w:right="44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осознавать невозможность контролировать всё вокруг.</w:t>
      </w:r>
    </w:p>
    <w:p w:rsidR="00CB181B" w:rsidRPr="00626B23" w:rsidRDefault="00C45354" w:rsidP="00C45354">
      <w:pPr>
        <w:autoSpaceDE w:val="0"/>
        <w:autoSpaceDN w:val="0"/>
        <w:spacing w:before="26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:rsidR="00CB181B" w:rsidRPr="00626B23" w:rsidRDefault="00CB181B" w:rsidP="00C45354">
      <w:pPr>
        <w:autoSpaceDE w:val="0"/>
        <w:autoSpaceDN w:val="0"/>
        <w:spacing w:after="78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Общие сведения о языке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Осознавать богатство и выразительность русского языка, приводить примеры, свидетельствующие об этом.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57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Язык и речь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2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Участвовать в диалоге на лингвистические темы (в рамках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изученного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 и в диалоге/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полилоге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на основе жизненных наблюдений объёмом не менее 3 реплик.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Владеть различными видами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аудирования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 выборочным, ​ознакомительным, детальным — научно-учебных и художественных текстов различных функционально-смысловых типов речи.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>Владеть различными видами чтения: просмотровым, ознакомительным, изучающим, поисковым. Устно пересказывать прочитанный или прослушанный текст объёмом не менее 100 слов.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для сжатого изложения — не менее 110 слов).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Осуществлять выбор языковых сре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дств дл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я создания высказывания в соответствии с целью, темой и коммуникативным замыслом.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right="288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Соблюдать на письме нормы современного русского литературного языка, в том числе во время списывания текста объёмом 90—100 слов; словарного диктанта объёмом 15—20 слов; диктанта на основе связного текста объёмом 90—100 слов, составленного с учётом ранее изученных правил правописания (в том числе содержащего изученные в течение первого года обучения орфограммы,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пунктограммы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слова с непроверяемыми написаниями);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уметь пользоваться разными видами лексических словарей; соблюдать в устной речи и на письме правила речевого этикета.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Текст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9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Проводить смысловой анализ текста, его композиционных особенностей, определять количество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микротем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абзацев.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right="288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функ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ционально-смысловому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типу речи.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Применять знание основных признаков текста (повествование) в практике его создания.</w:t>
      </w:r>
    </w:p>
    <w:p w:rsidR="00CB181B" w:rsidRPr="00626B23" w:rsidRDefault="00C45354" w:rsidP="00DA468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</w:t>
      </w:r>
      <w:proofErr w:type="gramEnd"/>
    </w:p>
    <w:p w:rsidR="00CB181B" w:rsidRPr="00626B23" w:rsidRDefault="00C45354" w:rsidP="00C45354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сочинения объёмом не менее 70 слов).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Восстанавливать деформированный текст; осуществлять корректировку восстановленного текста с опорой на образец. 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  <w:proofErr w:type="gramEnd"/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Представлять сообщение на заданную тему в виде презентации.</w:t>
      </w:r>
    </w:p>
    <w:p w:rsidR="00C45354" w:rsidRPr="00626B23" w:rsidRDefault="00C45354" w:rsidP="00C45354">
      <w:pPr>
        <w:autoSpaceDE w:val="0"/>
        <w:autoSpaceDN w:val="0"/>
        <w:spacing w:before="72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—</w:t>
      </w:r>
      <w:proofErr w:type="gramEnd"/>
    </w:p>
    <w:p w:rsidR="00CB181B" w:rsidRPr="00626B23" w:rsidRDefault="00C45354" w:rsidP="00C45354">
      <w:pPr>
        <w:autoSpaceDE w:val="0"/>
        <w:autoSpaceDN w:val="0"/>
        <w:spacing w:before="72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целостность, связность, информативность).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Функциональные разновидности языка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Система языка 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Фонетика. Графика. Орфоэпия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19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Проводить фонетический анализ слов.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Использовать знания по фонетике, графике и орфоэпии в практике произношения и правописания слов.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57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Орфография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57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изученные орфограммы.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Применять знания по орфографии в практике правописания (в том числе применять знание о правописании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разделительных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ъ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ь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Лексикология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Характеризовать тематические группы слов, родовые и видовые понятия.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Проводить лексический анализ слов (в рамках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изученного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10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Уметь пользоваться лексическими словарями (толковым словарём, словарями синонимов, антонимов, омонимов,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паро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нимов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left="180" w:right="28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Морфемика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. Орфография 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 w:right="28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Характеризовать морфему как минимальную значимую единицу языка.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морфемы в слове (корень, приставку, суффикс, окончание), выделять основу слова.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Находить чередование звуков в морфемах (в том числе чередование гласных с нулём звука). Проводить морфемный анализ слов.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Применять знания по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морфемике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при выполнении языкового анализа различных видов и в практике правописания неизменяемых приставок и приставок на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-з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(-с); ы — и после приставок; корней с</w:t>
      </w:r>
    </w:p>
    <w:p w:rsidR="00CB181B" w:rsidRPr="00626B23" w:rsidRDefault="00C45354" w:rsidP="00C45354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безударными проверяемыми, непроверяемыми, чередующимися гласными (в рамках изученного); корней с проверяемыми, непроверяемыми, непроизносимыми согласными (в рамках изученного); ё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после шипящих в корне слова;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ы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—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после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ц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Уместно использовать слова с суффиксами оценки в собственной речи.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Морфология. Культура речи. Орфография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Применять знания о частях речи как лексико-грамматических разрядах слов, о грамматическом значении слова, о </w:t>
      </w:r>
      <w:proofErr w:type="spellStart"/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сис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​теме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частей речи в русском языке для решения практико-ориентированных учебных задач.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имена существительные, имена прилагательные, глаголы.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28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2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Имя существительное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Определять лексико-грамматические разряды имён существительных.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Проводить морфологический анализ имён существительных.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right="288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Соблюдать нормы правописания имён существительных: безударных окончаний;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—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ё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) после шипящих 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ц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суффиксах и окончаниях; суффиксов </w:t>
      </w:r>
      <w:proofErr w:type="gramStart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ч</w:t>
      </w:r>
      <w:proofErr w:type="gram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ик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—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щик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ек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—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ик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 (-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чик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-);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корней с чередованием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//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лаг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лож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раст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ращ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рос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гар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гор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зар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зор</w:t>
      </w:r>
      <w:proofErr w:type="spellEnd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-клан-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-клон-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скак</w:t>
      </w:r>
      <w:proofErr w:type="spell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—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скоч</w:t>
      </w:r>
      <w:proofErr w:type="spell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употребления/неупотребления 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ь</w:t>
      </w:r>
      <w:proofErr w:type="spell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на конце имён существительных после шипящих; слитное и раздельное написание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 именами существительными; правописание собственных имён существительных.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Имя прилагательное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CB181B" w:rsidRPr="00626B23" w:rsidRDefault="00C45354" w:rsidP="00C45354">
      <w:pPr>
        <w:autoSpaceDE w:val="0"/>
        <w:autoSpaceDN w:val="0"/>
        <w:spacing w:before="72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Проводить частичный морфологический анализ имён прилагательных (в рамках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изученного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2" w:after="0" w:line="240" w:lineRule="auto"/>
        <w:ind w:right="8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Соблюдать нормы словоизменения, произношения имён прилагательных, постановки в них ударения (в рамках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ного</w:t>
      </w:r>
      <w:proofErr w:type="spellEnd"/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Соблюдать нормы правописания имён прилагательных: безударных окончаний;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—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после шипящих 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ц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суффиксах и окончаниях; кратких форм имён прилагательных с основой на шипящие; нормы слитного и раздельного написания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 именами прилагательными.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Глагол</w:t>
      </w:r>
      <w:proofErr w:type="gramStart"/>
      <w:r w:rsidRPr="00626B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Различать глаголы совершенного и несовершенного вида, возвратные и невозвратные.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Определять спряжение глагола, уметь спрягать глаголы.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Проводить частичный морфологический анализ глаголов (в рамках </w:t>
      </w: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изученного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).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after="0" w:line="240" w:lineRule="auto"/>
        <w:ind w:right="14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Соблюдать нормы словоизменения глаголов, постановки ударения в глагольных формах (в рамках изученного).</w:t>
      </w:r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right="144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Соблюдать нормы правописания глаголов: корней с чередованием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//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использования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 xml:space="preserve">ь 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proofErr w:type="gram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т</w:t>
      </w:r>
      <w:proofErr w:type="gram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ся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ться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глаголах; суффиксов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ова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-— 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ева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-,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proofErr w:type="spellStart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ыва</w:t>
      </w:r>
      <w:proofErr w:type="spellEnd"/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—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-ива-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; личных окончаний глагола, гласной перед суффиксом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-л-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формах прошедшего времени глагола; слитного и раздельного написания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не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 глаголами.</w:t>
      </w:r>
    </w:p>
    <w:p w:rsidR="00C45354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Синтаксис. Культура речи. Пунктуация </w:t>
      </w:r>
    </w:p>
    <w:p w:rsidR="00CB181B" w:rsidRPr="00626B23" w:rsidRDefault="00C45354" w:rsidP="00C45354">
      <w:pPr>
        <w:tabs>
          <w:tab w:val="left" w:pos="180"/>
        </w:tabs>
        <w:autoSpaceDE w:val="0"/>
        <w:autoSpaceDN w:val="0"/>
        <w:spacing w:before="70" w:after="0" w:line="240" w:lineRule="auto"/>
        <w:ind w:right="43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Распознавать словосочетания по морфологическим свойствам главного слова (именные, глагольные, наречные); простые 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нео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​</w:t>
      </w:r>
      <w:proofErr w:type="spell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сложнённые</w:t>
      </w:r>
      <w:proofErr w:type="spell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</w:t>
      </w:r>
      <w:proofErr w:type="gramEnd"/>
    </w:p>
    <w:p w:rsidR="00C45354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</w:t>
      </w:r>
      <w:proofErr w:type="gramEnd"/>
    </w:p>
    <w:p w:rsidR="00CB181B" w:rsidRPr="00626B23" w:rsidRDefault="00C45354" w:rsidP="00C45354">
      <w:pPr>
        <w:autoSpaceDE w:val="0"/>
        <w:autoSpaceDN w:val="0"/>
        <w:spacing w:before="70"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морфологические средства выражения второстепенных членов предложения (в рамках изученного).</w:t>
      </w:r>
    </w:p>
    <w:p w:rsidR="00CB181B" w:rsidRPr="00626B23" w:rsidRDefault="00C45354" w:rsidP="00DA4684">
      <w:pPr>
        <w:autoSpaceDE w:val="0"/>
        <w:autoSpaceDN w:val="0"/>
        <w:spacing w:before="70" w:after="0" w:line="240" w:lineRule="auto"/>
        <w:ind w:right="-66" w:firstLine="1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Соблюдать на письме пунктуационные нормы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союзами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однако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зато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да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(в значении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да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(в значении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); с обобщающим словом при однородных членах; с обращением; в предложениях с прямой речью;</w:t>
      </w:r>
      <w:proofErr w:type="gramEnd"/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в сложных предложениях, состоящих из частей, связанных бессоюзной связью и союзами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и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но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однако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зато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626B2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да</w:t>
      </w:r>
      <w:r w:rsidRPr="00626B2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; оформлять на письме диалог.</w:t>
      </w:r>
    </w:p>
    <w:p w:rsidR="00CB181B" w:rsidRPr="00626B23" w:rsidRDefault="00CB181B">
      <w:pPr>
        <w:autoSpaceDE w:val="0"/>
        <w:autoSpaceDN w:val="0"/>
        <w:spacing w:after="78" w:line="22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DA4684" w:rsidRPr="00626B23" w:rsidRDefault="00DA4684">
      <w:pPr>
        <w:autoSpaceDE w:val="0"/>
        <w:autoSpaceDN w:val="0"/>
        <w:spacing w:after="0" w:line="408" w:lineRule="auto"/>
        <w:ind w:right="432"/>
        <w:rPr>
          <w:rFonts w:ascii="Times New Roman" w:hAnsi="Times New Roman" w:cs="Times New Roman"/>
          <w:sz w:val="24"/>
          <w:szCs w:val="24"/>
          <w:lang w:val="ru-RU"/>
        </w:rPr>
      </w:pPr>
    </w:p>
    <w:p w:rsidR="00CB181B" w:rsidRPr="00626B23" w:rsidRDefault="00CB181B">
      <w:pPr>
        <w:rPr>
          <w:rFonts w:ascii="Times New Roman" w:hAnsi="Times New Roman" w:cs="Times New Roman"/>
          <w:sz w:val="24"/>
          <w:szCs w:val="24"/>
          <w:lang w:val="ru-RU"/>
        </w:rPr>
        <w:sectPr w:rsidR="00CB181B" w:rsidRPr="00626B23" w:rsidSect="002949E2">
          <w:footerReference w:type="default" r:id="rId8"/>
          <w:pgSz w:w="11900" w:h="16840"/>
          <w:pgMar w:top="298" w:right="650" w:bottom="284" w:left="666" w:header="720" w:footer="720" w:gutter="0"/>
          <w:pgNumType w:start="2"/>
          <w:cols w:space="720" w:equalWidth="0">
            <w:col w:w="10584" w:space="0"/>
          </w:cols>
          <w:docGrid w:linePitch="360"/>
        </w:sectPr>
      </w:pPr>
    </w:p>
    <w:p w:rsidR="00111463" w:rsidRPr="00626B23" w:rsidRDefault="00194EB1" w:rsidP="00111463">
      <w:pPr>
        <w:spacing w:after="54" w:line="259" w:lineRule="auto"/>
        <w:ind w:left="-774"/>
        <w:rPr>
          <w:rFonts w:ascii="Times New Roman" w:hAnsi="Times New Roman" w:cs="Times New Roman"/>
          <w:sz w:val="24"/>
          <w:szCs w:val="24"/>
        </w:rPr>
      </w:pPr>
      <w:r w:rsidRPr="00194EB1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pict>
          <v:group id="Group 59063" o:spid="_x0000_s1026" style="position:absolute;left:0;text-align:left;margin-left:33.3pt;margin-top:41.7pt;width:775.65pt;height:.6pt;z-index:251660288;mso-position-horizontal-relative:page;mso-position-vertical-relative:page" coordsize="9850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">
            <v:shape id="Shape 84373" o:spid="_x0000_s1027" style="position:absolute;width:98506;height:91;visibility:visible" coordsize="9850686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pLRMcA&#10;AADeAAAADwAAAGRycy9kb3ducmV2LnhtbESPT2sCMRTE74LfIbyCF6lZ/9DarVFEVAqeqoX2+Ni8&#10;7oYmL8smuuu3NwXB4zAzv2EWq85ZcaEmGM8KxqMMBHHhteFSwddp9zwHESKyRuuZFFwpwGrZ7y0w&#10;177lT7ocYykShEOOCqoY61zKUFTkMIx8TZy8X984jEk2pdQNtgnurJxk2Yt0aDgtVFjTpqLi73h2&#10;Cr7NbP1jaX94a+PJm4kdmu3mrNTgqVu/g4jUxUf43v7QCuaz6esU/u+kKy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KS0THAAAA3gAAAA8AAAAAAAAAAAAAAAAAmAIAAGRy&#10;cy9kb3ducmV2LnhtbFBLBQYAAAAABAAEAPUAAACMAwAAAAA=&#10;" adj="0,,0" path="m,l9850686,r,9144l,9144,,e" fillcolor="black" stroked="f" strokeweight="0">
              <v:stroke miterlimit="83231f" joinstyle="miter"/>
              <v:formulas/>
              <v:path arrowok="t" o:connecttype="segments" textboxrect="0,0,9850686,9144"/>
            </v:shape>
            <w10:wrap type="topAndBottom" anchorx="page" anchory="page"/>
          </v:group>
        </w:pict>
      </w:r>
      <w:r w:rsidR="00111463" w:rsidRPr="00626B23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</w:t>
      </w:r>
    </w:p>
    <w:tbl>
      <w:tblPr>
        <w:tblStyle w:val="TableGrid"/>
        <w:tblW w:w="15521" w:type="dxa"/>
        <w:tblInd w:w="-768" w:type="dxa"/>
        <w:tblLayout w:type="fixed"/>
        <w:tblCellMar>
          <w:top w:w="8" w:type="dxa"/>
          <w:left w:w="78" w:type="dxa"/>
          <w:bottom w:w="8" w:type="dxa"/>
          <w:right w:w="77" w:type="dxa"/>
        </w:tblCellMar>
        <w:tblLook w:val="04A0"/>
      </w:tblPr>
      <w:tblGrid>
        <w:gridCol w:w="706"/>
        <w:gridCol w:w="3847"/>
        <w:gridCol w:w="571"/>
        <w:gridCol w:w="825"/>
        <w:gridCol w:w="1134"/>
        <w:gridCol w:w="1276"/>
        <w:gridCol w:w="2552"/>
        <w:gridCol w:w="1842"/>
        <w:gridCol w:w="2768"/>
      </w:tblGrid>
      <w:tr w:rsidR="00111463" w:rsidRPr="00626B23" w:rsidTr="00530840">
        <w:trPr>
          <w:trHeight w:val="348"/>
        </w:trPr>
        <w:tc>
          <w:tcPr>
            <w:tcW w:w="706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47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 программы</w:t>
            </w:r>
          </w:p>
        </w:tc>
        <w:tc>
          <w:tcPr>
            <w:tcW w:w="13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11463" w:rsidRPr="00626B23" w:rsidRDefault="00530840" w:rsidP="0053084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</w:t>
            </w:r>
            <w:r w:rsidR="00111463"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о часов</w:t>
            </w:r>
          </w:p>
        </w:tc>
        <w:tc>
          <w:tcPr>
            <w:tcW w:w="113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Дата изучения</w:t>
            </w:r>
          </w:p>
        </w:tc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Виды, формы контроля</w:t>
            </w:r>
          </w:p>
        </w:tc>
        <w:tc>
          <w:tcPr>
            <w:tcW w:w="2768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(цифровые) образовательные ресурсы</w:t>
            </w:r>
          </w:p>
        </w:tc>
      </w:tr>
      <w:tr w:rsidR="00111463" w:rsidRPr="00626B23" w:rsidTr="00530840">
        <w:trPr>
          <w:trHeight w:val="108"/>
        </w:trPr>
        <w:tc>
          <w:tcPr>
            <w:tcW w:w="70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463" w:rsidRPr="00626B23" w:rsidTr="00530840">
        <w:trPr>
          <w:trHeight w:val="432"/>
        </w:trPr>
        <w:tc>
          <w:tcPr>
            <w:tcW w:w="70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контрольные работы</w:t>
            </w:r>
          </w:p>
        </w:tc>
        <w:tc>
          <w:tcPr>
            <w:tcW w:w="113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12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463" w:rsidRPr="00626B23" w:rsidTr="00530840">
        <w:trPr>
          <w:trHeight w:val="348"/>
        </w:trPr>
        <w:tc>
          <w:tcPr>
            <w:tcW w:w="4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11463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В</w:t>
            </w:r>
            <w:r w:rsidR="00111463"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ведение</w:t>
            </w:r>
          </w:p>
        </w:tc>
        <w:tc>
          <w:tcPr>
            <w:tcW w:w="139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463" w:rsidRPr="00282172" w:rsidTr="00530840">
        <w:trPr>
          <w:trHeight w:val="1885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Язык и языкознание. Разделы языкознания.</w:t>
            </w:r>
          </w:p>
          <w:p w:rsidR="00111463" w:rsidRPr="00626B23" w:rsidRDefault="00111463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Язык и общение. Устная и письменная речь. Ознакомительное, изучающее чтение.</w:t>
            </w:r>
          </w:p>
          <w:p w:rsidR="00111463" w:rsidRPr="00626B23" w:rsidRDefault="00111463" w:rsidP="0011146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Cs/>
                <w:sz w:val="24"/>
                <w:szCs w:val="24"/>
              </w:rPr>
              <w:t>Текст. Тема текста, главная мысль текста. Типы речи: повествование, описание, рассуждение.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2949E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01.09-09.09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Cамостоятельная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работа, работа с теоретическим материалом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рактикум.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Практическая работа; Самооценка с использованием «Оценочного листа»;</w:t>
            </w:r>
          </w:p>
        </w:tc>
        <w:tc>
          <w:tcPr>
            <w:tcW w:w="2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463" w:rsidRPr="00626B23" w:rsidTr="00530840">
        <w:trPr>
          <w:trHeight w:val="348"/>
        </w:trPr>
        <w:tc>
          <w:tcPr>
            <w:tcW w:w="4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Фонетика графика орфо</w:t>
            </w:r>
            <w:r w:rsidR="00530840"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рафия</w:t>
            </w:r>
          </w:p>
        </w:tc>
        <w:tc>
          <w:tcPr>
            <w:tcW w:w="139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23A" w:rsidRPr="00282172" w:rsidTr="00530840">
        <w:trPr>
          <w:trHeight w:val="3230"/>
        </w:trPr>
        <w:tc>
          <w:tcPr>
            <w:tcW w:w="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tabs>
                <w:tab w:val="left" w:pos="138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Буквы и звуки. Алфавит. Согласные звуки и обозначающие их буквы. Глухие и звонкие согласные. Проверяемые согласные в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. Согласные звуки и обозначающие их буквы. Твердые и мягкие согласные. Обозначение мягкости согласных на письме. Употребление </w:t>
            </w:r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Ъ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Ь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знаков. Правописание сочетаний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чк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чн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нч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чт</w:t>
            </w:r>
            <w:proofErr w:type="spellEnd"/>
            <w:proofErr w:type="gram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рщ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нщ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щн</w:t>
            </w:r>
            <w:proofErr w:type="spellEnd"/>
            <w:r w:rsidRPr="00626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ст.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Непроизносимые согласные. Слог и ударение. Гласные звуки и обозначающие их буквы. Правописание безударных гласных в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5523A" w:rsidRPr="00626B23" w:rsidRDefault="0095523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2949E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13.09-30.09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Понимать смыслоразличительную функцию звука речи в слове; приводить примеры;</w:t>
            </w:r>
          </w:p>
          <w:p w:rsidR="0095523A" w:rsidRPr="00626B23" w:rsidRDefault="0095523A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звуки речи по заданным характеристикам;</w:t>
            </w:r>
          </w:p>
          <w:p w:rsidR="0095523A" w:rsidRPr="00626B23" w:rsidRDefault="0095523A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звуковой состав слова;</w:t>
            </w:r>
          </w:p>
          <w:p w:rsidR="0095523A" w:rsidRPr="00626B23" w:rsidRDefault="0095523A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Классифицировать звуки по заданным признакам; Различать ударные и безударные гласные, звонкие и глухие, твёрдые и мягкие согласные;</w:t>
            </w:r>
          </w:p>
          <w:p w:rsidR="0095523A" w:rsidRPr="00626B23" w:rsidRDefault="0095523A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с помощью элементов транскрипции особенности произношения и написания слов; Сравнивать звуковой и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буквенный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составы слова;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Практическая работа; Тестирование; Самооценка с использованием «Оценочного листа»;</w:t>
            </w:r>
          </w:p>
        </w:tc>
        <w:tc>
          <w:tcPr>
            <w:tcW w:w="2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2949E2">
            <w:pPr>
              <w:spacing w:line="259" w:lineRule="auto"/>
              <w:ind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https://resh.edu.ru/subject/lesson/7655/start/264290/ https://resh.edu.ru/subject/lesson/7656/start/264104/ https://resh.edu.ru/subject/lesson/7657/start/265871/ https://resh.edu.ru/subject/lesson/7658/start/269241/ https://resh.edu.ru/subject/lesson/7661/start/306463/ https://resh.edu.ru/subject/lesson/7662/start/269303/ https://resh.edu.ru/subject/lesson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/7664/start/306525/</w:t>
            </w:r>
          </w:p>
        </w:tc>
      </w:tr>
      <w:tr w:rsidR="0095523A" w:rsidRPr="00626B23" w:rsidTr="00530840">
        <w:trPr>
          <w:trHeight w:val="348"/>
        </w:trPr>
        <w:tc>
          <w:tcPr>
            <w:tcW w:w="4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proofErr w:type="spellStart"/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Морфемика</w:t>
            </w:r>
            <w:proofErr w:type="gramStart"/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ловообразование.Орфография</w:t>
            </w:r>
            <w:proofErr w:type="spellEnd"/>
          </w:p>
        </w:tc>
        <w:tc>
          <w:tcPr>
            <w:tcW w:w="139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5523A" w:rsidRPr="00626B23" w:rsidRDefault="0095523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463" w:rsidRPr="00626B23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501" w:type="dxa"/>
        <w:tblInd w:w="-768" w:type="dxa"/>
        <w:tblLayout w:type="fixed"/>
        <w:tblCellMar>
          <w:top w:w="114" w:type="dxa"/>
          <w:left w:w="78" w:type="dxa"/>
          <w:right w:w="77" w:type="dxa"/>
        </w:tblCellMar>
        <w:tblLook w:val="04A0"/>
      </w:tblPr>
      <w:tblGrid>
        <w:gridCol w:w="704"/>
        <w:gridCol w:w="3686"/>
        <w:gridCol w:w="142"/>
        <w:gridCol w:w="567"/>
        <w:gridCol w:w="850"/>
        <w:gridCol w:w="851"/>
        <w:gridCol w:w="992"/>
        <w:gridCol w:w="3119"/>
        <w:gridCol w:w="1842"/>
        <w:gridCol w:w="2748"/>
      </w:tblGrid>
      <w:tr w:rsidR="003B5602" w:rsidRPr="00282172" w:rsidTr="00530840">
        <w:trPr>
          <w:trHeight w:val="1501"/>
        </w:trPr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8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pStyle w:val="Default"/>
            </w:pPr>
            <w:r w:rsidRPr="00626B23">
              <w:t xml:space="preserve">Морфема – наименьшая значимая часть слова. Основа слова. Изменение и образование новых слов. Сложные слова. Правописание букв </w:t>
            </w:r>
            <w:r w:rsidRPr="00626B23">
              <w:rPr>
                <w:i/>
                <w:iCs/>
              </w:rPr>
              <w:t xml:space="preserve">о </w:t>
            </w:r>
            <w:r w:rsidRPr="00626B23">
              <w:t xml:space="preserve">и </w:t>
            </w:r>
            <w:r w:rsidRPr="00626B23">
              <w:rPr>
                <w:i/>
                <w:iCs/>
              </w:rPr>
              <w:t xml:space="preserve">ё </w:t>
            </w:r>
            <w:r w:rsidRPr="00626B23">
              <w:t xml:space="preserve">после шипящих в </w:t>
            </w:r>
            <w:proofErr w:type="gramStart"/>
            <w:r w:rsidRPr="00626B23">
              <w:t>корне слова</w:t>
            </w:r>
            <w:proofErr w:type="gramEnd"/>
            <w:r w:rsidRPr="00626B23">
              <w:t>.</w:t>
            </w:r>
          </w:p>
          <w:p w:rsidR="003B5602" w:rsidRPr="00626B23" w:rsidRDefault="003B5602" w:rsidP="00111463">
            <w:pPr>
              <w:pStyle w:val="Default"/>
              <w:rPr>
                <w:b/>
              </w:rPr>
            </w:pPr>
            <w:r w:rsidRPr="00626B23">
              <w:t xml:space="preserve"> Чередование букв и//е в корнях слов. Чередование букв а//о в корнях слов </w:t>
            </w:r>
            <w:proofErr w:type="gramStart"/>
            <w:r w:rsidRPr="00626B23">
              <w:t>-л</w:t>
            </w:r>
            <w:proofErr w:type="gramEnd"/>
            <w:r w:rsidRPr="00626B23">
              <w:t xml:space="preserve">аг-// -лож-. Буквы </w:t>
            </w:r>
            <w:r w:rsidRPr="00626B23">
              <w:rPr>
                <w:i/>
                <w:iCs/>
              </w:rPr>
              <w:t xml:space="preserve">а </w:t>
            </w:r>
            <w:r w:rsidRPr="00626B23">
              <w:t xml:space="preserve">и </w:t>
            </w:r>
            <w:r w:rsidRPr="00626B23">
              <w:rPr>
                <w:i/>
                <w:iCs/>
              </w:rPr>
              <w:t xml:space="preserve">о </w:t>
            </w:r>
            <w:r w:rsidRPr="00626B23">
              <w:t>в корне -</w:t>
            </w:r>
            <w:proofErr w:type="spellStart"/>
            <w:r w:rsidRPr="00626B23">
              <w:t>раст</w:t>
            </w:r>
            <w:proofErr w:type="spellEnd"/>
            <w:r w:rsidRPr="00626B23">
              <w:t xml:space="preserve">-–-рос-. Правописание приставок (правописание гласных и согласных в приставках, кроме приставок пре//при и приставок на </w:t>
            </w:r>
            <w:proofErr w:type="spellStart"/>
            <w:r w:rsidRPr="00626B23">
              <w:t>з</w:t>
            </w:r>
            <w:proofErr w:type="spellEnd"/>
            <w:r w:rsidRPr="00626B23">
              <w:t xml:space="preserve">/с, слитное написание приставок (отличать приставку от предлога). Особенности правописания приставок на </w:t>
            </w:r>
            <w:proofErr w:type="spellStart"/>
            <w:r w:rsidRPr="00626B23">
              <w:rPr>
                <w:i/>
                <w:iCs/>
              </w:rPr>
              <w:t>з</w:t>
            </w:r>
            <w:proofErr w:type="spellEnd"/>
            <w:r w:rsidRPr="00626B23">
              <w:rPr>
                <w:i/>
                <w:iCs/>
              </w:rPr>
              <w:t xml:space="preserve">/с. </w:t>
            </w:r>
            <w:r w:rsidRPr="00626B23">
              <w:t xml:space="preserve">Ъ после приставок. Буквы и </w:t>
            </w:r>
            <w:proofErr w:type="gramStart"/>
            <w:r w:rsidRPr="00626B23">
              <w:rPr>
                <w:i/>
                <w:iCs/>
              </w:rPr>
              <w:t>–</w:t>
            </w:r>
            <w:proofErr w:type="spellStart"/>
            <w:r w:rsidRPr="00626B23">
              <w:t>ы</w:t>
            </w:r>
            <w:proofErr w:type="spellEnd"/>
            <w:proofErr w:type="gramEnd"/>
            <w:r w:rsidRPr="00626B23">
              <w:t xml:space="preserve"> после </w:t>
            </w:r>
            <w:proofErr w:type="spellStart"/>
            <w:r w:rsidRPr="00626B23">
              <w:t>ц</w:t>
            </w:r>
            <w:proofErr w:type="spellEnd"/>
            <w:r w:rsidRPr="00626B23">
              <w:t>.</w:t>
            </w:r>
            <w:r w:rsidRPr="00626B23">
              <w:rPr>
                <w:b/>
              </w:rPr>
              <w:t xml:space="preserve"> </w:t>
            </w:r>
          </w:p>
          <w:p w:rsidR="003B5602" w:rsidRPr="00626B23" w:rsidRDefault="003B560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2949E2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04.10-20.10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5" w:lineRule="auto"/>
              <w:ind w:righ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Характеризовать морфему как минимальную значимую единицу языка;</w:t>
            </w:r>
          </w:p>
          <w:p w:rsidR="003B5602" w:rsidRPr="00626B23" w:rsidRDefault="003B5602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морфемы в слове (корень, приставку, суффикс, окончание), выделять основу слова; Определять чередование звуков в морфемах (в том числе чередование гласных с нулём звука);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Проводить морфемный анализ слов;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знания по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морфемике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языкового анализа различных видов и в практике правописания слов с изученными орфограммами; Уместно использовать слова с суффиксами оценки в собственной речи;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Контрольная работа; Практическая работа;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Тестирование;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Диктант; Самооценка с использованием 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https://resh.edu.ru/subject/lesson/7676/start/306649/ https://resh.edu.ru/subject/lesson/7680/start/312430 https://resh.edu.ru/subject/lesson/7681/start/263422/ https://resh.edu.ru/subject/lesson/7682/start/306711/ https://resh.edu.ru/subject/lesson/7683/start/306742/ https://resh.edu.ru/subject/lesson/7684/start/264910/ https://resh.edu.ru/subject/lesson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/7685/start/306773/ https://resh.edu.ru/subject/lesson/7686/start/306804/</w:t>
            </w:r>
          </w:p>
        </w:tc>
      </w:tr>
      <w:tr w:rsidR="003B5602" w:rsidRPr="00626B23" w:rsidTr="003B5602">
        <w:trPr>
          <w:trHeight w:val="348"/>
        </w:trPr>
        <w:tc>
          <w:tcPr>
            <w:tcW w:w="1550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4. </w:t>
            </w: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</w:tc>
      </w:tr>
      <w:tr w:rsidR="003B5602" w:rsidRPr="00282172" w:rsidTr="00530840">
        <w:trPr>
          <w:trHeight w:val="1885"/>
        </w:trPr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  <w:p w:rsidR="003B5602" w:rsidRPr="00626B23" w:rsidRDefault="003B5602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слова. Толковые словари. Однозначные и многозначные слова.</w:t>
            </w:r>
          </w:p>
          <w:p w:rsidR="003B5602" w:rsidRPr="00626B23" w:rsidRDefault="003B5602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группа. Синонимы. Антонимы. Омонимы. Фразеологизмы. Паронимы. Понятие о чередовании.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Фразеологизмы. Крылатые слова.</w:t>
            </w:r>
          </w:p>
          <w:p w:rsidR="003B5602" w:rsidRPr="00626B23" w:rsidRDefault="003B5602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№3 по теме «Лексика».</w:t>
            </w:r>
          </w:p>
          <w:p w:rsidR="003B5602" w:rsidRPr="00626B23" w:rsidRDefault="003B5602" w:rsidP="0011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Орфография: Буквы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и Ё после шипящих в корне слова. Буквы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//И в корнях с чередованием. Буквы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//О в корнях с чередованием. Суффиксы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ик-//-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-. Буквы И//Ы после приставок на согласные. Особенности написания приставок на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//С.</w:t>
            </w:r>
          </w:p>
          <w:p w:rsidR="003B5602" w:rsidRPr="00626B23" w:rsidRDefault="003B5602" w:rsidP="00111463">
            <w:pPr>
              <w:tabs>
                <w:tab w:val="left" w:pos="13860"/>
              </w:tabs>
              <w:snapToGri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Контрольная работа №4  с грамматическим заданием по теме “Лексикология”. </w:t>
            </w:r>
            <w:r w:rsidRPr="00626B2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3B5602" w:rsidRPr="00626B23" w:rsidRDefault="003B5602" w:rsidP="00111463">
            <w:pPr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Cs/>
                <w:sz w:val="24"/>
                <w:szCs w:val="24"/>
              </w:rPr>
              <w:t>Устная и письменная речь.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Разговорная, книжная и нейтральная лексика.</w:t>
            </w:r>
            <w:r w:rsidRPr="00626B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Лексическая сочетаемость.</w:t>
            </w: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41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2949E2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20.10-22.12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словаря);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Распознавать однозначные и многозначные слова, различать прямое и переносное значения слова; Сравнивать прямое и переносное значения слова по заданному признаку;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синонимы, антонимы, омонимы;</w:t>
            </w:r>
          </w:p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Уметь правильно употреблять слова-паронимы; Характеризовать тематические группы слов, родовые и видовые понятия;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Письменный контроль; Устный опрос; Практическая работа; Тестирование; Самооценка с использованием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5602" w:rsidRPr="00626B23" w:rsidRDefault="003B5602" w:rsidP="002949E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https://resh.edu.ru/subject/lesson/7667/start/306556/ https://resh.edu.ru/subject/lesson/7672/start/312368/</w:t>
            </w:r>
          </w:p>
        </w:tc>
      </w:tr>
    </w:tbl>
    <w:p w:rsidR="00111463" w:rsidRPr="00626B23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15501" w:type="dxa"/>
        <w:tblInd w:w="-768" w:type="dxa"/>
        <w:tblLayout w:type="fixed"/>
        <w:tblCellMar>
          <w:top w:w="114" w:type="dxa"/>
          <w:left w:w="78" w:type="dxa"/>
          <w:right w:w="77" w:type="dxa"/>
        </w:tblCellMar>
        <w:tblLook w:val="04A0"/>
      </w:tblPr>
      <w:tblGrid>
        <w:gridCol w:w="704"/>
        <w:gridCol w:w="3686"/>
        <w:gridCol w:w="709"/>
        <w:gridCol w:w="850"/>
        <w:gridCol w:w="851"/>
        <w:gridCol w:w="992"/>
        <w:gridCol w:w="3119"/>
        <w:gridCol w:w="1842"/>
        <w:gridCol w:w="2748"/>
      </w:tblGrid>
      <w:tr w:rsidR="00F63584" w:rsidRPr="00626B23" w:rsidTr="00D163E4">
        <w:trPr>
          <w:trHeight w:val="348"/>
        </w:trPr>
        <w:tc>
          <w:tcPr>
            <w:tcW w:w="59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11463" w:rsidRPr="00626B23" w:rsidRDefault="003B5602" w:rsidP="00111463">
            <w:pPr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5.</w:t>
            </w:r>
            <w:r w:rsidR="00111463"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Морфология</w:t>
            </w:r>
          </w:p>
        </w:tc>
        <w:tc>
          <w:tcPr>
            <w:tcW w:w="85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840" w:rsidRPr="00282172" w:rsidTr="00530840">
        <w:trPr>
          <w:trHeight w:val="1117"/>
        </w:trPr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955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асти</w:t>
            </w:r>
            <w:proofErr w:type="spellEnd"/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речи. </w:t>
            </w:r>
          </w:p>
          <w:p w:rsidR="00F63584" w:rsidRPr="00626B23" w:rsidRDefault="00F63584" w:rsidP="009552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</w:p>
          <w:p w:rsidR="00F63584" w:rsidRPr="00626B23" w:rsidRDefault="00F63584" w:rsidP="0095523A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after="15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2949E2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характеризовать особенности грамматического значения слова в отличие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лексического;</w:t>
            </w:r>
          </w:p>
          <w:p w:rsidR="00F63584" w:rsidRPr="00626B23" w:rsidRDefault="00F63584" w:rsidP="002949E2">
            <w:pPr>
              <w:spacing w:line="255" w:lineRule="auto"/>
              <w:ind w:right="42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самостоятельные (знаменательные) части речи и их формы в рамках изученного; служебные части речи; междометия,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звукоподражательные слова (общее представление); Применять знания о части речи как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лексикограмматическом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разряде слов, о грамматическом значении слова, о системе частей речи в русском языке для решения практико-ориентированных учебных задач;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имена существительные, имена прилагательные, глаголы;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Самооценка с использованием 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https://resh.edu.ru/subject/lesson/7623/start/265530/</w:t>
            </w:r>
          </w:p>
        </w:tc>
      </w:tr>
    </w:tbl>
    <w:p w:rsidR="00111463" w:rsidRPr="00626B23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15872" w:type="dxa"/>
        <w:tblInd w:w="-768" w:type="dxa"/>
        <w:tblLayout w:type="fixed"/>
        <w:tblCellMar>
          <w:top w:w="114" w:type="dxa"/>
          <w:left w:w="78" w:type="dxa"/>
          <w:right w:w="72" w:type="dxa"/>
        </w:tblCellMar>
        <w:tblLook w:val="04A0"/>
      </w:tblPr>
      <w:tblGrid>
        <w:gridCol w:w="453"/>
        <w:gridCol w:w="3937"/>
        <w:gridCol w:w="709"/>
        <w:gridCol w:w="850"/>
        <w:gridCol w:w="851"/>
        <w:gridCol w:w="992"/>
        <w:gridCol w:w="3119"/>
        <w:gridCol w:w="1842"/>
        <w:gridCol w:w="3119"/>
      </w:tblGrid>
      <w:tr w:rsidR="00D163E4" w:rsidRPr="00282172" w:rsidTr="00530840">
        <w:trPr>
          <w:trHeight w:val="2269"/>
        </w:trPr>
        <w:tc>
          <w:tcPr>
            <w:tcW w:w="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F63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Имя существительное как часть речи. Род имён существительных Склонение имён существительных. Падеж. Число</w:t>
            </w:r>
          </w:p>
          <w:p w:rsidR="00F63584" w:rsidRPr="00626B23" w:rsidRDefault="00F63584" w:rsidP="002949E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2949E2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2949E2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2949E2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2949E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27.12-24.01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Объяснять роль имени существительного в речи;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Различать типы склонения имён существительных; Выявлять разносклоняемые и несклоняемые имена существительные;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род, число, падеж, тип склонения имён существительных;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Группировать имена существительные по заданным морфологическим признакам;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морфологический анализ имён существительных;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Контрольная работа; Практическая работа; Самооценка с использованием «Оценочного листа»;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https://resh.edu.ru/subject/lesson/7629/start/311748/ https://resh.edu.ru/subject/lesson/7688/start/306835/ https://resh.edu.ru/subject/lesson/7689/start/312554/ https://resh.edu.ru/subject/lesson/7690/start/312585/ https://resh.edu.ru/subject/lesson/7687/start/312616/ https://resh.edu.ru/subject/lesson/7692/start/306897/</w:t>
            </w:r>
            <w:proofErr w:type="gramEnd"/>
          </w:p>
        </w:tc>
      </w:tr>
      <w:tr w:rsidR="00D163E4" w:rsidRPr="00282172" w:rsidTr="00530840">
        <w:trPr>
          <w:trHeight w:val="1501"/>
        </w:trPr>
        <w:tc>
          <w:tcPr>
            <w:tcW w:w="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F63584" w:rsidRPr="00626B2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F63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Имя прилагательное как часть речи. Краткие прилагательные.</w:t>
            </w:r>
            <w:r w:rsidRPr="00626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Местоимение как часть речи. </w:t>
            </w:r>
          </w:p>
          <w:p w:rsidR="00F63584" w:rsidRPr="00626B23" w:rsidRDefault="00F63584" w:rsidP="00F6358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Имя числительное как часть речи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2949E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25.01-10.02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и характеризовать общее грамматическое значение, морфологические признаки и</w:t>
            </w:r>
          </w:p>
          <w:p w:rsidR="00F63584" w:rsidRPr="00626B23" w:rsidRDefault="00F63584" w:rsidP="002949E2">
            <w:pPr>
              <w:spacing w:line="255" w:lineRule="auto"/>
              <w:ind w:right="7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синтаксические функции имени прилагательного; Правильно склонять имена прилагательные; Применять правила правописания безударных окончаний имён прилагательных;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Различать полную и краткую формы имён прилагательных;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Применять правила правописания кратких форм имён прилагательных с основой на шипящий;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Анализировать особенности использования имён прилагательных в изучаемых текстах;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частичный морфологический анализ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имён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прилагательных (в рамках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Практическая работа; Тестирование; Самооценка с использованием «Оценочного листа»;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https://resh.edu.ru/subject/lesson/7630/start/264972/ https://resh.edu.ru/subject/lesson/7693/start/306928/ https://resh.edu.ru/subject/lesson/7694/start/312647/ https://resh.edu.ru/subject/lesson/7696/start/306959/</w:t>
            </w:r>
          </w:p>
        </w:tc>
      </w:tr>
      <w:tr w:rsidR="00D163E4" w:rsidRPr="00282172" w:rsidTr="00530840">
        <w:trPr>
          <w:trHeight w:val="2461"/>
        </w:trPr>
        <w:tc>
          <w:tcPr>
            <w:tcW w:w="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F63584" w:rsidRPr="00626B23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Глагол. Инфинитив. Время глагола. Изменение глаголов по лицам и числам. Спряжение. Наречие. Служебные части речи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2949E2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14.02-06.04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5" w:lineRule="auto"/>
              <w:ind w:righ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и характеризовать общее грамматическое значение, морфологические признаки и синтаксические функции глагола;</w:t>
            </w:r>
          </w:p>
          <w:p w:rsidR="00F63584" w:rsidRPr="00626B23" w:rsidRDefault="00F63584" w:rsidP="002949E2">
            <w:pPr>
              <w:spacing w:line="255" w:lineRule="auto"/>
              <w:ind w:righ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Объяснять его роль в словосочетании и предложении, а также в речи;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Различать глаголы совершенного и несовершенного вида, возвратные и невозвратные;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правила правописания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и 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ться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в глаголах; суффиксов 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- — 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ева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ыва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- — -ива-; Распознавать инфинитив и личные формы глагола, приводить соответствующие примеры;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Называть грамматические свойства инфинитива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(неопределённой формы) глагола;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правила использования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как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показателя грамматической формы инфинитива;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основу инфинитива;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Выделять основу настоящего (будущего простого) времени глагола;</w:t>
            </w:r>
          </w:p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спряжение глагола, уметь спрягать глаголы;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Группировать глаголы по типу спряжения;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Практическая работа;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Тестирование;</w:t>
            </w:r>
          </w:p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Диктант; Самооценка с использованием «Оценочного листа»;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https://resh.edu.ru/subject/lesson/7627/start/311686/ https://resh.edu.ru/subject/lesson/7628/start/311717/ https://resh.edu.ru/subject/lesson/7697/start/306990/ https://resh.edu.ru/subject/lesson/7699/start/307052/</w:t>
            </w:r>
          </w:p>
        </w:tc>
      </w:tr>
      <w:tr w:rsidR="00D163E4" w:rsidRPr="00282172" w:rsidTr="00530840">
        <w:trPr>
          <w:trHeight w:val="2798"/>
        </w:trPr>
        <w:tc>
          <w:tcPr>
            <w:tcW w:w="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6.4.</w:t>
            </w:r>
          </w:p>
        </w:tc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F635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Орфография:  Буквы Е//И в падежных окончаниях имён существительных Буквы О//Ё после шипящих и </w:t>
            </w:r>
            <w:proofErr w:type="gramStart"/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proofErr w:type="gramEnd"/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окончаниях имён существительных</w:t>
            </w:r>
          </w:p>
          <w:p w:rsidR="00F63584" w:rsidRPr="00626B23" w:rsidRDefault="00F63584" w:rsidP="00F6358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eastAsia="Times New Roman" w:hAnsi="Times New Roman" w:cs="Times New Roman"/>
                <w:sz w:val="24"/>
                <w:szCs w:val="24"/>
              </w:rPr>
              <w:t>НЕ с именами существительными. Правописание окончаний имён прилагательных. НЕ с именами прилагательными. Правописание окончаний глаголов.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1043DE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27.12-06.04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ind w:right="337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Оперировать понятием «орфограмма» и различать буквенные и небуквенные орфограммы при проведении орфографического анализа слова; Распознавать изученные орфограммы; Применять знания по орфографии в практике правописания (в том числе применять знания о правописании разделительных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Практическая работа; Тестирование;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F6358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3584" w:rsidRPr="00626B23" w:rsidTr="00530840">
        <w:trPr>
          <w:trHeight w:val="348"/>
        </w:trPr>
        <w:tc>
          <w:tcPr>
            <w:tcW w:w="15872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3584" w:rsidRPr="00626B23" w:rsidRDefault="00D163E4" w:rsidP="00D163E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6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Синтаксис и пунктуация</w:t>
            </w:r>
          </w:p>
        </w:tc>
      </w:tr>
    </w:tbl>
    <w:p w:rsidR="00111463" w:rsidRPr="00626B23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15872" w:type="dxa"/>
        <w:tblInd w:w="-768" w:type="dxa"/>
        <w:tblLayout w:type="fixed"/>
        <w:tblCellMar>
          <w:top w:w="114" w:type="dxa"/>
          <w:left w:w="78" w:type="dxa"/>
          <w:right w:w="77" w:type="dxa"/>
        </w:tblCellMar>
        <w:tblLook w:val="04A0"/>
      </w:tblPr>
      <w:tblGrid>
        <w:gridCol w:w="457"/>
        <w:gridCol w:w="3933"/>
        <w:gridCol w:w="709"/>
        <w:gridCol w:w="850"/>
        <w:gridCol w:w="851"/>
        <w:gridCol w:w="992"/>
        <w:gridCol w:w="3119"/>
        <w:gridCol w:w="1842"/>
        <w:gridCol w:w="2694"/>
        <w:gridCol w:w="425"/>
      </w:tblGrid>
      <w:tr w:rsidR="00D163E4" w:rsidRPr="00282172" w:rsidTr="00530840">
        <w:trPr>
          <w:trHeight w:val="2846"/>
        </w:trPr>
        <w:tc>
          <w:tcPr>
            <w:tcW w:w="4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3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9" w:lineRule="auto"/>
              <w:ind w:righ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Синтаксис и пунктуация как разделы лингвистики. Словосочетание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Default="001043DE" w:rsidP="002949E2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  <w:p w:rsidR="001043DE" w:rsidRDefault="001043DE" w:rsidP="002949E2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3DE" w:rsidRPr="00626B23" w:rsidRDefault="001043DE" w:rsidP="002949E2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единицы синтаксиса (словосочетание и предложение);</w:t>
            </w:r>
          </w:p>
          <w:p w:rsidR="00D163E4" w:rsidRPr="00626B23" w:rsidRDefault="00D163E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Выделять словосочетания из предложения, распознавать словосочетания по морфологическим свойствам главного слова (именные, глагольные, наречные);</w:t>
            </w:r>
          </w:p>
          <w:p w:rsidR="00D163E4" w:rsidRPr="00626B23" w:rsidRDefault="00D163E4" w:rsidP="002949E2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средства связи слов в словосочетании; Определять нарушения норм сочетания слов в составе словосочетания;</w:t>
            </w:r>
          </w:p>
          <w:p w:rsidR="00D163E4" w:rsidRPr="00626B23" w:rsidRDefault="00D163E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синтаксический анализ словосочетаний (в рамках </w:t>
            </w: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Практическая работа; Самооценка с использованием «Оценочного листа»;</w:t>
            </w:r>
          </w:p>
        </w:tc>
        <w:tc>
          <w:tcPr>
            <w:tcW w:w="31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163E4" w:rsidRPr="00626B23" w:rsidRDefault="00D163E4" w:rsidP="002949E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https://resh.edu.ru/subject/lesson/7638/start/311779/ https://resh.edu.ru/subject/lesson/7639/start/267725/</w:t>
            </w:r>
          </w:p>
        </w:tc>
      </w:tr>
      <w:tr w:rsidR="00530840" w:rsidRPr="00282172" w:rsidTr="00530840">
        <w:trPr>
          <w:gridAfter w:val="1"/>
          <w:wAfter w:w="425" w:type="dxa"/>
          <w:trHeight w:val="3422"/>
        </w:trPr>
        <w:tc>
          <w:tcPr>
            <w:tcW w:w="4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11463" w:rsidRPr="00626B2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Простое двусоставное предложение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043DE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12.04-05.05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Определять главные (грамматическую основу) и второстепенные члены предложения;</w:t>
            </w:r>
          </w:p>
          <w:p w:rsidR="00111463" w:rsidRPr="00626B23" w:rsidRDefault="00111463" w:rsidP="00111463">
            <w:pPr>
              <w:spacing w:line="255" w:lineRule="auto"/>
              <w:ind w:right="1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характеризовать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прилагательным);</w:t>
            </w:r>
            <w:proofErr w:type="gram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распространённые и нераспространённые предложения, находить основания для сравнения и сравнивать их;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Проводить синтаксический анализ простых двусоставных предложений;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Практическая работа; Самооценка с использованием «Оценочного листа»;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https://resh.edu.ru/subject/lesson/7634/start/311872/ https://resh.edu.ru/subject/lesson/7635/start/311903/ https://resh.edu.ru/subject/lesson/7636/start/264321/ https://resh.edu.ru/subject/lesson/7637/start/312058/</w:t>
            </w:r>
          </w:p>
        </w:tc>
      </w:tr>
    </w:tbl>
    <w:p w:rsidR="00111463" w:rsidRPr="00626B23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15501" w:type="dxa"/>
        <w:tblInd w:w="-768" w:type="dxa"/>
        <w:tblLayout w:type="fixed"/>
        <w:tblCellMar>
          <w:top w:w="114" w:type="dxa"/>
          <w:left w:w="78" w:type="dxa"/>
          <w:right w:w="72" w:type="dxa"/>
        </w:tblCellMar>
        <w:tblLook w:val="04A0"/>
      </w:tblPr>
      <w:tblGrid>
        <w:gridCol w:w="457"/>
        <w:gridCol w:w="3933"/>
        <w:gridCol w:w="709"/>
        <w:gridCol w:w="850"/>
        <w:gridCol w:w="851"/>
        <w:gridCol w:w="992"/>
        <w:gridCol w:w="3119"/>
        <w:gridCol w:w="1842"/>
        <w:gridCol w:w="2748"/>
      </w:tblGrid>
      <w:tr w:rsidR="00111463" w:rsidRPr="00282172" w:rsidTr="00D163E4">
        <w:trPr>
          <w:trHeight w:val="2654"/>
        </w:trPr>
        <w:tc>
          <w:tcPr>
            <w:tcW w:w="4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11463" w:rsidRPr="00626B23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Простое осложнённое предложение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043DE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10.05-16.05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5" w:lineRule="auto"/>
              <w:ind w:righ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распознавать </w:t>
            </w:r>
            <w:proofErr w:type="spellStart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неосложнённые</w:t>
            </w:r>
            <w:proofErr w:type="spellEnd"/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и предложения, осложнённые однородными членами или обращением; Находить в предложении однородные члены и обобщающие слова при них;</w:t>
            </w:r>
          </w:p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роль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однородных членов предложения в речи;</w:t>
            </w:r>
          </w:p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Самостоятельно составлять схемы однородных членов в предложениях (по образцу);</w:t>
            </w:r>
          </w:p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Применять пунктуационные нормы постановки знаков препинания в предложениях с однородными членами и обобщающим словом при них (в рамках изученного);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Распознавать в предложении обращение;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Практическая работа; Тестирование; Самооценка с использованием 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ind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https://resh.edu.ru/subject/lesson/7646/start/312151/ https://resh.edu.ru/subject/lesson/7647/start/294366/ https://resh.edu.ru/subject/lesson/7648/start/312182/ https://resh.edu.ru/subject/lesson/7650/start/301715/</w:t>
            </w:r>
          </w:p>
        </w:tc>
      </w:tr>
      <w:tr w:rsidR="00111463" w:rsidRPr="00282172" w:rsidTr="00D163E4">
        <w:trPr>
          <w:trHeight w:val="2461"/>
        </w:trPr>
        <w:tc>
          <w:tcPr>
            <w:tcW w:w="4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111463" w:rsidRPr="00626B23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Сложное предложение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043DE" w:rsidP="00111463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Сравнивать простые и сложные предложения, сложные предложения и простые, осложнённые однородными членами;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 выводы;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простые и сложные предложения с точки зрения количества грамматических основ; Сравнивать простые и сложные предложения по самостоятельно сформулированному основанию; Применять правила пунктуационного оформления сложных предложений, состоящих из частей, связанных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бессоюзной связью и союзами и, но, а, однако, зато, да;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Письменный контроль; Устный опрос; Практическая работа; Тестирование; Самооценка с использованием 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https://resh.edu.ru/subject/lesson/7652/start/301746/</w:t>
            </w:r>
          </w:p>
        </w:tc>
      </w:tr>
      <w:tr w:rsidR="00111463" w:rsidRPr="00282172" w:rsidTr="00D163E4">
        <w:trPr>
          <w:trHeight w:val="1885"/>
        </w:trPr>
        <w:tc>
          <w:tcPr>
            <w:tcW w:w="4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163E4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111463" w:rsidRPr="00626B23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Предложения с прямой речью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Default="001043DE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  <w:p w:rsidR="001043DE" w:rsidRPr="00626B23" w:rsidRDefault="001043DE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Анализировать предложения с прямой речью и сравнивать их с точки зрения позиции слов автора в предложении и пунктуационного оформления этих предложений;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 выводы о пунктуационном оформлении предложений с прямой речью;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 Устный опрос; Практическая работа; Самооценка с использованием «Оценочного листа»;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https://resh.edu.ru/subject/lesson/7653/start/312213/</w:t>
            </w:r>
          </w:p>
        </w:tc>
      </w:tr>
      <w:tr w:rsidR="00111463" w:rsidRPr="00282172" w:rsidTr="00D163E4">
        <w:trPr>
          <w:trHeight w:val="348"/>
        </w:trPr>
        <w:tc>
          <w:tcPr>
            <w:tcW w:w="1550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463" w:rsidRPr="00282172" w:rsidRDefault="00111463" w:rsidP="00111463">
      <w:pPr>
        <w:spacing w:after="0" w:line="259" w:lineRule="auto"/>
        <w:ind w:left="-1440" w:right="1540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8" w:type="dxa"/>
        </w:tblCellMar>
        <w:tblLook w:val="04A0"/>
      </w:tblPr>
      <w:tblGrid>
        <w:gridCol w:w="516"/>
        <w:gridCol w:w="3907"/>
        <w:gridCol w:w="708"/>
        <w:gridCol w:w="847"/>
        <w:gridCol w:w="848"/>
        <w:gridCol w:w="991"/>
        <w:gridCol w:w="3111"/>
        <w:gridCol w:w="1842"/>
        <w:gridCol w:w="2731"/>
      </w:tblGrid>
      <w:tr w:rsidR="00111463" w:rsidRPr="00282172" w:rsidTr="00D163E4">
        <w:trPr>
          <w:trHeight w:val="2077"/>
        </w:trPr>
        <w:tc>
          <w:tcPr>
            <w:tcW w:w="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  <w:r w:rsidR="00111463" w:rsidRPr="00626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9069E9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23.05-25.05</w:t>
            </w: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Применение полученных знаний для решения лингвистических задач в тестовой форме и творческом задании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Письменный контроль;</w:t>
            </w:r>
          </w:p>
          <w:p w:rsidR="00111463" w:rsidRPr="00626B2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>Устный опрос;</w:t>
            </w:r>
          </w:p>
          <w:p w:rsidR="00111463" w:rsidRDefault="00111463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B23">
              <w:rPr>
                <w:rFonts w:ascii="Times New Roman" w:hAnsi="Times New Roman" w:cs="Times New Roman"/>
                <w:sz w:val="24"/>
                <w:szCs w:val="24"/>
              </w:rPr>
              <w:t xml:space="preserve">Зачет; Практическая работа; Самооценка с использованием </w:t>
            </w:r>
            <w:r w:rsidRPr="00626B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«Оценочного листа»;</w:t>
            </w:r>
          </w:p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1463" w:rsidRPr="00626B23" w:rsidRDefault="00111463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4EA" w:rsidRPr="002949E2" w:rsidTr="00D924EA">
        <w:trPr>
          <w:trHeight w:val="356"/>
        </w:trPr>
        <w:tc>
          <w:tcPr>
            <w:tcW w:w="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line="25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924EA" w:rsidRPr="00626B23" w:rsidRDefault="00D924EA" w:rsidP="0011146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463" w:rsidRDefault="00111463" w:rsidP="00111463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12776" w:rsidRDefault="00E12776" w:rsidP="00111463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12776" w:rsidRDefault="00E12776" w:rsidP="00111463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12776" w:rsidRPr="00626B23" w:rsidRDefault="00E12776" w:rsidP="00111463">
      <w:pPr>
        <w:rPr>
          <w:rFonts w:ascii="Times New Roman" w:hAnsi="Times New Roman" w:cs="Times New Roman"/>
          <w:sz w:val="24"/>
          <w:szCs w:val="24"/>
          <w:lang w:val="ru-RU"/>
        </w:rPr>
        <w:sectPr w:rsidR="00E12776" w:rsidRPr="00626B23">
          <w:pgSz w:w="16840" w:h="11900" w:orient="landscape"/>
          <w:pgMar w:top="576" w:right="1440" w:bottom="734" w:left="1440" w:header="720" w:footer="720" w:gutter="0"/>
          <w:cols w:space="720"/>
        </w:sectPr>
      </w:pPr>
    </w:p>
    <w:p w:rsidR="00E12776" w:rsidRDefault="00E12776" w:rsidP="00E1277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12776" w:rsidRPr="00E12776" w:rsidRDefault="00E12776" w:rsidP="00E12776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b/>
          <w:sz w:val="24"/>
          <w:szCs w:val="24"/>
          <w:lang w:val="ru-RU"/>
        </w:rPr>
        <w:t>УЧЕБНО-МЕТОДИЧЕСКОЕ ОБЕСПЕЧЕНИЕ ОБРАЗОВАТЕЛЬНОГО ПРОЦЕССА</w:t>
      </w:r>
    </w:p>
    <w:p w:rsidR="00E12776" w:rsidRPr="00510163" w:rsidRDefault="00E12776" w:rsidP="00510163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10163">
        <w:rPr>
          <w:rFonts w:ascii="Times New Roman" w:hAnsi="Times New Roman" w:cs="Times New Roman"/>
          <w:b/>
          <w:sz w:val="24"/>
          <w:szCs w:val="24"/>
          <w:lang w:val="ru-RU"/>
        </w:rPr>
        <w:t>ОБЯЗАТЕЛЬНЫЕ УЧЕБНЫЕ МАТЕРИАЛЫ ДЛЯ УЧЕНИКА</w:t>
      </w:r>
      <w:r w:rsidR="0051016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510163" w:rsidRDefault="00510163" w:rsidP="00510163">
      <w:pPr>
        <w:ind w:right="-5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1.</w:t>
      </w:r>
      <w:r w:rsidR="00E12776"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«Русский язык. 5 класс. Учебник для общеобразовательных организаций в 2-х частях </w:t>
      </w:r>
    </w:p>
    <w:p w:rsidR="00510163" w:rsidRDefault="00E12776" w:rsidP="00510163">
      <w:pPr>
        <w:ind w:right="-5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под редакцией Л.М. </w:t>
      </w:r>
      <w:proofErr w:type="spellStart"/>
      <w:r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Рыбченковой</w:t>
      </w:r>
      <w:proofErr w:type="spellEnd"/>
      <w:r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 О.М. Александровой, А.В. Глазкова, А.</w:t>
      </w:r>
      <w:r w:rsidR="005101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Г. Лисицына «Просвещение», 2016.</w:t>
      </w:r>
    </w:p>
    <w:p w:rsidR="00E12776" w:rsidRPr="00E12776" w:rsidRDefault="00E12776" w:rsidP="00510163">
      <w:pPr>
        <w:ind w:right="-5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101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2.</w:t>
      </w:r>
      <w:r w:rsidRPr="00E127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Рабочая тетрадь по русскому языку в двух частях: пособие для учащихся общеобразовательных организаций.</w:t>
      </w:r>
    </w:p>
    <w:p w:rsidR="00510163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1016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ОБОРУДОВАНИЕ ДЛЯ ПРОВЕДЕНИЯ ЛАБОРАТОРНЫХ, ПРАКТИЧЕСКИХ РАБОТ, ДЕМОНСТРАЦИЙ 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Мультимедийный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проектор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12776" w:rsidRPr="00510163" w:rsidRDefault="00E12776" w:rsidP="00510163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10163">
        <w:rPr>
          <w:rFonts w:ascii="Times New Roman" w:hAnsi="Times New Roman" w:cs="Times New Roman"/>
          <w:b/>
          <w:sz w:val="24"/>
          <w:szCs w:val="24"/>
          <w:lang w:val="ru-RU"/>
        </w:rPr>
        <w:t>МЕТОДИЧЕСКИЕ МАТЕРИАЛЫ ДЛЯ УЧИТЕЛЯ</w:t>
      </w:r>
    </w:p>
    <w:p w:rsidR="00E12776" w:rsidRPr="00E12776" w:rsidRDefault="00510163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</w:t>
      </w:r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Примерная рабочая программа основного общего образования. Русский язык (для 5 - 9 классов). -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[Электронный ресурс] — URL: https://edsoo.ru/Primernie_rabochie_progra.htm</w:t>
      </w:r>
    </w:p>
    <w:p w:rsidR="00E12776" w:rsidRPr="00E12776" w:rsidRDefault="00510163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</w:t>
      </w:r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Рабочая программа по русскому языку. 5 класс Л.М </w:t>
      </w:r>
      <w:proofErr w:type="spellStart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Рыбченкова</w:t>
      </w:r>
      <w:proofErr w:type="gramStart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,О</w:t>
      </w:r>
      <w:proofErr w:type="gramEnd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.М.Александрова</w:t>
      </w:r>
      <w:proofErr w:type="spellEnd"/>
    </w:p>
    <w:p w:rsidR="00E12776" w:rsidRPr="00E12776" w:rsidRDefault="00510163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3.</w:t>
      </w:r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Русский язык. Методические рекомендации. 5 класс</w:t>
      </w:r>
      <w:proofErr w:type="gramStart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:</w:t>
      </w:r>
      <w:proofErr w:type="gramEnd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пособие для учителей </w:t>
      </w:r>
      <w:proofErr w:type="spellStart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общеобразоват</w:t>
      </w:r>
      <w:proofErr w:type="spellEnd"/>
      <w:r w:rsidR="00E12776" w:rsidRPr="00E1277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организаций. —.М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Рыбченкова</w:t>
      </w:r>
      <w:proofErr w:type="gramStart"/>
      <w:r w:rsidRPr="00E12776">
        <w:rPr>
          <w:rFonts w:ascii="Times New Roman" w:hAnsi="Times New Roman" w:cs="Times New Roman"/>
          <w:sz w:val="24"/>
          <w:szCs w:val="24"/>
          <w:lang w:val="ru-RU"/>
        </w:rPr>
        <w:t>,О</w:t>
      </w:r>
      <w:proofErr w:type="gramEnd"/>
      <w:r w:rsidRPr="00E12776">
        <w:rPr>
          <w:rFonts w:ascii="Times New Roman" w:hAnsi="Times New Roman" w:cs="Times New Roman"/>
          <w:sz w:val="24"/>
          <w:szCs w:val="24"/>
          <w:lang w:val="ru-RU"/>
        </w:rPr>
        <w:t>.М.Александрова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2-е изд. — М. :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Просвещение, 2020.</w:t>
      </w:r>
    </w:p>
    <w:p w:rsidR="00E12776" w:rsidRPr="00510163" w:rsidRDefault="00E12776" w:rsidP="00E1277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10163">
        <w:rPr>
          <w:rFonts w:ascii="Times New Roman" w:hAnsi="Times New Roman" w:cs="Times New Roman"/>
          <w:b/>
          <w:sz w:val="24"/>
          <w:szCs w:val="24"/>
          <w:lang w:val="ru-RU"/>
        </w:rPr>
        <w:t>ЦИФРОВЫЕ ОБРАЗОВАТЕЛЬНЫЕ РЕСУРСЫ И РЕСУРСЫ СЕТИ ИНТЕРНЕТ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www.fcior.edu.ru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- Федеральный центр информационно-образовательных ресурсов.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www.http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://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school-collection.edu.ru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/ - Единая коллекция цифровых образовательных ресурсов.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3. http://www.ug.ru/ - Официальный сайт &amp;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quot;Учительской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газеты&amp;quot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;.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ttp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://pedsovet.org/ - Всероссийский интернет-педсовет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5. http://www.1september.ru/ru/ - Газета &amp;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quot;Первое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Сентября&amp;quot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; и ее приложения. Информация для  педагогов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6. http://www.it-n.ru/ - Сеть творческих учителей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7. http://www.fipi.ru - ФИПИ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8. http://rosolymp.ru/ - Всероссийская Олимпиада школьников http://www.uchportal.ru/ - </w:t>
      </w:r>
      <w:proofErr w:type="gramStart"/>
      <w:r w:rsidRPr="00E12776">
        <w:rPr>
          <w:rFonts w:ascii="Times New Roman" w:hAnsi="Times New Roman" w:cs="Times New Roman"/>
          <w:sz w:val="24"/>
          <w:szCs w:val="24"/>
          <w:lang w:val="ru-RU"/>
        </w:rPr>
        <w:t>учительский</w:t>
      </w:r>
      <w:proofErr w:type="gramEnd"/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портал - по предметам - уроки,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9. https://resh.edu.ru/for-teacher - Российская Электронная школа</w:t>
      </w:r>
    </w:p>
    <w:p w:rsidR="00510163" w:rsidRDefault="00510163" w:rsidP="00E1277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10163" w:rsidRDefault="00510163" w:rsidP="00E1277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10. </w:t>
      </w:r>
      <w:proofErr w:type="gramStart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http://www.zavuch.info/ -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Завуч-инфо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(методическая библиотека, педагогическая ярмарка,</w:t>
      </w:r>
      <w:proofErr w:type="gramEnd"/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сообщество педагогов, новости...)</w:t>
      </w:r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11. http: //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www.km-school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ru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r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1 /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media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a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1 .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asp</w:t>
      </w:r>
      <w:proofErr w:type="spellEnd"/>
      <w:r w:rsidRPr="00E12776">
        <w:rPr>
          <w:rFonts w:ascii="Times New Roman" w:hAnsi="Times New Roman" w:cs="Times New Roman"/>
          <w:sz w:val="24"/>
          <w:szCs w:val="24"/>
          <w:lang w:val="ru-RU"/>
        </w:rPr>
        <w:t xml:space="preserve"> - Энциклопедия Кирилла и </w:t>
      </w:r>
      <w:proofErr w:type="spellStart"/>
      <w:r w:rsidRPr="00E12776">
        <w:rPr>
          <w:rFonts w:ascii="Times New Roman" w:hAnsi="Times New Roman" w:cs="Times New Roman"/>
          <w:sz w:val="24"/>
          <w:szCs w:val="24"/>
          <w:lang w:val="ru-RU"/>
        </w:rPr>
        <w:t>Мефодия</w:t>
      </w:r>
      <w:proofErr w:type="spellEnd"/>
    </w:p>
    <w:p w:rsidR="00E12776" w:rsidRPr="00E12776" w:rsidRDefault="00E12776" w:rsidP="00E12776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12776">
        <w:rPr>
          <w:rFonts w:ascii="Times New Roman" w:hAnsi="Times New Roman" w:cs="Times New Roman"/>
          <w:sz w:val="24"/>
          <w:szCs w:val="24"/>
          <w:lang w:val="ru-RU"/>
        </w:rPr>
        <w:t>12. https://edsoo.ru - Единое содержание общего образования</w:t>
      </w:r>
    </w:p>
    <w:sectPr w:rsidR="00E12776" w:rsidRPr="00E12776" w:rsidSect="00E12776">
      <w:pgSz w:w="11900" w:h="16840"/>
      <w:pgMar w:top="284" w:right="1440" w:bottom="1440" w:left="1440" w:header="720" w:footer="720" w:gutter="0"/>
      <w:cols w:space="720" w:equalWidth="0">
        <w:col w:w="10584" w:space="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8C6" w:rsidRDefault="00D728C6" w:rsidP="00530840">
      <w:pPr>
        <w:spacing w:after="0" w:line="240" w:lineRule="auto"/>
      </w:pPr>
      <w:r>
        <w:separator/>
      </w:r>
    </w:p>
  </w:endnote>
  <w:endnote w:type="continuationSeparator" w:id="0">
    <w:p w:rsidR="00D728C6" w:rsidRDefault="00D728C6" w:rsidP="0053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12226"/>
      <w:docPartObj>
        <w:docPartGallery w:val="Page Numbers (Bottom of Page)"/>
        <w:docPartUnique/>
      </w:docPartObj>
    </w:sdtPr>
    <w:sdtContent>
      <w:p w:rsidR="00282172" w:rsidRDefault="00282172">
        <w:pPr>
          <w:pStyle w:val="a7"/>
        </w:pPr>
        <w:fldSimple w:instr=" PAGE   \* MERGEFORMAT ">
          <w:r w:rsidR="00510163">
            <w:rPr>
              <w:noProof/>
            </w:rPr>
            <w:t>29</w:t>
          </w:r>
        </w:fldSimple>
      </w:p>
    </w:sdtContent>
  </w:sdt>
  <w:p w:rsidR="00282172" w:rsidRDefault="002821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8C6" w:rsidRDefault="00D728C6" w:rsidP="00530840">
      <w:pPr>
        <w:spacing w:after="0" w:line="240" w:lineRule="auto"/>
      </w:pPr>
      <w:r>
        <w:separator/>
      </w:r>
    </w:p>
  </w:footnote>
  <w:footnote w:type="continuationSeparator" w:id="0">
    <w:p w:rsidR="00D728C6" w:rsidRDefault="00D728C6" w:rsidP="00530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9C261A3"/>
    <w:multiLevelType w:val="hybridMultilevel"/>
    <w:tmpl w:val="09A0BCA2"/>
    <w:lvl w:ilvl="0" w:tplc="8B3292B0">
      <w:start w:val="1"/>
      <w:numFmt w:val="decimal"/>
      <w:lvlText w:val="%1."/>
      <w:lvlJc w:val="left"/>
      <w:pPr>
        <w:ind w:left="540" w:hanging="360"/>
      </w:pPr>
      <w:rPr>
        <w:rFonts w:ascii="Times New Roman" w:eastAsia="Times New Roman" w:hAnsi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043DE"/>
    <w:rsid w:val="00111463"/>
    <w:rsid w:val="0015074B"/>
    <w:rsid w:val="00150A94"/>
    <w:rsid w:val="00194EB1"/>
    <w:rsid w:val="001A4EEF"/>
    <w:rsid w:val="0024749D"/>
    <w:rsid w:val="00282172"/>
    <w:rsid w:val="002949E2"/>
    <w:rsid w:val="0029639D"/>
    <w:rsid w:val="00326F90"/>
    <w:rsid w:val="003B5602"/>
    <w:rsid w:val="0040371B"/>
    <w:rsid w:val="00414D22"/>
    <w:rsid w:val="00510163"/>
    <w:rsid w:val="00530840"/>
    <w:rsid w:val="00626B23"/>
    <w:rsid w:val="008E12C8"/>
    <w:rsid w:val="008E2D3C"/>
    <w:rsid w:val="009069E9"/>
    <w:rsid w:val="0095523A"/>
    <w:rsid w:val="00AA1D8D"/>
    <w:rsid w:val="00AD559F"/>
    <w:rsid w:val="00B47730"/>
    <w:rsid w:val="00C06ECB"/>
    <w:rsid w:val="00C45354"/>
    <w:rsid w:val="00CB0664"/>
    <w:rsid w:val="00CB181B"/>
    <w:rsid w:val="00D163E4"/>
    <w:rsid w:val="00D637B4"/>
    <w:rsid w:val="00D728C6"/>
    <w:rsid w:val="00D8106F"/>
    <w:rsid w:val="00D924EA"/>
    <w:rsid w:val="00DA4684"/>
    <w:rsid w:val="00DE5742"/>
    <w:rsid w:val="00E12776"/>
    <w:rsid w:val="00F6358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18">
    <w:name w:val="Сетка таблицы1"/>
    <w:basedOn w:val="a3"/>
    <w:next w:val="aff0"/>
    <w:uiPriority w:val="59"/>
    <w:rsid w:val="00D637B4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111463"/>
    <w:pPr>
      <w:spacing w:after="0" w:line="240" w:lineRule="auto"/>
    </w:pPr>
    <w:rPr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1114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37">
    <w:name w:val="Body Text Indent 3"/>
    <w:basedOn w:val="a1"/>
    <w:link w:val="38"/>
    <w:rsid w:val="0053084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8">
    <w:name w:val="Основной текст с отступом 3 Знак"/>
    <w:basedOn w:val="a2"/>
    <w:link w:val="37"/>
    <w:rsid w:val="00530840"/>
    <w:rPr>
      <w:rFonts w:ascii="Times New Roman" w:eastAsia="Calibri" w:hAnsi="Times New Roman" w:cs="Times New Roman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14">
    <w:name w:val="Сетка таблицы1"/>
    <w:basedOn w:val="a3"/>
    <w:next w:val="aff0"/>
    <w:uiPriority w:val="59"/>
    <w:rsid w:val="00D637B4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76AB27-988B-449C-8906-F2E2F63A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28</Pages>
  <Words>8393</Words>
  <Characters>47844</Characters>
  <Application>Microsoft Office Word</Application>
  <DocSecurity>0</DocSecurity>
  <Lines>398</Lines>
  <Paragraphs>112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56125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11</cp:revision>
  <cp:lastPrinted>2022-09-26T18:57:00Z</cp:lastPrinted>
  <dcterms:created xsi:type="dcterms:W3CDTF">2013-12-23T23:15:00Z</dcterms:created>
  <dcterms:modified xsi:type="dcterms:W3CDTF">2022-09-26T18:57:00Z</dcterms:modified>
  <cp:category/>
</cp:coreProperties>
</file>