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A585E" w14:textId="77777777" w:rsidR="00F0177E" w:rsidRDefault="00F0177E" w:rsidP="0055176F">
      <w:pPr>
        <w:autoSpaceDE w:val="0"/>
        <w:autoSpaceDN w:val="0"/>
        <w:spacing w:after="78" w:line="240" w:lineRule="auto"/>
        <w:ind w:firstLine="142"/>
        <w:jc w:val="center"/>
      </w:pPr>
    </w:p>
    <w:p w14:paraId="1C0CE452" w14:textId="77777777" w:rsidR="00F0177E" w:rsidRPr="0055176F" w:rsidRDefault="00062919" w:rsidP="0055176F">
      <w:pPr>
        <w:autoSpaceDE w:val="0"/>
        <w:autoSpaceDN w:val="0"/>
        <w:spacing w:after="0" w:line="24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14:paraId="359FCCEC" w14:textId="77777777" w:rsidR="00F0177E" w:rsidRPr="0055176F" w:rsidRDefault="00062919" w:rsidP="0055176F">
      <w:pPr>
        <w:autoSpaceDE w:val="0"/>
        <w:autoSpaceDN w:val="0"/>
        <w:spacing w:after="0" w:line="24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образования Красноярского края</w:t>
      </w:r>
    </w:p>
    <w:p w14:paraId="4E8536E0" w14:textId="77777777" w:rsidR="00F0177E" w:rsidRPr="0055176F" w:rsidRDefault="00062919" w:rsidP="0055176F">
      <w:pPr>
        <w:autoSpaceDE w:val="0"/>
        <w:autoSpaceDN w:val="0"/>
        <w:spacing w:after="0" w:line="24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Администрация Богучанского района</w:t>
      </w:r>
    </w:p>
    <w:p w14:paraId="6797119B" w14:textId="77777777" w:rsidR="00F0177E" w:rsidRPr="0055176F" w:rsidRDefault="00062919" w:rsidP="0055176F">
      <w:pPr>
        <w:autoSpaceDE w:val="0"/>
        <w:autoSpaceDN w:val="0"/>
        <w:spacing w:after="1376" w:line="24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МКОУ Октябрьская СШ №9</w:t>
      </w:r>
    </w:p>
    <w:p w14:paraId="6AAD8220" w14:textId="77777777" w:rsidR="00F0177E" w:rsidRPr="0055176F" w:rsidRDefault="00062919" w:rsidP="0055176F">
      <w:pPr>
        <w:autoSpaceDE w:val="0"/>
        <w:autoSpaceDN w:val="0"/>
        <w:spacing w:before="978" w:after="0" w:line="23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РАБОЧАЯ ПРОГРАММА</w:t>
      </w:r>
    </w:p>
    <w:p w14:paraId="6DEEE834" w14:textId="77777777" w:rsidR="00F0177E" w:rsidRPr="0055176F" w:rsidRDefault="00062919" w:rsidP="0055176F">
      <w:pPr>
        <w:autoSpaceDE w:val="0"/>
        <w:autoSpaceDN w:val="0"/>
        <w:spacing w:before="166" w:after="0" w:line="23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учебного предмета</w:t>
      </w:r>
    </w:p>
    <w:p w14:paraId="014EFCC5" w14:textId="77777777" w:rsidR="00F0177E" w:rsidRPr="0055176F" w:rsidRDefault="00062919" w:rsidP="0055176F">
      <w:pPr>
        <w:autoSpaceDE w:val="0"/>
        <w:autoSpaceDN w:val="0"/>
        <w:spacing w:before="70" w:after="0" w:line="23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«Математика»</w:t>
      </w:r>
    </w:p>
    <w:p w14:paraId="4E43B801" w14:textId="77777777" w:rsidR="00F0177E" w:rsidRPr="0055176F" w:rsidRDefault="00062919" w:rsidP="0055176F">
      <w:pPr>
        <w:autoSpaceDE w:val="0"/>
        <w:autoSpaceDN w:val="0"/>
        <w:spacing w:before="670" w:after="0" w:line="230" w:lineRule="auto"/>
        <w:ind w:firstLine="14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для  5 класса основного общего образования</w:t>
      </w:r>
    </w:p>
    <w:p w14:paraId="16F6DF2D" w14:textId="781EBE4B" w:rsidR="00F0177E" w:rsidRDefault="00062919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14:paraId="4E7748FE" w14:textId="6951FDBD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0980362C" w14:textId="16AAE8CA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35B146B4" w14:textId="6CF23F81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247B2915" w14:textId="23E3CFCA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75A744F5" w14:textId="2D0D5D45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74BFFA0D" w14:textId="03E8CAB3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14B4DFD0" w14:textId="79FAFD89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2CDD5BD8" w14:textId="431936AD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39535015" w14:textId="4C34092C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0350CB22" w14:textId="4D8D8B47" w:rsid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14:paraId="4A24F7EA" w14:textId="77777777" w:rsidR="0055176F" w:rsidRPr="0055176F" w:rsidRDefault="0055176F" w:rsidP="0055176F">
      <w:pPr>
        <w:autoSpaceDE w:val="0"/>
        <w:autoSpaceDN w:val="0"/>
        <w:spacing w:before="70" w:after="0" w:line="230" w:lineRule="auto"/>
        <w:ind w:firstLine="142"/>
        <w:jc w:val="center"/>
        <w:rPr>
          <w:lang w:val="ru-RU"/>
        </w:rPr>
      </w:pPr>
    </w:p>
    <w:p w14:paraId="625EEB41" w14:textId="77777777" w:rsidR="0055176F" w:rsidRDefault="00062919" w:rsidP="0055176F">
      <w:pPr>
        <w:autoSpaceDE w:val="0"/>
        <w:autoSpaceDN w:val="0"/>
        <w:spacing w:after="0" w:line="230" w:lineRule="auto"/>
        <w:ind w:firstLine="142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Составитель: </w:t>
      </w:r>
    </w:p>
    <w:p w14:paraId="17DC7401" w14:textId="0747A3AD" w:rsidR="00F0177E" w:rsidRPr="0055176F" w:rsidRDefault="00062919" w:rsidP="0055176F">
      <w:pPr>
        <w:autoSpaceDE w:val="0"/>
        <w:autoSpaceDN w:val="0"/>
        <w:spacing w:after="0" w:line="230" w:lineRule="auto"/>
        <w:ind w:firstLine="142"/>
        <w:jc w:val="right"/>
        <w:rPr>
          <w:lang w:val="ru-RU"/>
        </w:rPr>
      </w:pPr>
      <w:proofErr w:type="spellStart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Жаркевич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Юлия Юрьевна</w:t>
      </w:r>
    </w:p>
    <w:p w14:paraId="1261E9A5" w14:textId="16560692" w:rsidR="00F0177E" w:rsidRPr="0055176F" w:rsidRDefault="00062919" w:rsidP="0055176F">
      <w:pPr>
        <w:autoSpaceDE w:val="0"/>
        <w:autoSpaceDN w:val="0"/>
        <w:spacing w:after="0" w:line="230" w:lineRule="auto"/>
        <w:ind w:firstLine="142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учитель математики</w:t>
      </w:r>
    </w:p>
    <w:p w14:paraId="7D46DC70" w14:textId="77777777" w:rsidR="0055176F" w:rsidRP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lang w:val="ru-RU"/>
        </w:rPr>
      </w:pPr>
    </w:p>
    <w:p w14:paraId="725AEAF5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5767268F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2D4AE288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59C7181F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6BB44D97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5CE09634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298115AC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407FAD0D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1AA2E3EB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250562E1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0ADD38D3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2FD0CC21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76A2AC1A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0649600E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5B9A9541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04146C34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59CE8542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084D1FAE" w14:textId="77777777" w:rsidR="0055176F" w:rsidRDefault="0055176F" w:rsidP="0055176F">
      <w:pPr>
        <w:autoSpaceDE w:val="0"/>
        <w:autoSpaceDN w:val="0"/>
        <w:spacing w:after="0" w:line="230" w:lineRule="auto"/>
        <w:ind w:firstLine="142"/>
        <w:jc w:val="center"/>
        <w:rPr>
          <w:rFonts w:ascii="Times New Roman" w:eastAsia="Times New Roman" w:hAnsi="Times New Roman"/>
          <w:color w:val="000000"/>
          <w:sz w:val="24"/>
        </w:rPr>
      </w:pPr>
    </w:p>
    <w:p w14:paraId="514D12A4" w14:textId="11C50B1D" w:rsidR="00F0177E" w:rsidRDefault="00062919" w:rsidP="0055176F">
      <w:pPr>
        <w:autoSpaceDE w:val="0"/>
        <w:autoSpaceDN w:val="0"/>
        <w:spacing w:after="0" w:line="230" w:lineRule="auto"/>
        <w:ind w:firstLine="142"/>
        <w:jc w:val="center"/>
      </w:pPr>
      <w:r>
        <w:rPr>
          <w:rFonts w:ascii="Times New Roman" w:eastAsia="Times New Roman" w:hAnsi="Times New Roman"/>
          <w:color w:val="000000"/>
          <w:sz w:val="24"/>
        </w:rPr>
        <w:t xml:space="preserve">п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Октябрьский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2022</w:t>
      </w:r>
    </w:p>
    <w:p w14:paraId="14D10428" w14:textId="77777777" w:rsidR="00F0177E" w:rsidRDefault="00F0177E">
      <w:pPr>
        <w:sectPr w:rsidR="00F0177E">
          <w:pgSz w:w="11900" w:h="16840"/>
          <w:pgMar w:top="298" w:right="1440" w:bottom="1440" w:left="1440" w:header="720" w:footer="720" w:gutter="0"/>
          <w:cols w:space="720" w:equalWidth="0">
            <w:col w:w="9020" w:space="0"/>
          </w:cols>
          <w:docGrid w:linePitch="360"/>
        </w:sectPr>
      </w:pPr>
    </w:p>
    <w:p w14:paraId="31993F8F" w14:textId="77777777" w:rsidR="00F0177E" w:rsidRDefault="00F0177E">
      <w:pPr>
        <w:autoSpaceDE w:val="0"/>
        <w:autoSpaceDN w:val="0"/>
        <w:spacing w:after="78" w:line="220" w:lineRule="exact"/>
      </w:pPr>
    </w:p>
    <w:p w14:paraId="5F28204C" w14:textId="77777777" w:rsidR="00F0177E" w:rsidRDefault="00062919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ПОЯСНИТЕЛЬНАЯ ЗАПИСКА</w:t>
      </w:r>
    </w:p>
    <w:p w14:paraId="216BEB2A" w14:textId="77777777" w:rsidR="00F0177E" w:rsidRPr="0055176F" w:rsidRDefault="00062919">
      <w:pPr>
        <w:autoSpaceDE w:val="0"/>
        <w:autoSpaceDN w:val="0"/>
        <w:spacing w:before="346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ОБЩАЯ ХАРАКТЕРИСТИКА УЧЕБНОГО ПРЕДМЕТА "МАТЕМАТИКА" </w:t>
      </w:r>
    </w:p>
    <w:p w14:paraId="44295EC8" w14:textId="77777777" w:rsidR="00F0177E" w:rsidRPr="0055176F" w:rsidRDefault="00062919">
      <w:pPr>
        <w:autoSpaceDE w:val="0"/>
        <w:autoSpaceDN w:val="0"/>
        <w:spacing w:before="166" w:after="0" w:line="288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по математике для обучающихся 5 классов разработана на основе Федерального государственного образовательного стандарта основного общего образования с учётом и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сов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ременных мировых требований, предъявляемых к математическому образованию, и традиций российского образования, которые обеспечивают овладение ключевыми компетенциями,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составляющими основу для непрерывного образования и саморазвития, а также целостность общ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екультурного, личностного и познавательного развития обучающихся. В рабочей программе учтены идеи и положения Концепции развития математического образования в Российской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Федерации. В эпоху цифровой трансформации всех сфер человеческой деятельности невозмо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жно стать образованным современным человеком без базовой математической подготовки. Уже в школе математика служит опорным предметом для изучения смежных дисциплин, а после школы реальной необходимостью становится непрерывное образование, что требует полноц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енной базовой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общеобразовательной подготовки, в том числе и математической.</w:t>
      </w:r>
    </w:p>
    <w:p w14:paraId="0226052A" w14:textId="77777777" w:rsidR="00F0177E" w:rsidRPr="0055176F" w:rsidRDefault="00062919">
      <w:pPr>
        <w:autoSpaceDE w:val="0"/>
        <w:autoSpaceDN w:val="0"/>
        <w:spacing w:before="70" w:after="0"/>
        <w:ind w:right="144"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Это обусловлено тем, что в наши дни растёт число профессий, связанных с непосредственным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применением математики: и в сфере экономики, и в бизнесе, и в технологических областях, и даже в гуманитарных сферах. Таким образом, круг школьников, для которых математика может стать значимым предметом, расширяется.</w:t>
      </w:r>
    </w:p>
    <w:p w14:paraId="07A0BBF5" w14:textId="77777777" w:rsidR="00F0177E" w:rsidRPr="0055176F" w:rsidRDefault="00062919">
      <w:pPr>
        <w:autoSpaceDE w:val="0"/>
        <w:autoSpaceDN w:val="0"/>
        <w:spacing w:before="70" w:after="0" w:line="286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Практическая полезность математики обу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словлена тем, что её предметом являются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фундаментальные структуры нашего мира: пространственные формы и количественные отношения от простейших, усваиваемых в непосредственном опыте, до достаточно сложных, необходимых для развития научных и прикладных идей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. Без конкретных математических знаний затруднено понимание принципов устройства и использования современной техники, восприятие и интерпретация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разнообразной социальной, экономической, политической информации, малоэффективна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повседневная практическая деятельность. Каждому человеку в своей жизни приходится выполнять расчёты и составлять алгоритмы, находить и применять формулы, владеть практическими приёмами геометрических измерений и построений, читать информацию, представленну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ю в виде таблиц, диаграмм и графиков, жить в условиях неопределённости и понимать вероятностный характер случайных событий.</w:t>
      </w:r>
    </w:p>
    <w:p w14:paraId="3C57531D" w14:textId="77777777" w:rsidR="00F0177E" w:rsidRPr="0055176F" w:rsidRDefault="00062919">
      <w:pPr>
        <w:autoSpaceDE w:val="0"/>
        <w:autoSpaceDN w:val="0"/>
        <w:spacing w:before="70" w:after="0" w:line="288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Одновременно с расширением сфер применения математики в современном обществе всё более важным становится математический стиль мышлен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ия, проявляющийся в определённых умственных навыках. В процессе изучения математики в арсенал приёмов и методов мышления человека естественным образом включаются индукция и дедукция, обобщение и конкретизация, анализ и синтез, классификация и систематизаци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я, абстрагирование и аналогия. Объекты математических умозаключений, правила их конструирования раскрывают механизм логических построений, способствуют выработке умения формулировать, обосновывать и доказывать суждения, тем самым развивают логическое мышле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ние. Ведущая роль принадлежит математике и в формировании алгоритмической компоненты мышления и воспитании умений действовать по заданным алгоритмам, совершенствовать известные и конструировать новые. В процессе решения задач — основой учебной деятельности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на уроках математики — развиваются также творческая и прикладная стороны мышления.</w:t>
      </w:r>
    </w:p>
    <w:p w14:paraId="7D1C5757" w14:textId="77777777" w:rsidR="00F0177E" w:rsidRPr="0055176F" w:rsidRDefault="00062919">
      <w:pPr>
        <w:autoSpaceDE w:val="0"/>
        <w:autoSpaceDN w:val="0"/>
        <w:spacing w:before="70" w:after="0" w:line="271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Обучение математике даёт возможность развивать у обучающихся точную, рациональную и информативную речь, умение отбирать наиболее подходящие языковые, символические, графиче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ские средства для выражения суждений и наглядного их представления.</w:t>
      </w:r>
    </w:p>
    <w:p w14:paraId="434F9107" w14:textId="77777777" w:rsidR="00F0177E" w:rsidRPr="0055176F" w:rsidRDefault="0006291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Необходимым компонентом общей культуры в современном толковании является общее знакомство</w:t>
      </w:r>
    </w:p>
    <w:p w14:paraId="5E7B8D16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650" w:bottom="41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44E07323" w14:textId="77777777" w:rsidR="00F0177E" w:rsidRPr="0055176F" w:rsidRDefault="00F0177E">
      <w:pPr>
        <w:autoSpaceDE w:val="0"/>
        <w:autoSpaceDN w:val="0"/>
        <w:spacing w:after="66" w:line="220" w:lineRule="exact"/>
        <w:rPr>
          <w:lang w:val="ru-RU"/>
        </w:rPr>
      </w:pPr>
    </w:p>
    <w:p w14:paraId="71ADE000" w14:textId="77777777" w:rsidR="00F0177E" w:rsidRPr="0055176F" w:rsidRDefault="00062919">
      <w:pPr>
        <w:autoSpaceDE w:val="0"/>
        <w:autoSpaceDN w:val="0"/>
        <w:spacing w:after="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 методами познания действительности, представление о предмете 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методах математики, их отличий от методов 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 культуры чело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века.</w:t>
      </w:r>
    </w:p>
    <w:p w14:paraId="36775B7C" w14:textId="77777777" w:rsidR="00F0177E" w:rsidRPr="0055176F" w:rsidRDefault="00062919">
      <w:pPr>
        <w:autoSpaceDE w:val="0"/>
        <w:autoSpaceDN w:val="0"/>
        <w:spacing w:before="70" w:after="0" w:line="271" w:lineRule="auto"/>
        <w:ind w:right="432"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14:paraId="1BFD64B6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КУРСА</w:t>
      </w:r>
    </w:p>
    <w:p w14:paraId="630D6A97" w14:textId="77777777" w:rsidR="00F0177E" w:rsidRPr="0055176F" w:rsidRDefault="00062919">
      <w:pPr>
        <w:autoSpaceDE w:val="0"/>
        <w:autoSpaceDN w:val="0"/>
        <w:spacing w:before="166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Приоритетными целями обучения ма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тематике в 5 классе являются:</w:t>
      </w:r>
    </w:p>
    <w:p w14:paraId="14BEFFD8" w14:textId="77777777" w:rsidR="00F0177E" w:rsidRPr="0055176F" w:rsidRDefault="00062919">
      <w:pPr>
        <w:autoSpaceDE w:val="0"/>
        <w:autoSpaceDN w:val="0"/>
        <w:spacing w:before="180" w:after="0" w:line="271" w:lineRule="auto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продолжение формирования основных математических понятий (число, величина,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геометрическая фигура), обеспечивающих преемственность и перспективность математического образования обучающихся; </w:t>
      </w:r>
    </w:p>
    <w:p w14:paraId="7E69C4E7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7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развитие интеллектуальных и творческих способностей обучающихся, познавательной активности, исследовательских умений, интереса к изучению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математики; </w:t>
      </w:r>
    </w:p>
    <w:p w14:paraId="3AB3BE0A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подведение обучающихся на доступном для них уровне к осознанию взаимосвязи математики и окружающего мира; </w:t>
      </w:r>
    </w:p>
    <w:p w14:paraId="1C8E63AC" w14:textId="77777777" w:rsidR="00F0177E" w:rsidRPr="0055176F" w:rsidRDefault="00062919">
      <w:pPr>
        <w:autoSpaceDE w:val="0"/>
        <w:autoSpaceDN w:val="0"/>
        <w:spacing w:before="190" w:after="0"/>
        <w:ind w:left="420" w:right="432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функциональной математической грамотности: умения распознавать математические объекты в реальных жизненных ситуациях,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1D926F64" w14:textId="77777777" w:rsidR="00F0177E" w:rsidRPr="0055176F" w:rsidRDefault="00062919">
      <w:pPr>
        <w:autoSpaceDE w:val="0"/>
        <w:autoSpaceDN w:val="0"/>
        <w:spacing w:before="178" w:after="0"/>
        <w:ind w:right="432"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Основные линии содержания курса математики в 5 классе — арифметическая и геометрическая, ко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происходит знакомство с элементами алгебры и описательной статистики.</w:t>
      </w:r>
    </w:p>
    <w:p w14:paraId="15C801C2" w14:textId="77777777" w:rsidR="00F0177E" w:rsidRPr="0055176F" w:rsidRDefault="00062919">
      <w:pPr>
        <w:autoSpaceDE w:val="0"/>
        <w:autoSpaceDN w:val="0"/>
        <w:spacing w:before="70" w:after="0" w:line="281" w:lineRule="auto"/>
        <w:ind w:right="144"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Изучение арифметичес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кого материала начинается со систематизации и развития знаний о натуральных числах, полученных в начальной школе. При этом совершенствование вычислительной техники и формирование новых теоретических знаний сочетается с развитием вычислительной культуры, в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частности с обучением простейшим приёмам прикидки и оценки результатов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вычислений. </w:t>
      </w:r>
    </w:p>
    <w:p w14:paraId="34F82C52" w14:textId="77777777" w:rsidR="00F0177E" w:rsidRPr="0055176F" w:rsidRDefault="00062919">
      <w:pPr>
        <w:autoSpaceDE w:val="0"/>
        <w:autoSpaceDN w:val="0"/>
        <w:spacing w:before="72" w:after="0" w:line="286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Другой крупный блок в содержании арифметической линии — это дроби. Начало изучения обыкновенных и десятичных дробей отнесено к 5 классу. Это первый этап в освоении дробей,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когда происходит знакомство с основными идеями, понятиями темы. При этом рассмотрение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обыкновенных дробей в полном объёме предшествует изучению десятичных дробей, что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целесообразно с точки зрения логики изложения числовой линии, когда правила действий с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 и при практическом использовании.</w:t>
      </w:r>
    </w:p>
    <w:p w14:paraId="2FC90C26" w14:textId="77777777" w:rsidR="00F0177E" w:rsidRPr="0055176F" w:rsidRDefault="0006291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При обучении решению текстовых задач в 5 классе используются арифметические приёмы решения.</w:t>
      </w:r>
    </w:p>
    <w:p w14:paraId="4EE3D6C9" w14:textId="77777777" w:rsidR="00F0177E" w:rsidRPr="0055176F" w:rsidRDefault="00062919">
      <w:pPr>
        <w:autoSpaceDE w:val="0"/>
        <w:autoSpaceDN w:val="0"/>
        <w:spacing w:before="70" w:after="0" w:line="281" w:lineRule="auto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Текстовые задачи, решаемые при отработке вычислительных навыков в 5 классе, рассматриваются задачи следующих видов: задачи на дв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ижение, на части, на покупки, на работу и производительность, на проценты, на отношения и пропорции. Кроме того, обучающиеся знакомятся с приёмами решения задач перебором возможных вариантов, учатся работать с информацией, представленной в форме таблиц или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диаграмм.</w:t>
      </w:r>
    </w:p>
    <w:p w14:paraId="15B3B3B7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86" w:right="666" w:bottom="342" w:left="666" w:header="720" w:footer="720" w:gutter="0"/>
          <w:cols w:space="720" w:equalWidth="0">
            <w:col w:w="10568" w:space="0"/>
          </w:cols>
          <w:docGrid w:linePitch="360"/>
        </w:sectPr>
      </w:pPr>
    </w:p>
    <w:p w14:paraId="2A022D07" w14:textId="77777777" w:rsidR="00F0177E" w:rsidRPr="0055176F" w:rsidRDefault="00F0177E">
      <w:pPr>
        <w:autoSpaceDE w:val="0"/>
        <w:autoSpaceDN w:val="0"/>
        <w:spacing w:after="78" w:line="220" w:lineRule="exact"/>
        <w:rPr>
          <w:lang w:val="ru-RU"/>
        </w:rPr>
      </w:pPr>
    </w:p>
    <w:p w14:paraId="30862C34" w14:textId="77777777" w:rsidR="00F0177E" w:rsidRPr="0055176F" w:rsidRDefault="00062919">
      <w:pPr>
        <w:autoSpaceDE w:val="0"/>
        <w:autoSpaceDN w:val="0"/>
        <w:spacing w:after="0" w:line="281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В Примерной рабочей программе предусмотрено формирование пропедевтических алгебраических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ких величин, в качестве «заместителя» числа.</w:t>
      </w:r>
    </w:p>
    <w:p w14:paraId="265A8562" w14:textId="77777777" w:rsidR="00F0177E" w:rsidRPr="0055176F" w:rsidRDefault="00062919">
      <w:pPr>
        <w:autoSpaceDE w:val="0"/>
        <w:autoSpaceDN w:val="0"/>
        <w:spacing w:before="70" w:after="0" w:line="286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 курсе «Математики» 5 класса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странстве, с их простейшими конфигурациями, учатся изображать их на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нелинованной и клетчатой бумаге, рассматривают их простейшие свойства. В процессе изучения наглядной геометрии знания, полученные обучающимися в начальной школе, систематизируются и расши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ряются.</w:t>
      </w:r>
    </w:p>
    <w:p w14:paraId="79BBC6CE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КУРСА В УЧЕБНОМ ПЛАНЕ</w:t>
      </w:r>
    </w:p>
    <w:p w14:paraId="33C6D49B" w14:textId="77777777" w:rsidR="00F0177E" w:rsidRPr="0055176F" w:rsidRDefault="00062919">
      <w:pPr>
        <w:autoSpaceDE w:val="0"/>
        <w:autoSpaceDN w:val="0"/>
        <w:spacing w:before="166" w:after="0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Согласно учебному плану в 5 классе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алгебры. Учебный план на из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учение математики в 5 классе отводит не менее 5 учебных часов в неделю, всего  170 учебных часов.</w:t>
      </w:r>
    </w:p>
    <w:p w14:paraId="6DD71D3E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796" w:bottom="1440" w:left="666" w:header="720" w:footer="720" w:gutter="0"/>
          <w:cols w:space="720" w:equalWidth="0">
            <w:col w:w="10438" w:space="0"/>
          </w:cols>
          <w:docGrid w:linePitch="360"/>
        </w:sectPr>
      </w:pPr>
    </w:p>
    <w:p w14:paraId="7089B2AE" w14:textId="77777777" w:rsidR="00F0177E" w:rsidRPr="0055176F" w:rsidRDefault="00F0177E">
      <w:pPr>
        <w:autoSpaceDE w:val="0"/>
        <w:autoSpaceDN w:val="0"/>
        <w:spacing w:after="216" w:line="220" w:lineRule="exact"/>
        <w:rPr>
          <w:lang w:val="ru-RU"/>
        </w:rPr>
      </w:pPr>
    </w:p>
    <w:p w14:paraId="6D98B16C" w14:textId="77777777" w:rsidR="00F0177E" w:rsidRPr="0055176F" w:rsidRDefault="00062919">
      <w:pPr>
        <w:autoSpaceDE w:val="0"/>
        <w:autoSpaceDN w:val="0"/>
        <w:spacing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СОДЕРЖАНИЕ УЧЕБНОГО КУРСА "МАТЕМАТИКА"</w:t>
      </w:r>
    </w:p>
    <w:p w14:paraId="15DB71F3" w14:textId="77777777" w:rsidR="00F0177E" w:rsidRPr="0055176F" w:rsidRDefault="00062919">
      <w:pPr>
        <w:autoSpaceDE w:val="0"/>
        <w:autoSpaceDN w:val="0"/>
        <w:spacing w:before="346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Натуральные числа и нуль</w:t>
      </w:r>
    </w:p>
    <w:p w14:paraId="1EAF388B" w14:textId="77777777" w:rsidR="00F0177E" w:rsidRPr="0055176F" w:rsidRDefault="00062919">
      <w:pPr>
        <w:autoSpaceDE w:val="0"/>
        <w:autoSpaceDN w:val="0"/>
        <w:spacing w:before="166" w:after="0" w:line="281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Натуральное число. Ряд натуральных чисел. Число 0.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Изображение натуральных чисел точками на координатной (числовой) прямой. Позиционная система счисления. Римская нумерация как пример непозиционной системы счисления. Десятичная система счисления. Сравнение натуральных чисел, сравнение натуральных чисел с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нулём. Способы сравнения. Округление натуральных чисел. Сложение натуральных чисел; свойство нуля при сложении. Вычитание как действие, обратное сложению.</w:t>
      </w:r>
    </w:p>
    <w:p w14:paraId="4318E7FD" w14:textId="77777777" w:rsidR="00F0177E" w:rsidRPr="0055176F" w:rsidRDefault="00062919">
      <w:pPr>
        <w:autoSpaceDE w:val="0"/>
        <w:autoSpaceDN w:val="0"/>
        <w:spacing w:before="70" w:after="0" w:line="283" w:lineRule="auto"/>
        <w:ind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Умножение натуральных чисел; свойства нуля и единицы при умножении. Деление как действие, обратное ум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ножению. Компоненты действий, связь между ними. Проверка результата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арифметического действия. Переместительное и сочетательное свойства (законы) сложения и умножения, распределительное свойство (закон) умножения. Использование букв для обозначения неизвес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тного компонента и записи свойств арифметических действий. Делители и кратные числа, разложение на множители. Простые и составные числа. Признаки делимости на 2, 5, 10, 3, 9. Деление с остатком. Степень с натуральным показателем. Запись числа в виде суммы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разрядных слагаемых.</w:t>
      </w:r>
    </w:p>
    <w:p w14:paraId="2D88B74B" w14:textId="77777777" w:rsidR="00F0177E" w:rsidRPr="0055176F" w:rsidRDefault="00062919">
      <w:pPr>
        <w:autoSpaceDE w:val="0"/>
        <w:autoSpaceDN w:val="0"/>
        <w:spacing w:before="70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Числовое выражение. Вычисление значений числовых выражений; порядок выполнения действий.</w:t>
      </w:r>
    </w:p>
    <w:p w14:paraId="70EC7EAD" w14:textId="77777777" w:rsidR="00F0177E" w:rsidRPr="0055176F" w:rsidRDefault="00062919">
      <w:pPr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3BC4A929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Дроби</w:t>
      </w:r>
    </w:p>
    <w:p w14:paraId="029A5C8B" w14:textId="77777777" w:rsidR="00F0177E" w:rsidRPr="0055176F" w:rsidRDefault="00062919">
      <w:pPr>
        <w:autoSpaceDE w:val="0"/>
        <w:autoSpaceDN w:val="0"/>
        <w:spacing w:before="166" w:after="0" w:line="286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Представление о дроби как способе записи части величины. Обыкновенные дроби. Правильные и неправильные дро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би. Смешанная дробь;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лю. Сравнение дробей. Сложение и вычитание дробей. Умножение и деление дробей; взаимно-обратные дроби. Нахождение части целого и целого по его части. Десятичная запись дробей. Представление десятичной дроби в виде обыкновенной. Изображение десятичных дробе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й точками на числовой прямой. Сравнение десятичных дробей. Арифметические действия с десятичными дробями. Округление десятичных дробей.</w:t>
      </w:r>
    </w:p>
    <w:p w14:paraId="76DD0162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Решение текстовых задач</w:t>
      </w:r>
    </w:p>
    <w:p w14:paraId="178AF1FC" w14:textId="77777777" w:rsidR="00F0177E" w:rsidRPr="0055176F" w:rsidRDefault="00062919">
      <w:pPr>
        <w:autoSpaceDE w:val="0"/>
        <w:autoSpaceDN w:val="0"/>
        <w:spacing w:before="168" w:after="0"/>
        <w:ind w:right="432"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Решение текстовых задач арифметическим способом. Решение логических задач. Решение задач перебор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ом всех возможных вариантов. Использование при решении задач таблиц и схем. Решение задач, содержащих зависимости, связывающие величины: скорость, время, расстояние; цена, количество, стоимость. Единицы измерения: массы, объёма, цены; расстояния, времени,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скорости.</w:t>
      </w:r>
    </w:p>
    <w:p w14:paraId="487211CF" w14:textId="77777777" w:rsidR="00F0177E" w:rsidRPr="0055176F" w:rsidRDefault="00062919">
      <w:pPr>
        <w:autoSpaceDE w:val="0"/>
        <w:autoSpaceDN w:val="0"/>
        <w:spacing w:before="70" w:after="0" w:line="262" w:lineRule="auto"/>
        <w:ind w:right="1296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Связь между единицами измерения каждой величины. Решение основных задач на дроби. Представление данных в виде таблиц, столбчатых диаграмм.</w:t>
      </w:r>
    </w:p>
    <w:p w14:paraId="5B22140E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Наглядная геометрия</w:t>
      </w:r>
    </w:p>
    <w:p w14:paraId="45683F77" w14:textId="77777777" w:rsidR="00F0177E" w:rsidRPr="0055176F" w:rsidRDefault="00062919">
      <w:pPr>
        <w:autoSpaceDE w:val="0"/>
        <w:autoSpaceDN w:val="0"/>
        <w:spacing w:before="166" w:after="0" w:line="283" w:lineRule="auto"/>
        <w:ind w:right="144"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Наглядные представления о фигурах на плоскости: точка, прямая, отрезок, луч, угол, лома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ная, многоугольник, окружность, круг. Угол. Прямой, острый, тупой и развёрнутый углы. Длина отрезка, метрические единицы длины. Длина ломаной, периметр многоугольника. Измерение и построение углов с помощью транспортира. Наглядные представления о фигурах н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а плоскости: многоугольник; прямоугольник, квадрат; треугольник, о равенстве фигур. 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углов прямоугольника, квадрата. Площадь</w:t>
      </w:r>
    </w:p>
    <w:p w14:paraId="4B57A507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436" w:right="622" w:bottom="342" w:left="666" w:header="720" w:footer="720" w:gutter="0"/>
          <w:cols w:space="720" w:equalWidth="0">
            <w:col w:w="10612" w:space="0"/>
          </w:cols>
          <w:docGrid w:linePitch="360"/>
        </w:sectPr>
      </w:pPr>
    </w:p>
    <w:p w14:paraId="7C62CD7D" w14:textId="77777777" w:rsidR="00F0177E" w:rsidRPr="0055176F" w:rsidRDefault="00F0177E">
      <w:pPr>
        <w:autoSpaceDE w:val="0"/>
        <w:autoSpaceDN w:val="0"/>
        <w:spacing w:after="66" w:line="220" w:lineRule="exact"/>
        <w:rPr>
          <w:lang w:val="ru-RU"/>
        </w:rPr>
      </w:pPr>
    </w:p>
    <w:p w14:paraId="75722D57" w14:textId="77777777" w:rsidR="00F0177E" w:rsidRPr="0055176F" w:rsidRDefault="00062919">
      <w:pPr>
        <w:autoSpaceDE w:val="0"/>
        <w:autoSpaceDN w:val="0"/>
        <w:spacing w:after="0" w:line="281" w:lineRule="auto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прямоугольника и многоугольников, составленных из прямоугольников, в том числе фигур, изображённых на клетчатой бумаге. Единицы измерения площади. Наглядные представле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др.). Объём прямоугольного паралл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елепипеда, куба. Единицы измерения объёма.</w:t>
      </w:r>
    </w:p>
    <w:p w14:paraId="38426967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86" w:right="814" w:bottom="1440" w:left="666" w:header="720" w:footer="720" w:gutter="0"/>
          <w:cols w:space="720" w:equalWidth="0">
            <w:col w:w="10420" w:space="0"/>
          </w:cols>
          <w:docGrid w:linePitch="360"/>
        </w:sectPr>
      </w:pPr>
    </w:p>
    <w:p w14:paraId="66D26590" w14:textId="77777777" w:rsidR="00F0177E" w:rsidRPr="0055176F" w:rsidRDefault="00F0177E">
      <w:pPr>
        <w:autoSpaceDE w:val="0"/>
        <w:autoSpaceDN w:val="0"/>
        <w:spacing w:after="78" w:line="220" w:lineRule="exact"/>
        <w:rPr>
          <w:lang w:val="ru-RU"/>
        </w:rPr>
      </w:pPr>
    </w:p>
    <w:p w14:paraId="308F3AA7" w14:textId="77777777" w:rsidR="00F0177E" w:rsidRPr="0055176F" w:rsidRDefault="00062919">
      <w:pPr>
        <w:autoSpaceDE w:val="0"/>
        <w:autoSpaceDN w:val="0"/>
        <w:spacing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ПЛАНИРУЕМЫЕ ОБРАЗОВАТЕЛЬНЫЕ РЕЗУЛЬТАТЫ </w:t>
      </w:r>
    </w:p>
    <w:p w14:paraId="01C9DD62" w14:textId="77777777" w:rsidR="00F0177E" w:rsidRPr="0055176F" w:rsidRDefault="00062919">
      <w:pPr>
        <w:autoSpaceDE w:val="0"/>
        <w:autoSpaceDN w:val="0"/>
        <w:spacing w:before="346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14:paraId="383E9B5E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166" w:after="0" w:line="281" w:lineRule="auto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программы учебного предмета «Математика» характеризуются: </w:t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Патриотическое воспитание: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ой математической школы, к использованию этих достижений в других науках и прикладных сферах.</w:t>
      </w:r>
    </w:p>
    <w:p w14:paraId="54DB49C7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83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Гражданское и духовно-нравственное воспитание: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основах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функционирования различных структур, явлений, процедур гражданского общества (выборы, опросы и пр.);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тельности учёного.</w:t>
      </w:r>
    </w:p>
    <w:p w14:paraId="7BAA45F5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81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Трудовое воспитание: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итием необходимых умений; осознанным выбором и построением индивидуальной траектории образования и жизненных планов с учётом личных интересов и общественных потребностей.</w:t>
      </w:r>
    </w:p>
    <w:p w14:paraId="4E4AD312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71" w:lineRule="auto"/>
        <w:ind w:right="432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Эстетическое воспитание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: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способностью к эмоциональному и эстетическому восприятию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математических объектов, задач, решений, рассуждений; умению видеть математические закономерности в искусстве.</w:t>
      </w:r>
    </w:p>
    <w:p w14:paraId="2790382D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81" w:lineRule="auto"/>
        <w:ind w:right="432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Ценности научного познания: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ека, природы и общества,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овладением простейш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ими навыками исследовательской деятельности.</w:t>
      </w:r>
    </w:p>
    <w:p w14:paraId="62C7D9A2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81" w:lineRule="auto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Физическое воспитание, формирование культуры здоровья и эмоционального благополучия: </w:t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балансированный режим занятий и отдыха, регулярная физическая активность); сформированностью навыка рефлексии, признанием своего права на ошибку и такого же права другого человека.</w:t>
      </w:r>
    </w:p>
    <w:p w14:paraId="27F4FA0A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/>
        <w:ind w:right="144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Экологическое воспитание: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ориентацией на применение математических знани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й для решения задач в области сохранности окружающей среды, планирования поступков и оценки их возможных последствий для окружающей среды; осознанием глобального характера экологических проблем и путей их решения.</w:t>
      </w:r>
    </w:p>
    <w:p w14:paraId="7C291178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86" w:lineRule="auto"/>
        <w:ind w:right="144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ние учиться у других людей, приобретать в совместной деятельности новые знания, навыки и компетенции из опыта других; </w:t>
      </w:r>
      <w:r w:rsidRPr="0055176F">
        <w:rPr>
          <w:lang w:val="ru-RU"/>
        </w:rPr>
        <w:br/>
      </w: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неизвестных, осознавать дефициты собственных знаний и компетентностей, планировать своё развитие;</w:t>
      </w:r>
    </w:p>
    <w:p w14:paraId="4E901F81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650" w:bottom="41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0A157BE5" w14:textId="77777777" w:rsidR="00F0177E" w:rsidRPr="0055176F" w:rsidRDefault="00F0177E">
      <w:pPr>
        <w:autoSpaceDE w:val="0"/>
        <w:autoSpaceDN w:val="0"/>
        <w:spacing w:after="78" w:line="220" w:lineRule="exact"/>
        <w:rPr>
          <w:lang w:val="ru-RU"/>
        </w:rPr>
      </w:pPr>
    </w:p>
    <w:p w14:paraId="753EC679" w14:textId="77777777" w:rsidR="00F0177E" w:rsidRPr="0055176F" w:rsidRDefault="00062919">
      <w:pPr>
        <w:autoSpaceDE w:val="0"/>
        <w:autoSpaceDN w:val="0"/>
        <w:spacing w:after="0" w:line="271" w:lineRule="auto"/>
        <w:ind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способностью осознавать стрессовую ситуацию, воспринимать стрессовую ситуацию как вызов, требующий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контрмер, корректировать принимаемые решения и действия, формулировать и оценивать риски и последствия, формировать опыт.</w:t>
      </w:r>
    </w:p>
    <w:p w14:paraId="0450F856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14:paraId="3153AFC5" w14:textId="77777777" w:rsidR="00F0177E" w:rsidRPr="0055176F" w:rsidRDefault="00062919">
      <w:pPr>
        <w:autoSpaceDE w:val="0"/>
        <w:autoSpaceDN w:val="0"/>
        <w:spacing w:before="166" w:after="0" w:line="271" w:lineRule="auto"/>
        <w:ind w:right="720" w:firstLine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Метапредметные результаты освоения программы учебного предмета «</w:t>
      </w:r>
      <w:proofErr w:type="spellStart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Математика»характеризуются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овладением 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>универ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сальными </w:t>
      </w:r>
      <w:r w:rsidRPr="0055176F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познавательными 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действиями, универсальными </w:t>
      </w:r>
      <w:r w:rsidRPr="0055176F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коммуникативными 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действиями и универсальными </w:t>
      </w:r>
      <w:r w:rsidRPr="0055176F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регулятивными 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>действиями.</w:t>
      </w:r>
    </w:p>
    <w:p w14:paraId="728AD8B4" w14:textId="77777777" w:rsidR="00F0177E" w:rsidRPr="0055176F" w:rsidRDefault="00062919">
      <w:pPr>
        <w:autoSpaceDE w:val="0"/>
        <w:autoSpaceDN w:val="0"/>
        <w:spacing w:before="190" w:after="0" w:line="271" w:lineRule="auto"/>
        <w:ind w:right="288" w:firstLine="180"/>
        <w:rPr>
          <w:lang w:val="ru-RU"/>
        </w:rPr>
      </w:pP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1) Универсальные </w:t>
      </w:r>
      <w:r w:rsidRPr="0055176F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познавательные 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>действия обеспечивают формирование базовых когнитивных процессов обучающихся (освоение методов познан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>ия окружающего мира; применение логических, исследовательских операций, умений работать с информацией).</w:t>
      </w:r>
    </w:p>
    <w:p w14:paraId="53A85DD0" w14:textId="77777777" w:rsidR="00F0177E" w:rsidRPr="0055176F" w:rsidRDefault="00062919">
      <w:pPr>
        <w:autoSpaceDE w:val="0"/>
        <w:autoSpaceDN w:val="0"/>
        <w:spacing w:before="192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14:paraId="7D23C81B" w14:textId="77777777" w:rsidR="00F0177E" w:rsidRPr="0055176F" w:rsidRDefault="00062919">
      <w:pPr>
        <w:autoSpaceDE w:val="0"/>
        <w:autoSpaceDN w:val="0"/>
        <w:spacing w:before="178" w:after="0" w:line="262" w:lineRule="auto"/>
        <w:ind w:left="420" w:right="576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выявлять и характеризовать существенные признаки математических объектов, понятий, отношений между понятиями; </w:t>
      </w:r>
    </w:p>
    <w:p w14:paraId="60C0A1F4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формул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ировать определения понятий; устанавливать существенный признак классификации, основания для обобщения и сравнения, критерии проводимого анализа; </w:t>
      </w:r>
    </w:p>
    <w:p w14:paraId="5911E814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58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воспринимать, формулировать и преобразовывать суждения: утвердительные и отрицательные, единичные, частные и общие; </w:t>
      </w:r>
    </w:p>
    <w:p w14:paraId="1F012A53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условные; выявлять математические закономерности, взаимосвязи и противоречия в фактах, данных, наблюдениях и утверждениях; </w:t>
      </w:r>
    </w:p>
    <w:p w14:paraId="0AC16A94" w14:textId="77777777" w:rsidR="00F0177E" w:rsidRPr="0055176F" w:rsidRDefault="0006291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предла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гать критерии для выявления закономерностей и противоречий; </w:t>
      </w:r>
    </w:p>
    <w:p w14:paraId="39225AA0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58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делать выводы с использованием законов логики, дедуктивных и индуктивных умозаключений, умозаключений по аналогии; </w:t>
      </w:r>
    </w:p>
    <w:p w14:paraId="75FB8211" w14:textId="77777777" w:rsidR="00F0177E" w:rsidRPr="0055176F" w:rsidRDefault="00062919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разбирать доказательства математических утверждений (прямые и от противно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го), проводить самостоятельно несложные доказательства математических фактов, выстраивать аргументацию, приводить примеры и контрпримеры; </w:t>
      </w:r>
    </w:p>
    <w:p w14:paraId="4CB9AD20" w14:textId="77777777" w:rsidR="00F0177E" w:rsidRPr="0055176F" w:rsidRDefault="00062919">
      <w:pPr>
        <w:autoSpaceDE w:val="0"/>
        <w:autoSpaceDN w:val="0"/>
        <w:spacing w:before="190" w:after="0" w:line="271" w:lineRule="auto"/>
        <w:ind w:left="420" w:right="1152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собственные рассуждения; выбирать способ решения учебной задачи (сравнивать несколько вариантов решен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ия, выбирать наиболее подходящий с учётом самостоятельно выделенных критериев).</w:t>
      </w:r>
    </w:p>
    <w:p w14:paraId="0A3394A5" w14:textId="77777777" w:rsidR="00F0177E" w:rsidRPr="0055176F" w:rsidRDefault="00062919">
      <w:pPr>
        <w:autoSpaceDE w:val="0"/>
        <w:autoSpaceDN w:val="0"/>
        <w:spacing w:before="18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Базовые исследовательские действия:</w:t>
      </w:r>
    </w:p>
    <w:p w14:paraId="77DA469E" w14:textId="77777777" w:rsidR="00F0177E" w:rsidRPr="0055176F" w:rsidRDefault="00062919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использовать вопросы как исследовательский инструмент познания; </w:t>
      </w:r>
    </w:p>
    <w:p w14:paraId="0BD422F2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296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вопросы, фиксирующие противоречие, проблему, самостояте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льно устанавливать искомое и данное, формировать гипотезу, </w:t>
      </w:r>
    </w:p>
    <w:p w14:paraId="644D6804" w14:textId="77777777" w:rsidR="00F0177E" w:rsidRPr="0055176F" w:rsidRDefault="0006291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аргументировать свою позицию, мнение;</w:t>
      </w:r>
    </w:p>
    <w:p w14:paraId="089C53F2" w14:textId="77777777" w:rsidR="00F0177E" w:rsidRPr="0055176F" w:rsidRDefault="00062919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 </w:t>
      </w:r>
    </w:p>
    <w:p w14:paraId="704D335E" w14:textId="77777777" w:rsidR="00F0177E" w:rsidRPr="0055176F" w:rsidRDefault="00062919">
      <w:pPr>
        <w:autoSpaceDE w:val="0"/>
        <w:autoSpaceDN w:val="0"/>
        <w:spacing w:before="190" w:after="0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формулировать обобщения и выводы по результатам про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ведённого наблюдения, исследования, оценивать достоверность полученных результатов, выводов и обобщений; прогнозировать возможное развитие процесса, а также выдвигать предположения о его развитии в новых условиях.</w:t>
      </w:r>
    </w:p>
    <w:p w14:paraId="5CB88FCA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668" w:bottom="348" w:left="666" w:header="720" w:footer="720" w:gutter="0"/>
          <w:cols w:space="720" w:equalWidth="0">
            <w:col w:w="10566" w:space="0"/>
          </w:cols>
          <w:docGrid w:linePitch="360"/>
        </w:sectPr>
      </w:pPr>
    </w:p>
    <w:p w14:paraId="2F710EED" w14:textId="77777777" w:rsidR="00F0177E" w:rsidRPr="0055176F" w:rsidRDefault="00F0177E">
      <w:pPr>
        <w:autoSpaceDE w:val="0"/>
        <w:autoSpaceDN w:val="0"/>
        <w:spacing w:after="78" w:line="220" w:lineRule="exact"/>
        <w:rPr>
          <w:lang w:val="ru-RU"/>
        </w:rPr>
      </w:pPr>
    </w:p>
    <w:p w14:paraId="1F566C12" w14:textId="77777777" w:rsidR="00F0177E" w:rsidRPr="0055176F" w:rsidRDefault="00062919">
      <w:pPr>
        <w:autoSpaceDE w:val="0"/>
        <w:autoSpaceDN w:val="0"/>
        <w:spacing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Работа с информацией:</w:t>
      </w:r>
    </w:p>
    <w:p w14:paraId="517CBD70" w14:textId="77777777" w:rsidR="00F0177E" w:rsidRPr="0055176F" w:rsidRDefault="00062919">
      <w:pPr>
        <w:autoSpaceDE w:val="0"/>
        <w:autoSpaceDN w:val="0"/>
        <w:spacing w:before="178" w:after="0" w:line="262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выявлять недостаточность и избыточность информации, данных, необходимых для решения задачи; </w:t>
      </w:r>
    </w:p>
    <w:p w14:paraId="397C55CB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выбирать, анализировать, систематизировать и интерпретировать информаци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ю различных видов и форм представления; </w:t>
      </w:r>
    </w:p>
    <w:p w14:paraId="71F419FF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выбирать форму представления информации и иллюстрировать решаемые задачи схемами, диаграммами, иной графикой и их комбинациями; </w:t>
      </w:r>
    </w:p>
    <w:p w14:paraId="3C962FE4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296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оценивать надёжность информации по критериям, предложенным учителем или сформули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рованным самостоятельно.</w:t>
      </w:r>
    </w:p>
    <w:p w14:paraId="68B8192A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180" w:after="0" w:line="262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2)  Универсальные </w:t>
      </w:r>
      <w:r w:rsidRPr="0055176F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коммуникативные 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>действия обеспечивают сформированность социальных навыков обучающихся.</w:t>
      </w:r>
    </w:p>
    <w:p w14:paraId="79AA4A34" w14:textId="77777777" w:rsidR="00F0177E" w:rsidRPr="0055176F" w:rsidRDefault="00062919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Общение:</w:t>
      </w:r>
    </w:p>
    <w:p w14:paraId="14EDA6F4" w14:textId="77777777" w:rsidR="00F0177E" w:rsidRPr="0055176F" w:rsidRDefault="00062919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воспринимать и формулировать суждения в соответствии с условиями и целями общения; </w:t>
      </w:r>
    </w:p>
    <w:p w14:paraId="7C2A8E11" w14:textId="77777777" w:rsidR="00F0177E" w:rsidRPr="0055176F" w:rsidRDefault="00062919">
      <w:pPr>
        <w:autoSpaceDE w:val="0"/>
        <w:autoSpaceDN w:val="0"/>
        <w:spacing w:before="190" w:after="0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в ходе о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бсуждения задавать вопросы по существу обсуждаемой темы, проблемы, решаемой задачи, высказывать идеи, нацеленные на поиск решения; </w:t>
      </w:r>
    </w:p>
    <w:p w14:paraId="0799218F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7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сопоставлять свои суждения с суждениями других участников диалога, обнаруживать различие и сходство позиций; </w:t>
      </w:r>
    </w:p>
    <w:p w14:paraId="18A91656" w14:textId="77777777" w:rsidR="00F0177E" w:rsidRPr="0055176F" w:rsidRDefault="0006291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в коррек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тной форме формулировать разногласия, свои возражения; </w:t>
      </w:r>
    </w:p>
    <w:p w14:paraId="29CA9B3D" w14:textId="77777777" w:rsidR="00F0177E" w:rsidRPr="0055176F" w:rsidRDefault="0006291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представлять результаты решения задачи, эксперимента, исследования, проекта; </w:t>
      </w:r>
    </w:p>
    <w:p w14:paraId="5CB23D43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формат выступления с учётом задач презентации и особенностей аудитории.</w:t>
      </w:r>
    </w:p>
    <w:p w14:paraId="3CE525D5" w14:textId="77777777" w:rsidR="00F0177E" w:rsidRPr="0055176F" w:rsidRDefault="00062919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Сотрудничество:</w:t>
      </w:r>
    </w:p>
    <w:p w14:paraId="3DE924D6" w14:textId="77777777" w:rsidR="00F0177E" w:rsidRPr="0055176F" w:rsidRDefault="00062919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п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онимать и использовать преимущества командной и индивидуальной работы при решении учебных математических задач; </w:t>
      </w:r>
    </w:p>
    <w:p w14:paraId="3436F205" w14:textId="77777777" w:rsidR="00F0177E" w:rsidRPr="0055176F" w:rsidRDefault="00062919">
      <w:pPr>
        <w:autoSpaceDE w:val="0"/>
        <w:autoSpaceDN w:val="0"/>
        <w:spacing w:before="192" w:after="0" w:line="262" w:lineRule="auto"/>
        <w:ind w:left="420" w:right="288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принимать цель совместной деятельности, планировать организацию совместной работы, распределять виды работ, договариваться, обсуждать процес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с и результат работы; </w:t>
      </w:r>
    </w:p>
    <w:p w14:paraId="3AEF8036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обобщать мнения нескольких людей; участвовать в групповых формах работы (обсуждения, обмен мнениями, мозговые штурмы и др.); </w:t>
      </w:r>
    </w:p>
    <w:p w14:paraId="11165BA8" w14:textId="77777777" w:rsidR="00F0177E" w:rsidRPr="0055176F" w:rsidRDefault="0006291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выполнять свою часть работы и координировать свои действия с другими членами команды; </w:t>
      </w:r>
    </w:p>
    <w:p w14:paraId="21C6ECD0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оценивать качество своего вклада в общий продукт по критериям, сформулированным участниками взаимодействия.</w:t>
      </w:r>
    </w:p>
    <w:p w14:paraId="6777A48D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178" w:after="0" w:line="262" w:lineRule="auto"/>
        <w:ind w:right="144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3)  Универсальные </w:t>
      </w:r>
      <w:r w:rsidRPr="0055176F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регулятивные 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>действия обеспечивают ф</w:t>
      </w:r>
      <w:r w:rsidRPr="0055176F">
        <w:rPr>
          <w:rFonts w:ascii="Times New Roman" w:eastAsia="Times New Roman" w:hAnsi="Times New Roman"/>
          <w:i/>
          <w:color w:val="000000"/>
          <w:sz w:val="24"/>
          <w:lang w:val="ru-RU"/>
        </w:rPr>
        <w:t>ормирование смысловых установок и жизненных навыков личности.</w:t>
      </w:r>
    </w:p>
    <w:p w14:paraId="73F0AFE1" w14:textId="77777777" w:rsidR="00F0177E" w:rsidRPr="0055176F" w:rsidRDefault="00062919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Самоорганизация:</w:t>
      </w:r>
    </w:p>
    <w:p w14:paraId="739831D6" w14:textId="77777777" w:rsidR="00F0177E" w:rsidRPr="0055176F" w:rsidRDefault="00062919">
      <w:pPr>
        <w:autoSpaceDE w:val="0"/>
        <w:autoSpaceDN w:val="0"/>
        <w:spacing w:before="178" w:after="0" w:line="271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ректировать варианты решений с учётом новой информации.</w:t>
      </w:r>
    </w:p>
    <w:p w14:paraId="30BCDC8C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830" w:bottom="384" w:left="666" w:header="720" w:footer="720" w:gutter="0"/>
          <w:cols w:space="720" w:equalWidth="0">
            <w:col w:w="10404" w:space="0"/>
          </w:cols>
          <w:docGrid w:linePitch="360"/>
        </w:sectPr>
      </w:pPr>
    </w:p>
    <w:p w14:paraId="5865BFCC" w14:textId="77777777" w:rsidR="00F0177E" w:rsidRPr="0055176F" w:rsidRDefault="00F0177E">
      <w:pPr>
        <w:autoSpaceDE w:val="0"/>
        <w:autoSpaceDN w:val="0"/>
        <w:spacing w:after="114" w:line="220" w:lineRule="exact"/>
        <w:rPr>
          <w:lang w:val="ru-RU"/>
        </w:rPr>
      </w:pPr>
    </w:p>
    <w:p w14:paraId="527BE640" w14:textId="77777777" w:rsidR="00F0177E" w:rsidRPr="0055176F" w:rsidRDefault="00062919">
      <w:pPr>
        <w:autoSpaceDE w:val="0"/>
        <w:autoSpaceDN w:val="0"/>
        <w:spacing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Самоконтроль:</w:t>
      </w:r>
    </w:p>
    <w:p w14:paraId="763D09BA" w14:textId="77777777" w:rsidR="00F0177E" w:rsidRPr="0055176F" w:rsidRDefault="00062919">
      <w:pPr>
        <w:autoSpaceDE w:val="0"/>
        <w:autoSpaceDN w:val="0"/>
        <w:spacing w:before="178" w:after="0" w:line="262" w:lineRule="auto"/>
        <w:ind w:left="420" w:right="1296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владеть способами самопроверки, самоконтроля процесса и результата решения математической задачи; </w:t>
      </w:r>
    </w:p>
    <w:p w14:paraId="1EAB14AA" w14:textId="77777777" w:rsidR="00F0177E" w:rsidRPr="0055176F" w:rsidRDefault="00062919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—  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ыявленных трудностей;</w:t>
      </w:r>
    </w:p>
    <w:p w14:paraId="24448D69" w14:textId="77777777" w:rsidR="00F0177E" w:rsidRPr="0055176F" w:rsidRDefault="00062919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соответствие результата деятельности поставленной цели и условиям, объяснять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причины достижения или недостижения цели, находить ошибку, давать оценку приобретённому опыту.</w:t>
      </w:r>
    </w:p>
    <w:p w14:paraId="74F1ABD7" w14:textId="77777777" w:rsidR="00F0177E" w:rsidRPr="0055176F" w:rsidRDefault="00062919">
      <w:pPr>
        <w:autoSpaceDE w:val="0"/>
        <w:autoSpaceDN w:val="0"/>
        <w:spacing w:before="324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14:paraId="765A47DF" w14:textId="77777777" w:rsidR="00F0177E" w:rsidRPr="0055176F" w:rsidRDefault="00062919">
      <w:pPr>
        <w:autoSpaceDE w:val="0"/>
        <w:autoSpaceDN w:val="0"/>
        <w:spacing w:before="264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Числа и вычисления</w:t>
      </w:r>
    </w:p>
    <w:p w14:paraId="00841E17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166" w:after="0" w:line="262" w:lineRule="auto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6783175E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Сравн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ивать и упорядочивать натуральные числа, сравнивать в простейших случаях обыкновенные дроби, десятичные дроби.</w:t>
      </w:r>
    </w:p>
    <w:p w14:paraId="2B246823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прямой.</w:t>
      </w:r>
    </w:p>
    <w:p w14:paraId="2EBBD6BD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7729EA32" w14:textId="77777777" w:rsidR="00F0177E" w:rsidRPr="0055176F" w:rsidRDefault="0006291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Выполнять проверку, прикидку результата вычислений.</w:t>
      </w:r>
    </w:p>
    <w:p w14:paraId="1E0A82B1" w14:textId="77777777" w:rsidR="00F0177E" w:rsidRPr="0055176F" w:rsidRDefault="0006291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Округлять натуральные числа.</w:t>
      </w:r>
    </w:p>
    <w:p w14:paraId="144483F7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Решение текстовых задач</w:t>
      </w:r>
    </w:p>
    <w:p w14:paraId="23874F08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166" w:after="0" w:line="262" w:lineRule="auto"/>
        <w:ind w:right="432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Решать текстовые задачи арифметическ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им способом и с помощью организованного конечного перебора всех возможных вариантов.</w:t>
      </w:r>
    </w:p>
    <w:p w14:paraId="18EFB782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Решать задачи, содержащие зависимости, связывающие величины: скорость, время, расстояние; цена, количество, стоимость.</w:t>
      </w:r>
    </w:p>
    <w:p w14:paraId="3F5FA249" w14:textId="77777777" w:rsidR="00F0177E" w:rsidRPr="0055176F" w:rsidRDefault="0006291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Использовать краткие записи, схемы, таблицы, обозначения при решении задач.</w:t>
      </w:r>
    </w:p>
    <w:p w14:paraId="52E19CDD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Пользоваться основными единицами измерения: цены, массы; рас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стояния, времени, скорости; выражать одни единицы вели- чины через другие.</w:t>
      </w:r>
    </w:p>
    <w:p w14:paraId="344BBC07" w14:textId="77777777" w:rsidR="00F0177E" w:rsidRPr="0055176F" w:rsidRDefault="00062919">
      <w:pPr>
        <w:autoSpaceDE w:val="0"/>
        <w:autoSpaceDN w:val="0"/>
        <w:spacing w:before="72" w:after="0" w:line="262" w:lineRule="auto"/>
        <w:ind w:right="432"/>
        <w:jc w:val="center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5879280A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Наг</w:t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лядная геометрия</w:t>
      </w:r>
    </w:p>
    <w:p w14:paraId="3B01FD1F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166" w:after="0" w:line="262" w:lineRule="auto"/>
        <w:ind w:right="576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565860E8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178A8B89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терминологию, связанную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с углами: вершина сторона; с многоугольниками: угол, вершина, сторона, диагональ; с окружностью: радиус, диаметр, центр.</w:t>
      </w:r>
    </w:p>
    <w:p w14:paraId="3917C5C9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600B80A4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Находить длины отрезков не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посредственным измерением с помощью линейки, строить отрезки заданной длины; строить окружность заданного радиуса.</w:t>
      </w:r>
    </w:p>
    <w:p w14:paraId="3452FE80" w14:textId="77777777" w:rsidR="00F0177E" w:rsidRPr="0055176F" w:rsidRDefault="0006291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Использовать свойства сторон и углов прямоугольника, квадрата для их построения, вычисления</w:t>
      </w:r>
    </w:p>
    <w:p w14:paraId="6EFA560E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334" w:right="774" w:bottom="332" w:left="666" w:header="720" w:footer="720" w:gutter="0"/>
          <w:cols w:space="720" w:equalWidth="0">
            <w:col w:w="10460" w:space="0"/>
          </w:cols>
          <w:docGrid w:linePitch="360"/>
        </w:sectPr>
      </w:pPr>
    </w:p>
    <w:p w14:paraId="14C443F6" w14:textId="77777777" w:rsidR="00F0177E" w:rsidRPr="0055176F" w:rsidRDefault="00F0177E">
      <w:pPr>
        <w:autoSpaceDE w:val="0"/>
        <w:autoSpaceDN w:val="0"/>
        <w:spacing w:after="66" w:line="220" w:lineRule="exact"/>
        <w:rPr>
          <w:lang w:val="ru-RU"/>
        </w:rPr>
      </w:pPr>
    </w:p>
    <w:p w14:paraId="486FE4FF" w14:textId="77777777" w:rsidR="00F0177E" w:rsidRPr="0055176F" w:rsidRDefault="00062919">
      <w:pPr>
        <w:autoSpaceDE w:val="0"/>
        <w:autoSpaceDN w:val="0"/>
        <w:spacing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площади и периметра.</w:t>
      </w:r>
    </w:p>
    <w:p w14:paraId="07B0E00F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1584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279055A0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67319B1D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Распознавать параллелепипед, куб, использовать терминологию: вершина, ребро грань, измерения; находить измерения параллелепипеда, куба.</w:t>
      </w:r>
    </w:p>
    <w:p w14:paraId="75188604" w14:textId="77777777" w:rsidR="00F0177E" w:rsidRPr="0055176F" w:rsidRDefault="00062919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55176F">
        <w:rPr>
          <w:lang w:val="ru-RU"/>
        </w:rPr>
        <w:tab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ычислять объём куба, параллелепипеда по заданным измерениям, пользоваться единицами измерения объёма.</w:t>
      </w:r>
    </w:p>
    <w:p w14:paraId="48DA4987" w14:textId="77777777" w:rsidR="00F0177E" w:rsidRPr="0055176F" w:rsidRDefault="0006291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7943A677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86" w:right="834" w:bottom="1440" w:left="666" w:header="720" w:footer="720" w:gutter="0"/>
          <w:cols w:space="720" w:equalWidth="0">
            <w:col w:w="10400" w:space="0"/>
          </w:cols>
          <w:docGrid w:linePitch="360"/>
        </w:sectPr>
      </w:pPr>
    </w:p>
    <w:p w14:paraId="33562F0C" w14:textId="77777777" w:rsidR="00F0177E" w:rsidRPr="0055176F" w:rsidRDefault="00F0177E">
      <w:pPr>
        <w:autoSpaceDE w:val="0"/>
        <w:autoSpaceDN w:val="0"/>
        <w:spacing w:after="64" w:line="220" w:lineRule="exact"/>
        <w:rPr>
          <w:lang w:val="ru-RU"/>
        </w:rPr>
      </w:pPr>
    </w:p>
    <w:p w14:paraId="0C57B71B" w14:textId="77777777" w:rsidR="00F0177E" w:rsidRDefault="00062919">
      <w:pPr>
        <w:autoSpaceDE w:val="0"/>
        <w:autoSpaceDN w:val="0"/>
        <w:spacing w:after="666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1B0B2329" w14:textId="77777777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82ED3" w14:textId="77777777" w:rsidR="00F0177E" w:rsidRDefault="00062919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C907FA" w14:textId="77777777" w:rsidR="00F0177E" w:rsidRPr="0055176F" w:rsidRDefault="00062919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3EBE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BE7801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4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0E8BD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1789E8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Виды, формы контроля</w:t>
            </w:r>
          </w:p>
        </w:tc>
        <w:tc>
          <w:tcPr>
            <w:tcW w:w="2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1231BD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86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Электронные (цифровые) образовательные ресурсы</w:t>
            </w:r>
          </w:p>
        </w:tc>
      </w:tr>
      <w:tr w:rsidR="00F0177E" w14:paraId="2D86E761" w14:textId="77777777">
        <w:trPr>
          <w:trHeight w:hRule="exact" w:val="540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AD58" w14:textId="77777777" w:rsidR="00F0177E" w:rsidRDefault="00F0177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CD74" w14:textId="77777777" w:rsidR="00F0177E" w:rsidRDefault="00F0177E"/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D4B5BB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4C918F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7917DB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FE9A" w14:textId="77777777" w:rsidR="00F0177E" w:rsidRDefault="00F0177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562D" w14:textId="77777777" w:rsidR="00F0177E" w:rsidRDefault="00F0177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DC7C" w14:textId="77777777" w:rsidR="00F0177E" w:rsidRDefault="00F0177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363F" w14:textId="77777777" w:rsidR="00F0177E" w:rsidRDefault="00F0177E"/>
        </w:tc>
      </w:tr>
      <w:tr w:rsidR="00F0177E" w:rsidRPr="0055176F" w14:paraId="326526E2" w14:textId="77777777">
        <w:trPr>
          <w:trHeight w:hRule="exact" w:val="350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673B92" w14:textId="77777777" w:rsidR="00F0177E" w:rsidRPr="0055176F" w:rsidRDefault="00062919">
            <w:pPr>
              <w:autoSpaceDE w:val="0"/>
              <w:autoSpaceDN w:val="0"/>
              <w:spacing w:before="80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Раздел 1.  </w:t>
            </w:r>
            <w:r w:rsidRPr="0055176F"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  <w:lang w:val="ru-RU"/>
              </w:rPr>
              <w:t>Натуральные числа. Действия с натуральными числами</w:t>
            </w:r>
          </w:p>
        </w:tc>
      </w:tr>
      <w:tr w:rsidR="00F0177E" w14:paraId="673760C5" w14:textId="77777777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917395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0BFFE9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Десятичная система счисления.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654CF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463F81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FEF994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B961B5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01.09.2022 02.09.2022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62668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Читать, записывать, сравнивать натуральные числа; предлагать и обсуждать способы упорядочивания чисел;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5C52D4" w14:textId="77777777" w:rsidR="00F0177E" w:rsidRDefault="00062919">
            <w:pPr>
              <w:autoSpaceDE w:val="0"/>
              <w:autoSpaceDN w:val="0"/>
              <w:spacing w:before="76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E249D6" w14:textId="77777777" w:rsidR="00F0177E" w:rsidRDefault="00062919">
            <w:pPr>
              <w:autoSpaceDE w:val="0"/>
              <w:autoSpaceDN w:val="0"/>
              <w:spacing w:before="76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https://www.yaklass.ru/p/matematika/5-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klass/naturalnye-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chisla13442/desiatichnaia-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sistemaschisleniia-rimskaia-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numeratciia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13051 https://uchi.ru/</w:t>
            </w:r>
          </w:p>
        </w:tc>
      </w:tr>
      <w:tr w:rsidR="00F0177E" w14:paraId="5E638AA7" w14:textId="77777777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885116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1.2.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BABE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Ряд натуральных чисел.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1FBBB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71A87D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5975B0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04B635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05.09.2022 06.09.2022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CEDDDB" w14:textId="77777777" w:rsidR="00F0177E" w:rsidRPr="0055176F" w:rsidRDefault="00062919">
            <w:pPr>
              <w:autoSpaceDE w:val="0"/>
              <w:autoSpaceDN w:val="0"/>
              <w:spacing w:before="76" w:after="0" w:line="252" w:lineRule="auto"/>
              <w:ind w:left="72" w:right="720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Исследовать числовые закономерности;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выдвигать и обосновывать гипотезы;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формулировать обобщения и выводы по результатам проведённого исследования;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21E2CA" w14:textId="77777777" w:rsidR="00F0177E" w:rsidRPr="0055176F" w:rsidRDefault="00062919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63D1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https://uchi.ru/</w:t>
            </w:r>
          </w:p>
        </w:tc>
      </w:tr>
      <w:tr w:rsidR="00F0177E" w:rsidRPr="0055176F" w14:paraId="51F6B1FA" w14:textId="77777777">
        <w:trPr>
          <w:trHeight w:hRule="exact" w:val="188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B11F2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7C2C4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Натуральный ряд.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BAB46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A861E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C0F6D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CA9614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07.09.2022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C86C2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сравнивать натуральные числа; предлагать и обсуждать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способы упорядочивания чисел;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FAA64F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Диктант;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Самооценка с использование </w:t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листа»; 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CAD267" w14:textId="77777777" w:rsidR="00F0177E" w:rsidRPr="0055176F" w:rsidRDefault="00062919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fg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/, "Грибная охота", ч.1,2</w:t>
            </w:r>
          </w:p>
        </w:tc>
      </w:tr>
      <w:tr w:rsidR="00F0177E" w14:paraId="2013FCE2" w14:textId="77777777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16A7B4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1.4.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2C5CB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Число 0.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E88E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0760BB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69DAF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BFB73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08.09.2022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DA1916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Исследовать свойства натурального ряда, чисел 0 и 1 при сложении и умножении;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011E3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F0C07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 презентация</w:t>
            </w:r>
          </w:p>
        </w:tc>
      </w:tr>
      <w:tr w:rsidR="00F0177E" w14:paraId="5D7511DC" w14:textId="77777777">
        <w:trPr>
          <w:trHeight w:hRule="exact" w:val="16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91C4E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1.5.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1FAAA3" w14:textId="77777777" w:rsidR="00F0177E" w:rsidRPr="0055176F" w:rsidRDefault="00062919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Натуральные числа на координатной прямой.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E201F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11C0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4DB341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2959C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09.09.2022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12.09.2022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926912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86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Изображать координатную прямую;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отмечать числа точками на координатной прямой; находить координаты точки;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Критически оценивать полученный результат; 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5CAD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D3FBF1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 ka/5-klass/naturalnye-chisla13442/opredelenie-koordinatnogolucha-13495</w:t>
            </w:r>
          </w:p>
        </w:tc>
      </w:tr>
      <w:tr w:rsidR="00F0177E" w:rsidRPr="0055176F" w14:paraId="1367E4E9" w14:textId="77777777">
        <w:trPr>
          <w:trHeight w:hRule="exact" w:val="167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3AFF6F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1.6.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662F59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Сравнение, округлениенатуральных чисел.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334411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C73F1A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CCBD4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856DA2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13.09.2022 19.09.2022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CBC5D4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сравнивать натуральные числа; предлагать и обсуждать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способы упорядочивания чисел;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правило округления натуральных чисел;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прикидку и оценку значений числовых выражений; предлагать и применять приёмы проверки вычислений;;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713806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ный опрос; Контрольная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Диктант;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7F0822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yaklass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matematika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/5- </w:t>
            </w:r>
            <w:r w:rsidRPr="0055176F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naturalnye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chisla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13442/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okruglenie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chisel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prikidka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 w:rsidRPr="0055176F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iotcenka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rezultatov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vychislenii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-13527 РЭШ ФГ, "Грибная охота" </w:t>
            </w:r>
          </w:p>
        </w:tc>
      </w:tr>
    </w:tbl>
    <w:p w14:paraId="13C568FB" w14:textId="77777777" w:rsidR="00F0177E" w:rsidRPr="0055176F" w:rsidRDefault="00F0177E">
      <w:pPr>
        <w:autoSpaceDE w:val="0"/>
        <w:autoSpaceDN w:val="0"/>
        <w:spacing w:after="0" w:line="14" w:lineRule="exact"/>
        <w:rPr>
          <w:lang w:val="ru-RU"/>
        </w:rPr>
      </w:pPr>
    </w:p>
    <w:p w14:paraId="175930B7" w14:textId="77777777" w:rsidR="00F0177E" w:rsidRPr="0055176F" w:rsidRDefault="00F0177E">
      <w:pPr>
        <w:rPr>
          <w:lang w:val="ru-RU"/>
        </w:rPr>
        <w:sectPr w:rsidR="00F0177E" w:rsidRPr="0055176F">
          <w:pgSz w:w="16840" w:h="11900"/>
          <w:pgMar w:top="282" w:right="640" w:bottom="484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53AE938D" w14:textId="77777777" w:rsidR="00F0177E" w:rsidRPr="0055176F" w:rsidRDefault="00F0177E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:rsidRPr="0055176F" w14:paraId="230A428B" w14:textId="77777777">
        <w:trPr>
          <w:trHeight w:hRule="exact" w:val="24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5F7577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1.7.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2A4FFD" w14:textId="77777777" w:rsidR="00F0177E" w:rsidRPr="0055176F" w:rsidRDefault="00062919">
            <w:pPr>
              <w:autoSpaceDE w:val="0"/>
              <w:autoSpaceDN w:val="0"/>
              <w:spacing w:before="78" w:after="0" w:line="245" w:lineRule="auto"/>
              <w:ind w:left="72" w:right="86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Арифметические действия с натуральными числами.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B7D3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0EAA4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A81C3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F7ECA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20.09.2022 30.09.2022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BFDB2E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арифметические действия с натуральными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числами;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вычислять значения числовых выражений со скобками и без скобок; Выполнять прикидку и оценку значений числовых выражений;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предлагать и применять приёмы проверки вычислений; ; Критически оценивать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485EB5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Тестирование; ВПР;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662E48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yaklass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matema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tika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/5-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naturalnye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chisla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13442/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zakony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arifmetiches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kikhdeistvii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vychisleniia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smnogoznachnymi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chislami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13540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РЭШ ФГ, "Кузнечик", "Земляника" </w:t>
            </w:r>
          </w:p>
        </w:tc>
      </w:tr>
      <w:tr w:rsidR="00F0177E" w14:paraId="609325BF" w14:textId="77777777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A7A5C9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1.8.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00150" w14:textId="77777777" w:rsidR="00F0177E" w:rsidRPr="0055176F" w:rsidRDefault="00062919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 xml:space="preserve">Свойства нуля при сложении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умножении, свойства единицы при умножении.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8F261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B60E62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52BC5D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111E0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03.10.2022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E7B343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Исследовать свойства натурального ряда, чисел 0 и 1 при сложении и умножении;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4F8F8" w14:textId="77777777" w:rsidR="00F0177E" w:rsidRDefault="00062919">
            <w:pPr>
              <w:autoSpaceDE w:val="0"/>
              <w:autoSpaceDN w:val="0"/>
              <w:spacing w:before="76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5FFDA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 презентация</w:t>
            </w:r>
          </w:p>
        </w:tc>
      </w:tr>
      <w:tr w:rsidR="00F0177E" w14:paraId="61CD8BAB" w14:textId="77777777">
        <w:trPr>
          <w:trHeight w:hRule="exact" w:val="28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1BE9B4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1.9.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E165A6" w14:textId="77777777" w:rsidR="00F0177E" w:rsidRPr="0055176F" w:rsidRDefault="00062919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умножения.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05612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6DED4F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5FA78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6905B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04.10.2022 07.10.2022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6CC6D4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при вычислениях переместительное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сочетательное свойства сложения и умножения;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распределительное свойство умножения;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истинные и ложные высказывания о натуральных числах;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приводить примеры и контр- прим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еры;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высказывания и отрицания высказываний о свойствах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натуральных чисел;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48FB3" w14:textId="77777777" w:rsidR="00F0177E" w:rsidRDefault="00062919">
            <w:pPr>
              <w:autoSpaceDE w:val="0"/>
              <w:autoSpaceDN w:val="0"/>
              <w:spacing w:before="76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D9BA51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s://www.yaklass.ru/p/matema tika/5-klass/naturalnye-chisla13442/zakony-arifmeticheskikhdeistvii-vychisleniia-smnogoznachnymi-chislami13540</w:t>
            </w:r>
          </w:p>
        </w:tc>
      </w:tr>
      <w:tr w:rsidR="00F0177E" w14:paraId="3AAECCBF" w14:textId="77777777">
        <w:trPr>
          <w:trHeight w:hRule="exact" w:val="16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73FB96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1.10.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876283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Делители и кратные числа, разложение числа на множители.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DB1E31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223F80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AFB8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C01E58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10.10.2022 13.10.2022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58E7B8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720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Исследовать числовые закономерности;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выдвигать и обосновывать гипотезы;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обобщения и выводы по результатам проведённого исследования; 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проверяя ответ на соответствие усло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находить ошибки;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E37D6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70FD35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 matika/6-klass/naturalnyechisla-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13968/delimostnaturalnykh-chisel-13854</w:t>
            </w:r>
          </w:p>
        </w:tc>
      </w:tr>
      <w:tr w:rsidR="00F0177E" w14:paraId="3592F3BA" w14:textId="77777777">
        <w:trPr>
          <w:trHeight w:hRule="exact" w:val="129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F183D7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5BC1B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Деление с остатком.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492C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1FC6C5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192B51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9F7B4C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14.10.2022 17.10.2022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49E747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Исследовать числовые закономерности;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выдвигать и обосновывать гипотезы;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обобщения и выводы по результатам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проведённого исследования; Находить остаток при делении натуральных чисел;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3A7260" w14:textId="77777777" w:rsidR="00F0177E" w:rsidRDefault="00062919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428FCA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https://www.yaklass.ru/p/matematika/5-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klass/obyknovennye-drobi-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13744/delenie-s-ostatkom-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poniatieobyknovennoi-drobi-13672 РЭШ ФГ, "Магазин хозяйственных товаров</w:t>
            </w:r>
          </w:p>
        </w:tc>
      </w:tr>
    </w:tbl>
    <w:p w14:paraId="619CFB03" w14:textId="77777777" w:rsidR="00F0177E" w:rsidRDefault="00F0177E">
      <w:pPr>
        <w:autoSpaceDE w:val="0"/>
        <w:autoSpaceDN w:val="0"/>
        <w:spacing w:after="0" w:line="14" w:lineRule="exact"/>
      </w:pPr>
    </w:p>
    <w:p w14:paraId="5E569720" w14:textId="77777777" w:rsidR="00F0177E" w:rsidRDefault="00F0177E">
      <w:pPr>
        <w:sectPr w:rsidR="00F0177E">
          <w:pgSz w:w="16840" w:h="11900"/>
          <w:pgMar w:top="284" w:right="640" w:bottom="1162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3AF09C30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531794EB" w14:textId="77777777">
        <w:trPr>
          <w:trHeight w:hRule="exact" w:val="188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A4B70D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.12.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0F50D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Простые и составные числа.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9DA0F3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34576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08FA8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80FD04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18.10.2022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75DB8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истинные и ложные высказывания о натуральных числах;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и контр- примеры;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высказывания и отрицания высказываний о свойствах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натуральных чисел;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определения понятий: простое число;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составное число; взаимно простые числа;;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531876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DE3EAE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https://www.yaklass.ru/p/matematika/6-klass/naturalnye-chisla-13968/pros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tye-isostavnye-chisla-razlozhenie-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naturalnogo-chisla-na-prostye-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mnoz_13984 </w:t>
            </w:r>
          </w:p>
        </w:tc>
      </w:tr>
      <w:tr w:rsidR="00F0177E" w14:paraId="28B3C56C" w14:textId="77777777">
        <w:trPr>
          <w:trHeight w:hRule="exact" w:val="352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B8D104" w14:textId="77777777" w:rsidR="00F0177E" w:rsidRDefault="00062919">
            <w:pPr>
              <w:autoSpaceDE w:val="0"/>
              <w:autoSpaceDN w:val="0"/>
              <w:spacing w:before="8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375188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Признаки делимости на 2, 5, 10, 3, 9.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3FA864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2C0A4D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93FD1E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625D3D" w14:textId="77777777" w:rsidR="00F0177E" w:rsidRDefault="00062919">
            <w:pPr>
              <w:autoSpaceDE w:val="0"/>
              <w:autoSpaceDN w:val="0"/>
              <w:spacing w:before="80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19.10.2022 21.10.2022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FB1E0" w14:textId="77777777" w:rsidR="00F0177E" w:rsidRPr="0055176F" w:rsidRDefault="00062919">
            <w:pPr>
              <w:autoSpaceDE w:val="0"/>
              <w:autoSpaceDN w:val="0"/>
              <w:spacing w:before="80" w:after="0" w:line="254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определения делителя и кратного;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называть делители и кратные числа; распознавать простые и составные числа; формулировать и применять признаки делимости на 2;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называть делители и кратные числа; распознавать простые и составные числа; формулировать и применять признаки делимости на 2;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зывать делители и кратные числа; распознавать простые и составные числа; формулировать и применять признаки делимости на 2;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Литература;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10; применять алгоритм разложения числа на простые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множители; находить остатки от деления и неполное частное; Критиче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находить ошибки;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78124" w14:textId="77777777" w:rsidR="00F0177E" w:rsidRDefault="00062919">
            <w:pPr>
              <w:autoSpaceDE w:val="0"/>
              <w:autoSpaceDN w:val="0"/>
              <w:spacing w:before="80" w:after="0" w:line="245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226B5" w14:textId="77777777" w:rsidR="00F0177E" w:rsidRDefault="00062919">
            <w:pPr>
              <w:autoSpaceDE w:val="0"/>
              <w:autoSpaceDN w:val="0"/>
              <w:spacing w:before="80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https://www.yaklass.ru/p/matematika/6-klass/naturalnye-chisla-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13968/priznakidelimosti-na-2-3-5-9-10-13939</w:t>
            </w:r>
          </w:p>
        </w:tc>
      </w:tr>
      <w:tr w:rsidR="00F0177E" w14:paraId="74E5325E" w14:textId="77777777">
        <w:trPr>
          <w:trHeight w:hRule="exact" w:val="1620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A987A5" w14:textId="77777777" w:rsidR="00F0177E" w:rsidRDefault="00062919">
            <w:pPr>
              <w:autoSpaceDE w:val="0"/>
              <w:autoSpaceDN w:val="0"/>
              <w:spacing w:before="7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1.14.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C57C63" w14:textId="77777777" w:rsidR="00F0177E" w:rsidRDefault="00062919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Степень с натуральным показателем.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41CBB0" w14:textId="77777777" w:rsidR="00F0177E" w:rsidRDefault="00062919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300417" w14:textId="77777777" w:rsidR="00F0177E" w:rsidRDefault="00062919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9C870" w14:textId="77777777" w:rsidR="00F0177E" w:rsidRDefault="00062919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B41B0" w14:textId="77777777" w:rsidR="00F0177E" w:rsidRDefault="00062919">
            <w:pPr>
              <w:autoSpaceDE w:val="0"/>
              <w:autoSpaceDN w:val="0"/>
              <w:spacing w:before="74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24.10.2022 25.10.2022</w:t>
            </w:r>
          </w:p>
        </w:tc>
        <w:tc>
          <w:tcPr>
            <w:tcW w:w="441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83BDFA" w14:textId="77777777" w:rsidR="00F0177E" w:rsidRDefault="00062919">
            <w:pPr>
              <w:autoSpaceDE w:val="0"/>
              <w:autoSpaceDN w:val="0"/>
              <w:spacing w:before="74" w:after="0" w:line="254" w:lineRule="auto"/>
              <w:ind w:left="72" w:right="1440"/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Записывать произведение в виде степени; читать степени;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терминологию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показатель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);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вычислять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значения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степеней;;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BECC6" w14:textId="77777777" w:rsidR="00F0177E" w:rsidRPr="0055176F" w:rsidRDefault="00062919">
            <w:pPr>
              <w:autoSpaceDE w:val="0"/>
              <w:autoSpaceDN w:val="0"/>
              <w:spacing w:before="74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Диктант;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57304F" w14:textId="77777777" w:rsidR="00F0177E" w:rsidRDefault="00062919">
            <w:pPr>
              <w:autoSpaceDE w:val="0"/>
              <w:autoSpaceDN w:val="0"/>
              <w:spacing w:before="74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 tika/5-klass/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desiatichnye-drobi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13880/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stepen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-s-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naturalnym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pokazatelem-13669 </w:t>
            </w:r>
          </w:p>
        </w:tc>
      </w:tr>
      <w:tr w:rsidR="00F0177E" w14:paraId="7E93A3E1" w14:textId="77777777">
        <w:trPr>
          <w:trHeight w:hRule="exact" w:val="148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A4107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1.15.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D6D34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576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Числовые выражения; порядок действий.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C33E8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439F2F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EA09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A2DA5B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26.10.2022 27.10.2022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F9C51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арифметические действия с натуральными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числами;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вычислять значения числовых выражений со скобками и без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скобок; 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находить ошибки;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3C9F4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B8189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РЭШ ФГ, "Велосипедисты"</w:t>
            </w:r>
          </w:p>
        </w:tc>
      </w:tr>
    </w:tbl>
    <w:p w14:paraId="0102DED6" w14:textId="77777777" w:rsidR="00F0177E" w:rsidRDefault="00F0177E">
      <w:pPr>
        <w:autoSpaceDE w:val="0"/>
        <w:autoSpaceDN w:val="0"/>
        <w:spacing w:after="0" w:line="14" w:lineRule="exact"/>
      </w:pPr>
    </w:p>
    <w:p w14:paraId="662B6107" w14:textId="77777777" w:rsidR="00F0177E" w:rsidRDefault="00F0177E">
      <w:pPr>
        <w:sectPr w:rsidR="00F0177E">
          <w:pgSz w:w="16840" w:h="11900"/>
          <w:pgMar w:top="284" w:right="640" w:bottom="1398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2936269B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283C85DC" w14:textId="77777777">
        <w:trPr>
          <w:trHeight w:hRule="exact" w:val="32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73DE2E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1.16.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1F4456" w14:textId="77777777" w:rsidR="00F0177E" w:rsidRPr="0055176F" w:rsidRDefault="00062919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 xml:space="preserve">Решение текстовых задач на все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арифметические действия, на движение и покупки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8D3E8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A3BB9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60AEAA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99C55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28.10.2022 07.11.2022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8F23ED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Решать текстовые задачи арифметическим способом;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зависимости между величинами (скорость; время;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расстояние; цена;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количество;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стоимость и др.): анализировать и осмысливать текст задачи; переформулировать условие;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извлекать необходимые дан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ные;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устанавливать зависимости между величинами;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логическую цепочку рассуждений; Моделировать ход решения задачи с помощью рисунка;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таблицы; 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проверяя ответ на соотве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находить ошибки;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61F3AC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CDC64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 презентация</w:t>
            </w:r>
          </w:p>
        </w:tc>
      </w:tr>
      <w:tr w:rsidR="00F0177E" w14:paraId="258460EA" w14:textId="77777777">
        <w:trPr>
          <w:trHeight w:hRule="exact" w:val="348"/>
        </w:trPr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80A4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DE6ECD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4D8CBC" w14:textId="77777777" w:rsidR="00F0177E" w:rsidRDefault="00F0177E"/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1CCF1B" w14:textId="77777777" w:rsidR="00F0177E" w:rsidRDefault="00F0177E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420B3C" w14:textId="77777777" w:rsidR="00F0177E" w:rsidRDefault="00F0177E"/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B5E11F" w14:textId="77777777" w:rsidR="00F0177E" w:rsidRDefault="00F0177E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8A6AC8" w14:textId="77777777" w:rsidR="00F0177E" w:rsidRDefault="00F0177E"/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2F52B3" w14:textId="77777777" w:rsidR="00F0177E" w:rsidRDefault="00F0177E"/>
        </w:tc>
      </w:tr>
      <w:tr w:rsidR="00F0177E" w:rsidRPr="0055176F" w14:paraId="65A29536" w14:textId="77777777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86BA36" w14:textId="77777777" w:rsidR="00F0177E" w:rsidRPr="0055176F" w:rsidRDefault="0006291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Раздел 2. </w:t>
            </w:r>
            <w:r w:rsidRPr="0055176F"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  <w:lang w:val="ru-RU"/>
              </w:rPr>
              <w:t>Наглядная геометрия. Линии на плоскости</w:t>
            </w:r>
          </w:p>
        </w:tc>
      </w:tr>
      <w:tr w:rsidR="00F0177E" w14:paraId="4A14AB48" w14:textId="77777777">
        <w:trPr>
          <w:trHeight w:hRule="exact" w:val="342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433287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F62CD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Точка, прямая, отрезок, луч.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2274F1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D16A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8B8525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7FD348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08.11.2022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D927C7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115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на чертежах;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рисунках;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используя терминологию;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изображать с помощью чертёжных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инструментов: точку;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прямую;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отрезок;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луч;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угол;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ломаную;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окружность;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объектов реального мира; имеющих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 изученных фигур;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их линейные размеры;;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D7E71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C9497A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https://uchi.ru/</w:t>
            </w:r>
          </w:p>
        </w:tc>
      </w:tr>
      <w:tr w:rsidR="00F0177E" w14:paraId="503CA525" w14:textId="77777777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FBBA75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2CD10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Ломаная.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5CC28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A08B8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1611B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B15DA3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6201BF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Вычислять длины отрезков, ломаных;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E9B375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967CC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 презентация</w:t>
            </w:r>
          </w:p>
        </w:tc>
      </w:tr>
      <w:tr w:rsidR="00F0177E" w14:paraId="605DCDE4" w14:textId="77777777">
        <w:trPr>
          <w:trHeight w:hRule="exact" w:val="18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985CA6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272ED7" w14:textId="77777777" w:rsidR="00F0177E" w:rsidRPr="0055176F" w:rsidRDefault="00062919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Измерение длины отрезка, метрические единицы измерения длины.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3C9C1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3DCC3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D139D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A4ECB5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10.11.2022 11.11.2022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19C267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Вычислять длины отрезков;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ломаных; Понимать и использовать при решении задач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зависимости между единицами метрической системы мер; знакомиться с ;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неметрическими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системами мер; выражать длину в различных единицах измерения;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Исследовать фигуры и конфигурации;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используя цифровые ресурсы;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43E3E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8BD45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sson/7739/</w:t>
            </w:r>
          </w:p>
        </w:tc>
      </w:tr>
    </w:tbl>
    <w:p w14:paraId="09B09E31" w14:textId="77777777" w:rsidR="00F0177E" w:rsidRDefault="00F0177E">
      <w:pPr>
        <w:autoSpaceDE w:val="0"/>
        <w:autoSpaceDN w:val="0"/>
        <w:spacing w:after="0" w:line="14" w:lineRule="exact"/>
      </w:pPr>
    </w:p>
    <w:p w14:paraId="57B162AA" w14:textId="77777777" w:rsidR="00F0177E" w:rsidRDefault="00F0177E">
      <w:pPr>
        <w:sectPr w:rsidR="00F0177E">
          <w:pgSz w:w="16840" w:h="11900"/>
          <w:pgMar w:top="284" w:right="640" w:bottom="772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4B22FBAF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:rsidRPr="0055176F" w14:paraId="110C56C0" w14:textId="77777777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1E3FF2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87D27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Окружность и круг.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A14DB6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2F00F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456A1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02A93A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2DF80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Изображать конфигурации геометрических фигур из отрезков, окружностей, их частей на нелинованной и клетчатой бумаге; предлагать, описывать и обсуждать способы, алгоритмы построения;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E50BA4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C59C2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yaklass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matematika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/6-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geometricheskie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figury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tela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 w:rsidRPr="0055176F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simmetriia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ploskosti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13781/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okruzhnost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krug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chislo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pidlina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okruzhnosti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ploshchad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kruga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13694 </w:t>
            </w:r>
          </w:p>
        </w:tc>
      </w:tr>
      <w:tr w:rsidR="00F0177E" w14:paraId="7A6BB804" w14:textId="77777777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68AD1D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2.5.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C5EF33" w14:textId="77777777" w:rsidR="00F0177E" w:rsidRPr="0055176F" w:rsidRDefault="00062919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Практическая работа «Построение узора из окружностей».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76642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EDD45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F8A83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5AE555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1CB823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циркуль и линейку для построения окружности заданного радиуса.;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 изображать на клетчатой бумаге части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окружности;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комбинировать их для создания узора;;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0CA6B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F22B16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https://www.yaklass.ru/p/matematika/6-klass/geometricheskie-figury-i-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telasimmetriia-na-ploskosti-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13781/okruzhnost-i-krug-chislo-pidlina-okruzhnosti-ploshchad-kruga13694 </w:t>
            </w:r>
          </w:p>
        </w:tc>
      </w:tr>
      <w:tr w:rsidR="00F0177E" w14:paraId="383CC139" w14:textId="77777777">
        <w:trPr>
          <w:trHeight w:hRule="exact" w:val="32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7F672B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2.6.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A59DE2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Угол.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A6C8F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784162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713979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B6ADF2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3C18B2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на чертежах;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рисунках;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используя терминологию;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изображать с помощью чертёжных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инструментов: точку;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прямую;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отрезок;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луч;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угол;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ломаную;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окружность;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состоящей из двух лучей с общим началом; пользоваться различными способами;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обозначения угла;;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8C4134" w14:textId="77777777" w:rsidR="00F0177E" w:rsidRPr="0055176F" w:rsidRDefault="00062919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AE27E1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 ka/5-klass/geometricheskie-figury13743/ugol-izmerenie-uglov13410</w:t>
            </w:r>
          </w:p>
        </w:tc>
      </w:tr>
      <w:tr w:rsidR="00F0177E" w14:paraId="56DCADEB" w14:textId="77777777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CD836C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2.7.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7864D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Пря</w:t>
            </w: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мой, острый, тупой и развёрнутый углы.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27F711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3DF867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F6E38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E43C47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E932C7" w14:textId="77777777" w:rsidR="00F0177E" w:rsidRPr="0055176F" w:rsidRDefault="00062919">
            <w:pPr>
              <w:autoSpaceDE w:val="0"/>
              <w:autoSpaceDN w:val="0"/>
              <w:spacing w:before="76" w:after="0" w:line="252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 изображать на нелинованной и клетчатой бумаге прямой;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острый;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тупой;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развёрнутый углы; сравнивать углы;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4DE4F7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55CE6A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 ka/5-klass/geometricheskie-figury13743/ugol-izmerenie-uglov13410</w:t>
            </w:r>
          </w:p>
        </w:tc>
      </w:tr>
      <w:tr w:rsidR="00F0177E" w14:paraId="04BD6B87" w14:textId="77777777">
        <w:trPr>
          <w:trHeight w:hRule="exact" w:val="15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090269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2.8.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AE6184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Измерение углов.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DFEA08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22100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CD64DC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A32BFB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18.11.2022 22.11.2022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DB10C7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линейку и транспортир как инструменты для ; построения и измерения: измерять длину от резка;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величину угла; строить отрезок заданной длины;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угол;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заданной величины; откладывать циркулем равные отрезки; строить окружность заданного радиуса;;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F7EE8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54513C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Презентация</w:t>
            </w:r>
          </w:p>
        </w:tc>
      </w:tr>
      <w:tr w:rsidR="00F0177E" w14:paraId="13238FAE" w14:textId="77777777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D2CFEA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2.9.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7F34DA" w14:textId="77777777" w:rsidR="00F0177E" w:rsidRPr="0055176F" w:rsidRDefault="00062919">
            <w:pPr>
              <w:autoSpaceDE w:val="0"/>
              <w:autoSpaceDN w:val="0"/>
              <w:spacing w:before="78" w:after="0" w:line="247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 xml:space="preserve">Практическая работа «Построение </w:t>
            </w:r>
            <w:proofErr w:type="spellStart"/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углов»Практическая</w:t>
            </w:r>
            <w:proofErr w:type="spellEnd"/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 xml:space="preserve"> работа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«Построение углов»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1B57F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09ED6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65AD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38E28C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7DDEA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 изображать на нелинованной и клетчатой бумаге прямой;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острый;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тупой;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развёрнутый углы; сравнивать углы;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E937AB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976E8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 ka/5-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klass/geometricheskie-figury13743/ugol-izmerenie-uglov13410</w:t>
            </w:r>
          </w:p>
        </w:tc>
      </w:tr>
      <w:tr w:rsidR="00F0177E" w14:paraId="7AD0CFE4" w14:textId="77777777">
        <w:trPr>
          <w:trHeight w:hRule="exact" w:val="348"/>
        </w:trPr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4BC12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3ED9A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31A522" w14:textId="77777777" w:rsidR="00F0177E" w:rsidRDefault="00F0177E"/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98B050" w14:textId="77777777" w:rsidR="00F0177E" w:rsidRDefault="00F0177E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0D849" w14:textId="77777777" w:rsidR="00F0177E" w:rsidRDefault="00F0177E"/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663F97" w14:textId="77777777" w:rsidR="00F0177E" w:rsidRDefault="00F0177E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A239E0" w14:textId="77777777" w:rsidR="00F0177E" w:rsidRDefault="00F0177E"/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934528" w14:textId="77777777" w:rsidR="00F0177E" w:rsidRDefault="00F0177E"/>
        </w:tc>
      </w:tr>
      <w:tr w:rsidR="00F0177E" w14:paraId="038348CB" w14:textId="77777777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45F28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Раздел 3. </w:t>
            </w:r>
            <w:r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</w:rPr>
              <w:t>Обыкновенные дроби</w:t>
            </w:r>
          </w:p>
        </w:tc>
      </w:tr>
    </w:tbl>
    <w:p w14:paraId="5E8C3D41" w14:textId="77777777" w:rsidR="00F0177E" w:rsidRDefault="00F0177E">
      <w:pPr>
        <w:autoSpaceDE w:val="0"/>
        <w:autoSpaceDN w:val="0"/>
        <w:spacing w:after="0" w:line="14" w:lineRule="exact"/>
      </w:pPr>
    </w:p>
    <w:p w14:paraId="4516D894" w14:textId="77777777" w:rsidR="00F0177E" w:rsidRDefault="00F0177E">
      <w:pPr>
        <w:sectPr w:rsidR="00F0177E">
          <w:pgSz w:w="16840" w:h="11900"/>
          <w:pgMar w:top="284" w:right="640" w:bottom="616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187F8A2C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624D8D21" w14:textId="77777777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47CBE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27F2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Дробь.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24FE5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3F380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54991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81E491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24.11.2022 25.11.2022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A6705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Изображать обыкновенные дроби точками на координатной прямой; использовать;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координатную прямую для сравнения дробей;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и записывать обыкновенные дроби;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отличие доли от дроби;;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BEF29A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DB1DF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w.yaklass.ru/p/matematika /5-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klass/obyknovennye-drobi-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13744/delenie-s-ostatkom-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poniatieobyknovennoi-drobi-13672 </w:t>
            </w:r>
          </w:p>
        </w:tc>
      </w:tr>
      <w:tr w:rsidR="00F0177E" w14:paraId="35CB1619" w14:textId="77777777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2C1204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BBF3E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Правильные и неправильные дроби.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9A815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02176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99CB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0E1CCF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28.11.2022 29.11.2022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73DC23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Представлять смешанную дробь в виде неправильной и выделять целую часть числа из неправильной дроби; ; Изображать неправильные дроби на координатной прямой;;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D0ECC3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17D174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https://www.yaklass.ru/p/matematika/5-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klass/obyknovennye-drobi-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13744/pravilnye-i-nepravilnye-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drobismeshannye-chisla-poniatie-zapis-ichtenie-13674 </w:t>
            </w:r>
          </w:p>
        </w:tc>
      </w:tr>
      <w:tr w:rsidR="00F0177E" w14:paraId="7059BD3C" w14:textId="77777777">
        <w:trPr>
          <w:trHeight w:hRule="exact" w:val="188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1B9772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DCC7F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Основноесвойство дроби.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EB2D67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39BFA0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95CF4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FD1D6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30.11.2022 01.12.2022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1C660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записывать с помощью букв основное свойство обыкновенной дроби; использовать основное свойство дроби для сокращения дробей и приведения дроби к новому знаменателю;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истинные и ложные высказывания о дробях;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и контрпримеры;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высказывания и отрицания высказываний;;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41D3A" w14:textId="77777777" w:rsidR="00F0177E" w:rsidRPr="0055176F" w:rsidRDefault="00062919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Тестирование;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52176F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https://www.yaklass.ru/p/matematika/5-klass/obyknovennye-drobi-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13744/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osnovnoe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svoistvo-drobi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sokrashchenie-irasshirenie-drobei-13673 </w:t>
            </w:r>
          </w:p>
        </w:tc>
      </w:tr>
      <w:tr w:rsidR="00F0177E" w14:paraId="04431CF1" w14:textId="77777777">
        <w:trPr>
          <w:trHeight w:hRule="exact" w:val="20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BDA4AD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6360AF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Сравнение дробей.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80D94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1BC85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E0914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3175E9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02.12.2022 05.12.2022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851276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Изображать обыкновенные дроби точками на координатной прямой; использовать координатную прямую для сравнения дробей;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Представлять смешанную дробь в виде неправильной и выделять целую часть числа из непр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авильной дроби;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истинные и ложные высказывания о дробях;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и контрпримеры;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высказывания и отрицания высказываний;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21EFCA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F8F7B1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https://www.yaklass.ru/p/matematika /5-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klass/obyknovennye-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drobi13744/sr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avnenie-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obyknovennykhdrobei-13675 </w:t>
            </w:r>
          </w:p>
        </w:tc>
      </w:tr>
      <w:tr w:rsidR="00F0177E" w14:paraId="46AFAAD8" w14:textId="77777777">
        <w:trPr>
          <w:trHeight w:hRule="exact" w:val="186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BA02A6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3.5.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045D85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Сложение и вычитание обыкновенных дробей.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84682C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9D23F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8CB16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13F277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06.12.2022 13.12.2022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49B997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арифметические действия с обыкновенными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дробями; применять свойства арифметических действий для рационализации вычислений;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прикидку и оценку результата вычислений; ; предлагать и применять приёмы проверки вычислений; ; Моделировать ход решения задачи с помощью рисунка; 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табли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цы;;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61A128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06A6C" w14:textId="77777777" w:rsidR="00F0177E" w:rsidRDefault="00062919">
            <w:pPr>
              <w:autoSpaceDE w:val="0"/>
              <w:autoSpaceDN w:val="0"/>
              <w:spacing w:before="76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https://www.yaklass.ru/p/matematika/5-klass/obyknovennye-drobi-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13744/slozhenie-i-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vychitanie-obyknovennykh-drobei-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ismeshannykh-chisel-13676 </w:t>
            </w:r>
          </w:p>
        </w:tc>
      </w:tr>
    </w:tbl>
    <w:p w14:paraId="5C39F2D0" w14:textId="77777777" w:rsidR="00F0177E" w:rsidRDefault="00F0177E">
      <w:pPr>
        <w:autoSpaceDE w:val="0"/>
        <w:autoSpaceDN w:val="0"/>
        <w:spacing w:after="0" w:line="14" w:lineRule="exact"/>
      </w:pPr>
    </w:p>
    <w:p w14:paraId="3625074E" w14:textId="77777777" w:rsidR="00F0177E" w:rsidRDefault="00F0177E">
      <w:pPr>
        <w:sectPr w:rsidR="00F0177E">
          <w:pgSz w:w="16840" w:h="11900"/>
          <w:pgMar w:top="284" w:right="640" w:bottom="1428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45960AD6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3A413C8F" w14:textId="77777777">
        <w:trPr>
          <w:trHeight w:hRule="exact" w:val="28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2A82DE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3.6.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EB514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Смешанная дробь.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A917F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CC9A85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50A19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538C9F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14.12.2022 21.12.2022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469224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смешанную дробь в виде неправильной и выделять целую часть числа из неправильной дроби;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арифметические действия с обыкновенными дробями; применять свойства арифметических действий для рационализации вычислений;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Моделировать ход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решения задачи с помощью рисунка; 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таблицы;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615BF2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Контрольная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Тестирование;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115045" w14:textId="77777777" w:rsidR="00F0177E" w:rsidRDefault="00062919">
            <w:pPr>
              <w:autoSpaceDE w:val="0"/>
              <w:autoSpaceDN w:val="0"/>
              <w:spacing w:before="78" w:after="0" w:line="254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ss.ru/p/matematika/5-klass/obyknovennye-drobi-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13744/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slozhenie-i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-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vychitanie-obyknovennykh-drobei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ismeshannykh-chisel-13676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https://uchi.ru/teachers/gr oups/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12519882/subjects/1/cour se_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programs/5/lessons/1593 </w:t>
            </w:r>
          </w:p>
        </w:tc>
      </w:tr>
      <w:tr w:rsidR="00F0177E" w14:paraId="7D30A48E" w14:textId="77777777">
        <w:trPr>
          <w:trHeight w:hRule="exact" w:val="265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BD1D73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3.7.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1FCD5F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Умножение и деление обыкновенных дробей; взаимно-обратные дроби.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16947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49B89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AAD1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0FA626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22.12.2022 13.01.2023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65C244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арифметические действия с обыкновенными дробями; применять свойства арифметических действий для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рационализации вычислений;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разбирать;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различные решения;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записи решений текстовых задач; 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находить ошибки; Знакомитьс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я с историей развития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арифметики;;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DA88F7" w14:textId="77777777" w:rsidR="00F0177E" w:rsidRPr="0055176F" w:rsidRDefault="00062919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Зачет;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Диктант;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C53289" w14:textId="77777777" w:rsidR="00F0177E" w:rsidRDefault="00062919">
            <w:pPr>
              <w:autoSpaceDE w:val="0"/>
              <w:autoSpaceDN w:val="0"/>
              <w:spacing w:before="76" w:after="0" w:line="254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https://www.yaklass.ru/p/matematika/5-klass/obyknovennye-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drobi13744/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umnozhenie-i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delenieobyknovennoi-drobi-na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naturalnoechislo-13677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https://uchi.ru/teachers/g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r oups/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12519882/subjects/1/cour se_ </w:t>
            </w:r>
          </w:p>
        </w:tc>
      </w:tr>
      <w:tr w:rsidR="00F0177E" w14:paraId="48D94EAA" w14:textId="77777777">
        <w:trPr>
          <w:trHeight w:hRule="exact" w:val="246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25E647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3.8.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001407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Решение текстовых задач, со держащих дроби.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0D090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209CD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2D1C7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AA3548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16.01.2023 23.01.2023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CAF780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истинные и ложные высказывания о дробях;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и контрпримеры;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высказывания и отрицания высказываний;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Моделировать ход решения задачи с помощью рисунка; 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таблицы;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разбирать;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различные решения;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записи решений текстовых задач;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85DC5E" w14:textId="77777777" w:rsidR="00F0177E" w:rsidRPr="0055176F" w:rsidRDefault="00062919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Письменный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естирование;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3C716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programs/5/lessons/4928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https://uchi.ru/teachers/gr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oups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/ 12519882/subjects/1/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cour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se_ programs/5/cards/21752 </w:t>
            </w:r>
          </w:p>
        </w:tc>
      </w:tr>
      <w:tr w:rsidR="00F0177E" w14:paraId="273522C7" w14:textId="77777777">
        <w:trPr>
          <w:trHeight w:hRule="exact" w:val="24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ABA806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3.9.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59DDF8" w14:textId="77777777" w:rsidR="00F0177E" w:rsidRPr="0055176F" w:rsidRDefault="0006291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Основные за дачи на дроби.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5739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07BD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BB6F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786C9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24.01.2023 30.01.2023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AC86E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Решать текстовые задачи;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содержащие дробные данные;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задачи на нахождение части целого и целого по его части; выявлять их сходства и различия;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Моделировать ход решения задачи с помощью рисунка; 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таблицы;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разбирать;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различные решения;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записи р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ешений текстовых задач;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87DDBA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Письменный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22A7E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https://uchi.ru/teachers/gr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oups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/ 9214072/subjects/1/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cours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e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_programs/5/lessons/2165 4 </w:t>
            </w:r>
          </w:p>
        </w:tc>
      </w:tr>
    </w:tbl>
    <w:p w14:paraId="3C8401A3" w14:textId="77777777" w:rsidR="00F0177E" w:rsidRDefault="00F0177E">
      <w:pPr>
        <w:autoSpaceDE w:val="0"/>
        <w:autoSpaceDN w:val="0"/>
        <w:spacing w:after="0" w:line="14" w:lineRule="exact"/>
      </w:pPr>
    </w:p>
    <w:p w14:paraId="2F3F9FC9" w14:textId="77777777" w:rsidR="00F0177E" w:rsidRDefault="00F0177E">
      <w:pPr>
        <w:sectPr w:rsidR="00F0177E">
          <w:pgSz w:w="16840" w:h="11900"/>
          <w:pgMar w:top="284" w:right="640" w:bottom="466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36E1A621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7C931261" w14:textId="77777777">
        <w:trPr>
          <w:trHeight w:hRule="exact" w:val="246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AF1E1A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3.10.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228451" w14:textId="77777777" w:rsidR="00F0177E" w:rsidRPr="0055176F" w:rsidRDefault="00062919">
            <w:pPr>
              <w:autoSpaceDE w:val="0"/>
              <w:autoSpaceDN w:val="0"/>
              <w:spacing w:before="78" w:after="0" w:line="247" w:lineRule="auto"/>
              <w:ind w:left="72" w:right="720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3AEC1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80384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CA4C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4B73EF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31.01.2023 06.02.2023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AB96D4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Решать текстовые задачи;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содержащие дробные данные;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задачи на нахождение части целого и целого по его части; выявлять их сходства и различия;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Моделировать ход решения задачи с помощью рисунка; 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таблицы;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Критически оценивать полученный резу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C6185C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Контрольная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Тестирование;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156F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презентации</w:t>
            </w:r>
            <w:proofErr w:type="spellEnd"/>
          </w:p>
        </w:tc>
      </w:tr>
      <w:tr w:rsidR="00F0177E" w14:paraId="0D6F3836" w14:textId="77777777">
        <w:trPr>
          <w:trHeight w:hRule="exact" w:val="348"/>
        </w:trPr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3517B6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DB805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D7D15D" w14:textId="77777777" w:rsidR="00F0177E" w:rsidRDefault="00F0177E"/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87C05D" w14:textId="77777777" w:rsidR="00F0177E" w:rsidRDefault="00F0177E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B990F" w14:textId="77777777" w:rsidR="00F0177E" w:rsidRDefault="00F0177E"/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BB627" w14:textId="77777777" w:rsidR="00F0177E" w:rsidRDefault="00F0177E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67F0FA" w14:textId="77777777" w:rsidR="00F0177E" w:rsidRDefault="00F0177E"/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947592" w14:textId="77777777" w:rsidR="00F0177E" w:rsidRDefault="00F0177E"/>
        </w:tc>
      </w:tr>
      <w:tr w:rsidR="00F0177E" w14:paraId="77C468E3" w14:textId="77777777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CC1EB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Раздел 4. </w:t>
            </w:r>
            <w:r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</w:rPr>
              <w:t xml:space="preserve">Наглядная геометрия. </w:t>
            </w:r>
            <w:r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</w:rPr>
              <w:t>Многоугольники</w:t>
            </w:r>
          </w:p>
        </w:tc>
      </w:tr>
      <w:tr w:rsidR="00F0177E" w14:paraId="04A56A20" w14:textId="77777777">
        <w:trPr>
          <w:trHeight w:hRule="exact" w:val="16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F8D50F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127F6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Многоугольники.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ADB1C2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9538B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56BCE8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9A0013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07.02.2023 08.02.2023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01B30B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используя терминологию;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изображать с помощью чертёжных инструментов и от руки;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моделировать из бумаги многоугольники; Приводить примеры объектов реального мира;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имеющих форму многоугольника;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3E742D" w14:textId="77777777" w:rsidR="00F0177E" w:rsidRDefault="00062919">
            <w:pPr>
              <w:autoSpaceDE w:val="0"/>
              <w:autoSpaceDN w:val="0"/>
              <w:spacing w:before="76" w:after="0" w:line="245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FBD19F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 презентация</w:t>
            </w:r>
          </w:p>
        </w:tc>
      </w:tr>
      <w:tr w:rsidR="00F0177E" w14:paraId="4B928F6F" w14:textId="77777777">
        <w:trPr>
          <w:trHeight w:hRule="exact" w:val="20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E50B4A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EF0287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Четырёхугольник, прямоугольник, квадрат.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40DD6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7B2CAF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6E151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2C9D5A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09.02.2023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10.02.2023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9D58F2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115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объектов реального мира; имеющих форму многоугольника;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квадрата;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треугольника;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их линейные размеры;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Вычислять: периметр треугольника;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69E7D2" w14:textId="77777777" w:rsidR="00F0177E" w:rsidRDefault="00062919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EF4E0F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 ect/ lesson/7733/start/2335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18/ </w:t>
            </w:r>
          </w:p>
        </w:tc>
      </w:tr>
      <w:tr w:rsidR="00F0177E" w14:paraId="065255E7" w14:textId="77777777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956413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2D0313" w14:textId="77777777" w:rsidR="00F0177E" w:rsidRPr="0055176F" w:rsidRDefault="00062919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 xml:space="preserve">Практическая работа «Построение прямоугольника с заданными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сторонами на нелинованной бумаге».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DB9F0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70D96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17361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C408BD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13.02.2023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8FEC7E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на нелинованной и клетчатой бумаге квадрат и прямоугольник с заданными длинами сторон;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Исследовать свойства прямоугольника;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70493A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B643C2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 презентация</w:t>
            </w:r>
          </w:p>
        </w:tc>
      </w:tr>
      <w:tr w:rsidR="00F0177E" w14:paraId="705EB251" w14:textId="77777777">
        <w:trPr>
          <w:trHeight w:hRule="exact" w:val="18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B62C07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4.4.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C3C95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Треугольник.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10867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037E56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1293C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BC919C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14.02.2023 15.02.2023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2AF6B9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Изображать остроугольные, прямоугольные и тупоугольные треугольники;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Вычислять: периметр треугольника;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многоугольника; площадь прямоугольника;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квадрата;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Изображать на клетчатой и нелинованной бумаге треугольник;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47E401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030189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https://www.yaklass.ru/p/matematika/5-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klass/geometricheskie-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figury13743/treugolnik-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ploshchadtreugolnika-13425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https://resh.edu.ru/subject/lesson/7734</w:t>
            </w:r>
          </w:p>
        </w:tc>
      </w:tr>
    </w:tbl>
    <w:p w14:paraId="7BEBCD8D" w14:textId="77777777" w:rsidR="00F0177E" w:rsidRDefault="00F0177E">
      <w:pPr>
        <w:autoSpaceDE w:val="0"/>
        <w:autoSpaceDN w:val="0"/>
        <w:spacing w:after="0" w:line="14" w:lineRule="exact"/>
      </w:pPr>
    </w:p>
    <w:p w14:paraId="20398B71" w14:textId="77777777" w:rsidR="00F0177E" w:rsidRDefault="00F0177E">
      <w:pPr>
        <w:sectPr w:rsidR="00F0177E">
          <w:pgSz w:w="16840" w:h="11900"/>
          <w:pgMar w:top="284" w:right="640" w:bottom="694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5AA73335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3C841D9A" w14:textId="77777777">
        <w:trPr>
          <w:trHeight w:hRule="exact" w:val="188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646B31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4.5.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712911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 xml:space="preserve">Площадь и периметр прямоугольника и многоугольников, составленных из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прямоугольников, единицы измерения площади.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414B1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EA8A0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BCD0E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A722E2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16.02.2023 17.02.2023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F20054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на нелинованной и клетчатой бумаге квадрат и ; прямоугольник с заданными длинами сторон; Исследовать свойства прямоугольника;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квадрата путём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эксперимента;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измерения;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моделирования; сравнивать свойства квадрата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прямоугольника;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039A9D" w14:textId="77777777" w:rsidR="00F0177E" w:rsidRDefault="00062919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4F5BDD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https://uchi.ru/teachers/gr oups/ 12519882/subjects/1/cour se_ programs/5/lessons/71392 </w:t>
            </w:r>
          </w:p>
        </w:tc>
      </w:tr>
      <w:tr w:rsidR="00F0177E" w14:paraId="0CB9E4CF" w14:textId="77777777">
        <w:trPr>
          <w:trHeight w:hRule="exact" w:val="265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708180" w14:textId="77777777" w:rsidR="00F0177E" w:rsidRDefault="00062919">
            <w:pPr>
              <w:autoSpaceDE w:val="0"/>
              <w:autoSpaceDN w:val="0"/>
              <w:spacing w:before="8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4.6.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24DC32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Периметр много угольника.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205C0E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786285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87590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72E8B5" w14:textId="77777777" w:rsidR="00F0177E" w:rsidRDefault="00062919">
            <w:pPr>
              <w:autoSpaceDE w:val="0"/>
              <w:autoSpaceDN w:val="0"/>
              <w:spacing w:before="8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20.02.2023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647F6" w14:textId="77777777" w:rsidR="00F0177E" w:rsidRPr="0055176F" w:rsidRDefault="00062919">
            <w:pPr>
              <w:autoSpaceDE w:val="0"/>
              <w:autoSpaceDN w:val="0"/>
              <w:spacing w:before="80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Исследовать зависимость площади квадрата от длины его стороны;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свойства квадратной сетки для построения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фигур; разбивать прямоугольник на квадраты;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треугольники; составлять фигуры из квадратов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прямоугольников и находить их п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лощадь;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разбивать фигуры на прямоугольники и квадраты и находить их площадь;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величину площади в различных единицах измерения метрической системы мер;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использовать зависимости между метрическими единицами измерения площади;;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138AE6" w14:textId="77777777" w:rsidR="00F0177E" w:rsidRDefault="00062919">
            <w:pPr>
              <w:autoSpaceDE w:val="0"/>
              <w:autoSpaceDN w:val="0"/>
              <w:spacing w:before="80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46DEC" w14:textId="77777777" w:rsidR="00F0177E" w:rsidRDefault="00062919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 презентация</w:t>
            </w:r>
          </w:p>
        </w:tc>
      </w:tr>
      <w:tr w:rsidR="00F0177E" w14:paraId="5303C14B" w14:textId="77777777">
        <w:trPr>
          <w:trHeight w:hRule="exact" w:val="348"/>
        </w:trPr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8B863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A965A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D271B" w14:textId="77777777" w:rsidR="00F0177E" w:rsidRDefault="00F0177E"/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2318A" w14:textId="77777777" w:rsidR="00F0177E" w:rsidRDefault="00F0177E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F3695B" w14:textId="77777777" w:rsidR="00F0177E" w:rsidRDefault="00F0177E"/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1D8306" w14:textId="77777777" w:rsidR="00F0177E" w:rsidRDefault="00F0177E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387B83" w14:textId="77777777" w:rsidR="00F0177E" w:rsidRDefault="00F0177E"/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E70DA7" w14:textId="77777777" w:rsidR="00F0177E" w:rsidRDefault="00F0177E"/>
        </w:tc>
      </w:tr>
      <w:tr w:rsidR="00F0177E" w14:paraId="7A0E71A0" w14:textId="77777777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B3D6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Раздел 5. </w:t>
            </w:r>
            <w:r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</w:rPr>
              <w:t xml:space="preserve">Десятичные дроби </w:t>
            </w:r>
          </w:p>
        </w:tc>
      </w:tr>
      <w:tr w:rsidR="00F0177E" w14:paraId="74AD9277" w14:textId="77777777">
        <w:trPr>
          <w:trHeight w:hRule="exact" w:val="1502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29FA98" w14:textId="77777777" w:rsidR="00F0177E" w:rsidRDefault="00062919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5.1.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7F4940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Десятичная запись дробей.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29E048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8E27A9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9461D4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79B6EA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21.02.2023 27.02.2023</w:t>
            </w:r>
          </w:p>
        </w:tc>
        <w:tc>
          <w:tcPr>
            <w:tcW w:w="441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6B11FD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десятичную дробь в виде обыкновенной; читать и записывать;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сравнивать десятичные дроби;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предлагать;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обосновывать и обсуждать способы упорядочивания; ;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9DEECC" w14:textId="77777777" w:rsidR="00F0177E" w:rsidRDefault="00062919">
            <w:pPr>
              <w:autoSpaceDE w:val="0"/>
              <w:autoSpaceDN w:val="0"/>
              <w:spacing w:before="76" w:after="0" w:line="245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F0AC9" w14:textId="77777777" w:rsidR="00F0177E" w:rsidRDefault="00062919">
            <w:pPr>
              <w:autoSpaceDE w:val="0"/>
              <w:autoSpaceDN w:val="0"/>
              <w:spacing w:before="76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https://www.yaklass.ru/p/matematika/5-klass/desiatichnye-drobi-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13880/poniatie-desiatichnoi-drobi-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predstavleniedesiatichnoi-drobi-v-vide-obykn_-13596</w:t>
            </w:r>
          </w:p>
        </w:tc>
      </w:tr>
      <w:tr w:rsidR="00F0177E" w14:paraId="42B97DFB" w14:textId="77777777">
        <w:trPr>
          <w:trHeight w:hRule="exact" w:val="22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D8CA14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5.2.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CD3C01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Сравнение десятичных дробей.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83CAE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0CDAC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313D8F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3852C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28.02.2023 01.03.2023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E8A3E0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десятичную дробь в виде обыкновенной; читать и записывать;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сравнивать десятичные дроби;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предлагать;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обосновывать и обсуждать способы упорядочивания десятичных дробей;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Проводить исследования свойств десятичных дробей;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3BFBD" w14:textId="77777777" w:rsidR="00F0177E" w:rsidRDefault="00062919">
            <w:pPr>
              <w:autoSpaceDE w:val="0"/>
              <w:autoSpaceDN w:val="0"/>
              <w:spacing w:before="76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3F76B2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https://www.yaklass.ru/p/matematika/5-klass/desiatichnye-drobi-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13880/desiatichnye-drobi-sravnenie-13416</w:t>
            </w:r>
          </w:p>
        </w:tc>
      </w:tr>
    </w:tbl>
    <w:p w14:paraId="6122CE90" w14:textId="77777777" w:rsidR="00F0177E" w:rsidRDefault="00F0177E">
      <w:pPr>
        <w:autoSpaceDE w:val="0"/>
        <w:autoSpaceDN w:val="0"/>
        <w:spacing w:after="0" w:line="14" w:lineRule="exact"/>
      </w:pPr>
    </w:p>
    <w:p w14:paraId="0F5B55FD" w14:textId="77777777" w:rsidR="00F0177E" w:rsidRDefault="00F0177E">
      <w:pPr>
        <w:sectPr w:rsidR="00F0177E">
          <w:pgSz w:w="16840" w:h="11900"/>
          <w:pgMar w:top="284" w:right="640" w:bottom="1174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3DFE7F10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51B1382F" w14:textId="77777777">
        <w:trPr>
          <w:trHeight w:hRule="exact" w:val="342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5D4C78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B98A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Действия с десятичными дробями.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2ADD5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7AE4D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AA104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F5D84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02.03.2023 04.04.2023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F3761C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сходства и различия правил;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арифметических действий с натуральными числами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десятичными дробями;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их; Выполнять арифметические действия с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десятичными дробями; выполнять прикидку и оценку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результата вычислений;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Применять свойства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арифметических действий для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рационализации вычислений;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Проводить исследования свойств десятичных дробей;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опираясь на числовые эксперименты (в том числе с помощью компьютера);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выдвигать гипотезы и приводить их обоснования;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Распознавать истинные и л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ожные высказывания о дробях;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и контрпримеры;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строить высказывания и отрицания высказываний;;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06CBE3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Тестирование; Диктант;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C8BAC1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https://www.yaklass.ru/p/matematika#pr ogram-5-klass</w:t>
            </w:r>
          </w:p>
        </w:tc>
      </w:tr>
      <w:tr w:rsidR="00F0177E" w14:paraId="3517D238" w14:textId="77777777">
        <w:trPr>
          <w:trHeight w:hRule="exact" w:val="16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C53426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.5.4.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6E5DD0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Округление десятичных дробей.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11BD64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B947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9AC1A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037D75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05.04.2023 07.04.2023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F0B2EA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Применять правило округления десятичных дробей;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Оперировать дробными числами в реальных жизненных ситуациях;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0CAACD" w14:textId="77777777" w:rsidR="00F0177E" w:rsidRPr="0055176F" w:rsidRDefault="00062919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01549D" w14:textId="77777777" w:rsidR="00F0177E" w:rsidRDefault="00062919">
            <w:pPr>
              <w:autoSpaceDE w:val="0"/>
              <w:autoSpaceDN w:val="0"/>
              <w:spacing w:before="76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https://www.yaklass.ru/p/matematika/5-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klass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naturalnye-chisla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13442/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okruglenie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-chisel-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prikidka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otcenka-rezultatov-vychislenii-13527 </w:t>
            </w:r>
          </w:p>
        </w:tc>
      </w:tr>
      <w:tr w:rsidR="00F0177E" w14:paraId="34D227E3" w14:textId="77777777">
        <w:trPr>
          <w:trHeight w:hRule="exact" w:val="3086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E8773F" w14:textId="77777777" w:rsidR="00F0177E" w:rsidRDefault="00062919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5.5.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33A1FA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Решение текстовых задач, содержащих дроби.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D9B17C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ACEB2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5844D4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553B66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10.04.2023 17.04.2023</w:t>
            </w:r>
          </w:p>
        </w:tc>
        <w:tc>
          <w:tcPr>
            <w:tcW w:w="441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D4B5B6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Решать текстовые задачи;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содержащие дробные данные;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на нахождение части целого и целого по его части; выявлять их сходства и различия; Моделировать ход решения задачи с помощью рисунка;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таблицы. Приводить;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разбирать;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оценивать различные реше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записи решений текстовых задач;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Критически оценивать полученный результат;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проверяя ответ на соответствие условию;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ошибки;;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BD220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C8C248" w14:textId="77777777" w:rsidR="00F0177E" w:rsidRDefault="00062919">
            <w:pPr>
              <w:autoSpaceDE w:val="0"/>
              <w:autoSpaceDN w:val="0"/>
              <w:spacing w:before="76" w:after="0" w:line="254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https://www.yaklass.ru/p/matematika/5-klass/desiatichnye-drobi-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13880/desiatichnye-drobi-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sredneearifmeticheskoe-delenie-na-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naturalnoe-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chislo-13670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https://uchi.ru/teachers/gr oups/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12519882/subjects/1/cour se_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programs/5?topic_id=622 </w:t>
            </w:r>
          </w:p>
        </w:tc>
      </w:tr>
      <w:tr w:rsidR="00F0177E" w14:paraId="4CA918D2" w14:textId="77777777">
        <w:trPr>
          <w:trHeight w:hRule="exact" w:val="24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510BB3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5.6.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3AC2DF" w14:textId="77777777" w:rsidR="00F0177E" w:rsidRPr="0055176F" w:rsidRDefault="0006291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Основные за дачи на дроби.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52ADC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1205A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A308F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9BD7A1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18.04.2023 25.04.2023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AC048B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Решать текстовые задачи;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содержащие дробные данные;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на нахождение части целого и целого по его части; выявлять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их сходства и различия; Моделировать ход решения задачи с помощью рисунка;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схемы;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таблицы. Приводить;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разбирать;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различные решения;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записи решений текстовых задач;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Оперировать дробными числами в реальных жизненных 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372628" w14:textId="77777777" w:rsidR="00F0177E" w:rsidRPr="0055176F" w:rsidRDefault="00062919">
            <w:pPr>
              <w:autoSpaceDE w:val="0"/>
              <w:autoSpaceDN w:val="0"/>
              <w:spacing w:before="78" w:after="0" w:line="25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Письменный контроль;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работа;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Диктант;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BFA851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Авторская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презентация</w:t>
            </w:r>
            <w:proofErr w:type="spellEnd"/>
          </w:p>
        </w:tc>
      </w:tr>
    </w:tbl>
    <w:p w14:paraId="0E2A11A0" w14:textId="77777777" w:rsidR="00F0177E" w:rsidRDefault="00F0177E">
      <w:pPr>
        <w:autoSpaceDE w:val="0"/>
        <w:autoSpaceDN w:val="0"/>
        <w:spacing w:after="0" w:line="14" w:lineRule="exact"/>
      </w:pPr>
    </w:p>
    <w:p w14:paraId="7EF2D8B9" w14:textId="77777777" w:rsidR="00F0177E" w:rsidRDefault="00F0177E">
      <w:pPr>
        <w:sectPr w:rsidR="00F0177E">
          <w:pgSz w:w="16840" w:h="11900"/>
          <w:pgMar w:top="284" w:right="640" w:bottom="328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45713ADA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198856CC" w14:textId="77777777">
        <w:trPr>
          <w:trHeight w:hRule="exact" w:val="348"/>
        </w:trPr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B8A9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30DB6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5E1E17" w14:textId="77777777" w:rsidR="00F0177E" w:rsidRDefault="00F0177E"/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B5351E" w14:textId="77777777" w:rsidR="00F0177E" w:rsidRDefault="00F0177E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C394CB" w14:textId="77777777" w:rsidR="00F0177E" w:rsidRDefault="00F0177E"/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001DF" w14:textId="77777777" w:rsidR="00F0177E" w:rsidRDefault="00F0177E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47E7B" w14:textId="77777777" w:rsidR="00F0177E" w:rsidRDefault="00F0177E"/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3536E9" w14:textId="77777777" w:rsidR="00F0177E" w:rsidRDefault="00F0177E"/>
        </w:tc>
      </w:tr>
      <w:tr w:rsidR="00F0177E" w:rsidRPr="0055176F" w14:paraId="463AE54A" w14:textId="77777777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7694E5" w14:textId="77777777" w:rsidR="00F0177E" w:rsidRPr="0055176F" w:rsidRDefault="0006291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  <w:lang w:val="ru-RU"/>
              </w:rPr>
              <w:t xml:space="preserve">Раздел 6. Наглядная геометрия. Тела и фигуры в пространстве </w:t>
            </w:r>
          </w:p>
        </w:tc>
      </w:tr>
      <w:tr w:rsidR="00F0177E" w14:paraId="1D9434C7" w14:textId="77777777">
        <w:trPr>
          <w:trHeight w:hRule="exact" w:val="290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7B2864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C95C5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 xml:space="preserve">Многогранники.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96C65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04E6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FCE563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F8FFAC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26.04.2023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55B39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115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на чертежах;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рисунках;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 окружающем мире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прямоугольный параллелепипед;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куб;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многогранники;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используя терминологию;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линейные размеры;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объектов реального мира; имеющих форму многогранника;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прямоугольного параллелепипеда;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куба;;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398F93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45A33D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Презентация</w:t>
            </w:r>
          </w:p>
        </w:tc>
      </w:tr>
      <w:tr w:rsidR="00F0177E" w14:paraId="35C2D430" w14:textId="77777777">
        <w:trPr>
          <w:trHeight w:hRule="exact" w:val="20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B9730F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6.2.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7FEC3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Изображение многогранников.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553F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C40D97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A3D49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DF4DC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27.04.2023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475F82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 w:right="201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на чертежах;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рисунках;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 окружающем мире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прямоугольный параллелепипед; куб;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многогранники;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описывать;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используя терминологию;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27D1EC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AD2074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Презентация</w:t>
            </w:r>
          </w:p>
        </w:tc>
      </w:tr>
      <w:tr w:rsidR="00F0177E" w14:paraId="7D8A9D25" w14:textId="77777777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530B4F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E58F52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Модели пространственных тел.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80A6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74653E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CC21C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8F63B3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28.04.2023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F06DFF" w14:textId="77777777" w:rsidR="00F0177E" w:rsidRPr="0055176F" w:rsidRDefault="00062919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 изображать развёртки куба и параллелепипеда; Моделировать куб и параллелепипед из бумаги и прочих материалов;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способ моделирования;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88A4F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9EB4CA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Презентация</w:t>
            </w:r>
          </w:p>
        </w:tc>
      </w:tr>
      <w:tr w:rsidR="00F0177E" w14:paraId="55CD581F" w14:textId="77777777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BB86A2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6.4.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8C7CC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Прямоугольный параллелепипед, куб.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85B9DF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3874E8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E9BA67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0DE40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02.05.2023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7B3F7A" w14:textId="77777777" w:rsidR="00F0177E" w:rsidRPr="0055176F" w:rsidRDefault="00062919">
            <w:pPr>
              <w:autoSpaceDE w:val="0"/>
              <w:autoSpaceDN w:val="0"/>
              <w:spacing w:before="76" w:after="0" w:line="25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Изображать куб на клетчатой бумаге; Исследовать свойства куба;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прямоугольного параллелепипеда;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многогранников;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используя модели;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EF979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F55BBD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https://www.yaklass.ru/p/matematika/5-klass/geometricheskie-tela-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13832/priamougolnyi-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parallelepip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edopredelenie-svoistva-13545 </w:t>
            </w:r>
          </w:p>
        </w:tc>
      </w:tr>
      <w:tr w:rsidR="00F0177E" w14:paraId="53CB8EE6" w14:textId="77777777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BA7DD8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6.5.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7AA67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Развёртки куба и параллелепипеда.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517C73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20115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46B823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2D5A8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03.05.2023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9B57AF" w14:textId="77777777" w:rsidR="00F0177E" w:rsidRPr="0055176F" w:rsidRDefault="00062919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 изображать развёртки куба и параллелепипеда; Моделировать куб и параллелепипед из бумаги и прочих материалов;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способ 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моделирования;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7FC39E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8065BB" w14:textId="77777777" w:rsidR="00F0177E" w:rsidRDefault="00062919">
            <w:pPr>
              <w:autoSpaceDE w:val="0"/>
              <w:autoSpaceDN w:val="0"/>
              <w:spacing w:before="78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https://www.yaklass.ru/p/matematika/5-klass/geometricheskie-tela-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13832/priamougolnyi-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parallelepipedrazvertka-13552 </w:t>
            </w:r>
          </w:p>
        </w:tc>
      </w:tr>
      <w:tr w:rsidR="00F0177E" w14:paraId="2119ECE5" w14:textId="77777777">
        <w:trPr>
          <w:trHeight w:hRule="exact" w:val="90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35F0D6" w14:textId="77777777" w:rsidR="00F0177E" w:rsidRDefault="00062919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6.6..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50F12" w14:textId="77777777" w:rsidR="00F0177E" w:rsidRDefault="00062919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Практическая работа «Развёртка куба».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FFEA66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D0221F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9DBA7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C47B9" w14:textId="77777777" w:rsidR="00F0177E" w:rsidRDefault="00062919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04.05.2023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C84492" w14:textId="77777777" w:rsidR="00F0177E" w:rsidRPr="0055176F" w:rsidRDefault="00062919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 изображать развёртки куба и параллелепипеда; Моделировать куб и параллелепипед из бумаги и прочих материалов;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способ моделирования; 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FB7000" w14:textId="77777777" w:rsidR="00F0177E" w:rsidRDefault="00062919">
            <w:pPr>
              <w:autoSpaceDE w:val="0"/>
              <w:autoSpaceDN w:val="0"/>
              <w:spacing w:before="76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049D78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https://www.yaklass.ru/p/matematika/5-klass/geometricheskie-tela-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13832/priamougolnyi-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parallelepipedrazvertka-13552 </w:t>
            </w:r>
          </w:p>
        </w:tc>
      </w:tr>
    </w:tbl>
    <w:p w14:paraId="7AA1E108" w14:textId="77777777" w:rsidR="00F0177E" w:rsidRDefault="00F0177E">
      <w:pPr>
        <w:autoSpaceDE w:val="0"/>
        <w:autoSpaceDN w:val="0"/>
        <w:spacing w:after="0" w:line="14" w:lineRule="exact"/>
      </w:pPr>
    </w:p>
    <w:p w14:paraId="2F42F9ED" w14:textId="77777777" w:rsidR="00F0177E" w:rsidRDefault="00F0177E">
      <w:pPr>
        <w:sectPr w:rsidR="00F0177E">
          <w:pgSz w:w="16840" w:h="11900"/>
          <w:pgMar w:top="284" w:right="640" w:bottom="874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377AC30D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834"/>
        <w:gridCol w:w="528"/>
        <w:gridCol w:w="1104"/>
        <w:gridCol w:w="1142"/>
        <w:gridCol w:w="864"/>
        <w:gridCol w:w="4418"/>
        <w:gridCol w:w="1322"/>
        <w:gridCol w:w="2822"/>
      </w:tblGrid>
      <w:tr w:rsidR="00F0177E" w14:paraId="574796F8" w14:textId="77777777">
        <w:trPr>
          <w:trHeight w:hRule="exact" w:val="227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99AE46" w14:textId="77777777" w:rsidR="00F0177E" w:rsidRDefault="0006291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FAA7D" w14:textId="77777777" w:rsidR="00F0177E" w:rsidRDefault="00062919">
            <w:pPr>
              <w:autoSpaceDE w:val="0"/>
              <w:autoSpaceDN w:val="0"/>
              <w:spacing w:before="78" w:after="0" w:line="245" w:lineRule="auto"/>
              <w:ind w:left="72" w:right="720"/>
            </w:pPr>
            <w:r>
              <w:rPr>
                <w:rFonts w:ascii="Times New Roman" w:eastAsia="Times New Roman" w:hAnsi="Times New Roman"/>
                <w:color w:val="221F1F"/>
                <w:w w:val="97"/>
                <w:sz w:val="16"/>
              </w:rPr>
              <w:t>Объём куба, прямоугольного параллелепипеда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FC6F60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499A48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07EEB" w14:textId="77777777" w:rsidR="00F0177E" w:rsidRDefault="0006291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01D124" w14:textId="77777777" w:rsidR="00F0177E" w:rsidRDefault="0006291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05.05.2023 11.05.2023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C12EC4" w14:textId="77777777" w:rsidR="00F0177E" w:rsidRPr="0055176F" w:rsidRDefault="00062919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Моделировать куб и параллелепипед из бумаги и прочих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материалов;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способ моделирования; Находить измерения;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вычислять площадь поверхности; объём куба;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прямоугольного параллелепипеда; исследовать зависимость объёма куба от длины его ребра;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выдвигать и обосновывать гипотезу;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Наблюдать и проводить аналогии между понятиями площади и объёма;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периметра и площади</w:t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2BE320" w14:textId="77777777" w:rsidR="00F0177E" w:rsidRDefault="00062919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B53F3B" w14:textId="77777777" w:rsidR="00F0177E" w:rsidRDefault="00062919">
            <w:pPr>
              <w:autoSpaceDE w:val="0"/>
              <w:autoSpaceDN w:val="0"/>
              <w:spacing w:before="78" w:after="0" w:line="25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https://www.yaklass.ru/p/matematika/5-klass/geometricheskie-tela-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13832/priamougolnyi-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parallelepipedobem-13551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https://resh.edu.ru/subject/lesson/7753/st art/ </w:t>
            </w:r>
          </w:p>
        </w:tc>
      </w:tr>
      <w:tr w:rsidR="00F0177E" w14:paraId="7B9DABFE" w14:textId="77777777">
        <w:trPr>
          <w:trHeight w:hRule="exact" w:val="348"/>
        </w:trPr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778E71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089E6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D71857" w14:textId="77777777" w:rsidR="00F0177E" w:rsidRDefault="00F0177E"/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CDAF00" w14:textId="77777777" w:rsidR="00F0177E" w:rsidRDefault="00F0177E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BF7454" w14:textId="77777777" w:rsidR="00F0177E" w:rsidRDefault="00F0177E"/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EB8D7" w14:textId="77777777" w:rsidR="00F0177E" w:rsidRDefault="00F0177E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619C1" w14:textId="77777777" w:rsidR="00F0177E" w:rsidRDefault="00F0177E"/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F6A826" w14:textId="77777777" w:rsidR="00F0177E" w:rsidRDefault="00F0177E"/>
        </w:tc>
      </w:tr>
      <w:tr w:rsidR="00F0177E" w14:paraId="09FBF018" w14:textId="77777777">
        <w:trPr>
          <w:trHeight w:hRule="exact" w:val="348"/>
        </w:trPr>
        <w:tc>
          <w:tcPr>
            <w:tcW w:w="11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DC2894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Раздел 7. </w:t>
            </w:r>
            <w:r>
              <w:rPr>
                <w:rFonts w:ascii="Times New Roman" w:eastAsia="Times New Roman" w:hAnsi="Times New Roman"/>
                <w:b/>
                <w:color w:val="221F1F"/>
                <w:w w:val="97"/>
                <w:sz w:val="16"/>
              </w:rPr>
              <w:t>Повторение и обобщение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0DB8F8" w14:textId="77777777" w:rsidR="00F0177E" w:rsidRDefault="00F0177E"/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7DB7AA" w14:textId="77777777" w:rsidR="00F0177E" w:rsidRDefault="00F0177E"/>
        </w:tc>
      </w:tr>
      <w:tr w:rsidR="00F0177E" w14:paraId="2C84AF2E" w14:textId="77777777">
        <w:trPr>
          <w:trHeight w:hRule="exact" w:val="226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67B99" w14:textId="77777777" w:rsidR="00F0177E" w:rsidRDefault="0006291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305CDF" w14:textId="77777777" w:rsidR="00F0177E" w:rsidRPr="0055176F" w:rsidRDefault="00062919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221F1F"/>
                <w:w w:val="97"/>
                <w:sz w:val="16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67AB01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836F5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011691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CB900A" w14:textId="77777777" w:rsidR="00F0177E" w:rsidRDefault="00062919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12.05.2023 25.05.2023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61C7E5" w14:textId="77777777" w:rsidR="00F0177E" w:rsidRPr="0055176F" w:rsidRDefault="00062919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Вычислять значения выражений;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содержащих натуральные числа;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обыкновенные и десятичные дроби;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преобразования чисел; Выбирать способ сравнения чисел;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вычислений;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применять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свойства арифметических действий для рационализации вычислений;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Осуществлять самоконтроль выполняемых действий и ;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3E6433" w14:textId="77777777" w:rsidR="00F0177E" w:rsidRDefault="00062919">
            <w:pPr>
              <w:autoSpaceDE w:val="0"/>
              <w:autoSpaceDN w:val="0"/>
              <w:spacing w:before="76" w:after="0" w:line="25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96C15C" w14:textId="77777777" w:rsidR="00F0177E" w:rsidRDefault="00062919">
            <w:pPr>
              <w:autoSpaceDE w:val="0"/>
              <w:autoSpaceDN w:val="0"/>
              <w:spacing w:before="76" w:after="0" w:line="254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https://resh.edu.ru/subject/lesson/7752/star t/233549/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https://resh.edu.ru/subject/lesson/7790/star t/325244/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https://resh.edu.ru/subject/lesson/7789/star t/266057/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https://www.yaklass.ru/p/matematika#pro gra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m-5-klass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https://uchi.ru/teachers/groups/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12519882/subjects/1/course_ </w:t>
            </w:r>
          </w:p>
        </w:tc>
      </w:tr>
      <w:tr w:rsidR="00F0177E" w14:paraId="0CA06BDA" w14:textId="77777777">
        <w:trPr>
          <w:trHeight w:hRule="exact" w:val="350"/>
        </w:trPr>
        <w:tc>
          <w:tcPr>
            <w:tcW w:w="3302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41397F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47A968" w14:textId="77777777" w:rsidR="00F0177E" w:rsidRDefault="0006291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3AE6C1" w14:textId="77777777" w:rsidR="00F0177E" w:rsidRDefault="00F0177E"/>
        </w:tc>
        <w:tc>
          <w:tcPr>
            <w:tcW w:w="11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B34A22" w14:textId="77777777" w:rsidR="00F0177E" w:rsidRDefault="00F0177E"/>
        </w:tc>
        <w:tc>
          <w:tcPr>
            <w:tcW w:w="9426" w:type="dxa"/>
            <w:gridSpan w:val="4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FFA41" w14:textId="77777777" w:rsidR="00F0177E" w:rsidRDefault="00F0177E"/>
        </w:tc>
      </w:tr>
      <w:tr w:rsidR="00F0177E" w14:paraId="411CE2CA" w14:textId="77777777">
        <w:trPr>
          <w:trHeight w:hRule="exact" w:val="520"/>
        </w:trPr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5654AE" w14:textId="77777777" w:rsidR="00F0177E" w:rsidRPr="0055176F" w:rsidRDefault="00062919">
            <w:pPr>
              <w:autoSpaceDE w:val="0"/>
              <w:autoSpaceDN w:val="0"/>
              <w:spacing w:before="76" w:after="0" w:line="245" w:lineRule="auto"/>
              <w:ind w:left="72" w:right="720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FB3973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D7F15B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5309AD" w14:textId="77777777" w:rsidR="00F0177E" w:rsidRDefault="0006291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9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A6EE9E" w14:textId="77777777" w:rsidR="00F0177E" w:rsidRDefault="00F0177E"/>
        </w:tc>
      </w:tr>
    </w:tbl>
    <w:p w14:paraId="0C352C7D" w14:textId="77777777" w:rsidR="00F0177E" w:rsidRDefault="00F0177E">
      <w:pPr>
        <w:autoSpaceDE w:val="0"/>
        <w:autoSpaceDN w:val="0"/>
        <w:spacing w:after="0" w:line="14" w:lineRule="exact"/>
      </w:pPr>
    </w:p>
    <w:p w14:paraId="6EF8675D" w14:textId="77777777" w:rsidR="00F0177E" w:rsidRDefault="00F0177E">
      <w:pPr>
        <w:sectPr w:rsidR="00F0177E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14:paraId="4AA23E37" w14:textId="77777777" w:rsidR="00F0177E" w:rsidRDefault="00F0177E">
      <w:pPr>
        <w:autoSpaceDE w:val="0"/>
        <w:autoSpaceDN w:val="0"/>
        <w:spacing w:after="78" w:line="220" w:lineRule="exact"/>
      </w:pPr>
    </w:p>
    <w:p w14:paraId="4D399F51" w14:textId="77777777" w:rsidR="00F0177E" w:rsidRDefault="00062919">
      <w:pPr>
        <w:autoSpaceDE w:val="0"/>
        <w:autoSpaceDN w:val="0"/>
        <w:spacing w:after="32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ПОУРОЧНОЕ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7A6714D7" w14:textId="77777777">
        <w:trPr>
          <w:trHeight w:hRule="exact" w:val="492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1D060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C3C69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A5A4C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AE7886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52828C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F0177E" w14:paraId="7441864A" w14:textId="77777777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7018" w14:textId="77777777" w:rsidR="00F0177E" w:rsidRDefault="00F0177E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2973" w14:textId="77777777" w:rsidR="00F0177E" w:rsidRDefault="00F0177E"/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A70DB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C65018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FB730B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7465" w14:textId="77777777" w:rsidR="00F0177E" w:rsidRDefault="00F0177E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02DC" w14:textId="77777777" w:rsidR="00F0177E" w:rsidRDefault="00F0177E"/>
        </w:tc>
      </w:tr>
      <w:tr w:rsidR="00F0177E" w14:paraId="1592795D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C9B2F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E30E0A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9E4F7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5BDDD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5AC89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CD2A6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FC4E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1C517275" w14:textId="77777777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46A04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7FA62D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720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Десятичная система счисления. Римская нумерация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16D2C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A1129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396E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D0162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EF670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626C71CE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A0BB5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3F9AFF" w14:textId="77777777" w:rsidR="00F0177E" w:rsidRPr="0055176F" w:rsidRDefault="00062919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Ряд натуральных чисел.</w:t>
            </w:r>
          </w:p>
          <w:p w14:paraId="032A10DE" w14:textId="77777777" w:rsidR="00F0177E" w:rsidRPr="0055176F" w:rsidRDefault="00062919">
            <w:pPr>
              <w:autoSpaceDE w:val="0"/>
              <w:autoSpaceDN w:val="0"/>
              <w:spacing w:before="70" w:after="0" w:line="262" w:lineRule="auto"/>
              <w:ind w:left="72" w:right="720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Чтение и запись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натуральных чисел.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D5BB28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79FBAC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B8D5EA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F36972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210292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1365037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56D2B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DE7905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Ряд натуральных чисел. Запись числа в виде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суммы разрядных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слагаемых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D573A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C3C34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26AE2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F37BE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E4810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29EF0FB0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B03F0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6F8CD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Натуральный ряд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7C14D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39318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F1B8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00F7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9F1B8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694D9042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39950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6E8F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Число 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F400C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EC33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23BE3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443F6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40E2E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04616233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A413B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5F262" w14:textId="77777777" w:rsidR="00F0177E" w:rsidRPr="0055176F" w:rsidRDefault="0006291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Координатная прямая.</w:t>
            </w:r>
          </w:p>
          <w:p w14:paraId="77806055" w14:textId="77777777" w:rsidR="00F0177E" w:rsidRPr="0055176F" w:rsidRDefault="00062919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Натуральные числа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 координатной прямой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FC88B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15238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01C0F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4E7E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513B6B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2E4C3369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00E85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DE12B7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right="432"/>
              <w:jc w:val="center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80F0C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A1537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0BC1E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1B04F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BA66B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:rsidRPr="0055176F" w14:paraId="3B65479C" w14:textId="77777777">
        <w:trPr>
          <w:trHeight w:hRule="exact" w:val="18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5D032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4E0DD6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Сравнение натуральных чисел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5A67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7F969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C01E2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50AF9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13.09.2022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6CA791" w14:textId="77777777" w:rsidR="00F0177E" w:rsidRPr="0055176F" w:rsidRDefault="00062919">
            <w:pPr>
              <w:autoSpaceDE w:val="0"/>
              <w:autoSpaceDN w:val="0"/>
              <w:spacing w:before="98" w:after="0" w:line="281" w:lineRule="auto"/>
              <w:ind w:left="156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Устный опрос; 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0E66E87B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78EEA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88BB5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Сравнение натуральных чисел в задачах с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практическим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содержанием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C46F1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6215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98EC1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A68CD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5130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:rsidRPr="0055176F" w14:paraId="21B905EF" w14:textId="77777777">
        <w:trPr>
          <w:trHeight w:hRule="exact" w:val="18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1655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CA80D7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BDB31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8B498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8F816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508D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10FCA5" w14:textId="77777777" w:rsidR="00F0177E" w:rsidRPr="0055176F" w:rsidRDefault="00062919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</w:tbl>
    <w:p w14:paraId="522559F2" w14:textId="77777777" w:rsidR="00F0177E" w:rsidRPr="0055176F" w:rsidRDefault="00F0177E">
      <w:pPr>
        <w:autoSpaceDE w:val="0"/>
        <w:autoSpaceDN w:val="0"/>
        <w:spacing w:after="0" w:line="14" w:lineRule="exact"/>
        <w:rPr>
          <w:lang w:val="ru-RU"/>
        </w:rPr>
      </w:pPr>
    </w:p>
    <w:p w14:paraId="7DF8749F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650" w:bottom="59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3F9F048D" w14:textId="77777777" w:rsidR="00F0177E" w:rsidRPr="0055176F" w:rsidRDefault="00F0177E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782299B8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7E7AC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37F64F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Округление натуральных чисел в задачах с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практическим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одержанием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F1176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1AC68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3FA85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94C39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5DF8E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442950E7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7025F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6CA9BB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 №1 "Натуральные числа"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B8253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79080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36967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63DF9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F459E5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:rsidRPr="0055176F" w14:paraId="1351F1D2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1175E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5CDEE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Сложение натуральных чисел. Компоненты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действия сложения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9EC3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87EFC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0620B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22300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9A2A34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5A489912" w14:textId="77777777">
        <w:trPr>
          <w:trHeight w:hRule="exact" w:val="830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B6D28A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B7DC64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Сложение многозначных натуральных чисел.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8E9D26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2FBD2D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7969A7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D6DA59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21.09.2022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836863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:rsidRPr="0055176F" w14:paraId="34735B16" w14:textId="77777777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25321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FF5B12" w14:textId="77777777" w:rsidR="00F0177E" w:rsidRDefault="00062919">
            <w:pPr>
              <w:autoSpaceDE w:val="0"/>
              <w:autoSpaceDN w:val="0"/>
              <w:spacing w:before="98" w:after="0" w:line="281" w:lineRule="auto"/>
              <w:ind w:left="72" w:right="144"/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Вычитание натуральных чисел. Компоненты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вычитания.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компонента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559CA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6787B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CE312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15FF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A7D3D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76D3D191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7A313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BFA74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Вычитание многозначных чисел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806E5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16A20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2C1E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E4BEB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7439A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5E39E203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1BA01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941F0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Умножение многозначных натуральных чисел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C354C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981FC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08B63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43456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CA700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19B1E890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A082E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C9B9E5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Умножение многозначных натуральных чисел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ED5D0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6E9C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24FA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79364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2E1A4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7C3B0358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33919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506F4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Деление натуральных чисел. Компоненты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деления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C881D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2A5F6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9B297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2BC4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28.09.2022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D72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28B69DF2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FC44C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E738DF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Деление многозначных натуральных чисел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D8DD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B842B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E4EC0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40B30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29.09.2022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21A4A8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ВПР;</w:t>
            </w:r>
          </w:p>
        </w:tc>
      </w:tr>
      <w:tr w:rsidR="00F0177E" w14:paraId="160D6BA1" w14:textId="77777777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60963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32BE7B" w14:textId="77777777" w:rsidR="00F0177E" w:rsidRPr="0055176F" w:rsidRDefault="00062919">
            <w:pPr>
              <w:autoSpaceDE w:val="0"/>
              <w:autoSpaceDN w:val="0"/>
              <w:spacing w:before="100" w:after="0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Свойства нуля при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сложении и умножении, свойства единицы при умножении и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2524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DB0164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D10CCE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E50C83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30.09.2022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DB09E" w14:textId="77777777" w:rsidR="00F0177E" w:rsidRDefault="00062919">
            <w:pPr>
              <w:tabs>
                <w:tab w:val="left" w:pos="156"/>
              </w:tabs>
              <w:autoSpaceDE w:val="0"/>
              <w:autoSpaceDN w:val="0"/>
              <w:spacing w:before="100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Письменный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контроль;</w:t>
            </w:r>
          </w:p>
        </w:tc>
      </w:tr>
      <w:tr w:rsidR="00F0177E" w14:paraId="43E07684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E6BBE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C29002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Контрольная работа №2 "Арифметические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действия с натуральными числами"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1BA4C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8DFA8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D1E84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C8218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03.10.2022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B84BF" w14:textId="77777777" w:rsidR="00F0177E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Контрольная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F0177E" w14:paraId="4681B4D5" w14:textId="77777777">
        <w:trPr>
          <w:trHeight w:hRule="exact" w:val="11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F8BB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0F6BDB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Переместительное и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сочетательное свойства сложения и умножения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A986E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822C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4C141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BE61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04.10.2022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A5CBA0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Зачет;</w:t>
            </w:r>
          </w:p>
        </w:tc>
      </w:tr>
    </w:tbl>
    <w:p w14:paraId="79032505" w14:textId="77777777" w:rsidR="00F0177E" w:rsidRDefault="00F0177E">
      <w:pPr>
        <w:autoSpaceDE w:val="0"/>
        <w:autoSpaceDN w:val="0"/>
        <w:spacing w:after="0" w:line="14" w:lineRule="exact"/>
      </w:pPr>
    </w:p>
    <w:p w14:paraId="08B02243" w14:textId="77777777" w:rsidR="00F0177E" w:rsidRDefault="00F0177E">
      <w:pPr>
        <w:sectPr w:rsidR="00F0177E">
          <w:pgSz w:w="11900" w:h="16840"/>
          <w:pgMar w:top="284" w:right="650" w:bottom="56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681F181D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1DD08E01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ECFE1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DC3489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Распределительное свойство умножения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D83B7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6F34C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49891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1E2C4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5545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759209D1" w14:textId="77777777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E4896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790AE" w14:textId="77777777" w:rsidR="00F0177E" w:rsidRPr="0055176F" w:rsidRDefault="00062919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Переместительное и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сочетательное свойства сложения и умножения, распределительное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свойство умножения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F6246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DF37F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71FF0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2822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5798E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24F468E7" w14:textId="77777777">
        <w:trPr>
          <w:trHeight w:hRule="exact" w:val="18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F9BB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550DD9" w14:textId="77777777" w:rsidR="00F0177E" w:rsidRPr="0055176F" w:rsidRDefault="00062919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Переместительное и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сочетательное свойства сложения и умножения, распределительное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свойство умножения.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01265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2959D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67317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E279B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63BA71" w14:textId="77777777" w:rsidR="00F0177E" w:rsidRPr="0055176F" w:rsidRDefault="00062919">
            <w:pPr>
              <w:autoSpaceDE w:val="0"/>
              <w:autoSpaceDN w:val="0"/>
              <w:spacing w:before="98" w:after="0" w:line="278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6FA783DA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69367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B5730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Делители натурального числа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2C8BC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FA313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40185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F20B3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A4CF0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0B5D99CD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A3E8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C9B87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Кратные натуральному числу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A75A8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856F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C1EF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D95A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E39F27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1B0269D3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E1FFE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22FDC3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Делители и кратные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числа,  разложение числа на множители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6DE83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71B58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4D131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E1610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53E19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Зачет;</w:t>
            </w:r>
          </w:p>
        </w:tc>
      </w:tr>
      <w:tr w:rsidR="00F0177E" w14:paraId="5F14821E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282D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816A7C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Делители и кратные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числа,  разложение числа на множители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EF9B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F36E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89153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F3FF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5929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261DA011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D090A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49B1F4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Деление с остатком. компоненты действия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3CB75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1FB9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2E97A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D489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56E86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57A847B8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9262F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AD5A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Деление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остатком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13252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865AC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559B4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32A67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A165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62342D5F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D4538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65624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7357C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FA553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A2F6C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E19F5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AB644F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3C554708" w14:textId="77777777">
        <w:trPr>
          <w:trHeight w:hRule="exact" w:val="830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BD8D53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35.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E36DA3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Признаки делимости на 2, 5, 10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F1E0CE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4A0978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59F0C6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76ADE6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19.10.2022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A45D2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30C65612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2CB2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88A1C9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Признаки делимости на 3,9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B3773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F1084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D6F4A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740C8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122FF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0AA24D20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E0AD6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684EF6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A9FC5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42B90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C0FB1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6D680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21.10.2022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3C1FF1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0177E" w14:paraId="32D246C6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757FA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AFA20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Квадрат и куб числа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E8D23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D6889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42CA3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53A2A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92B26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5E8D0E54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F1E65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1F1564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84592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5BD22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99FE7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C4862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25.10.2022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5A8AD6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0177E" w14:paraId="1FA4011D" w14:textId="77777777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6B9D8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865AC6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55098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5BC20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2F910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DAED5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D006D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</w:tbl>
    <w:p w14:paraId="71CB6B2E" w14:textId="77777777" w:rsidR="00F0177E" w:rsidRDefault="00F0177E">
      <w:pPr>
        <w:autoSpaceDE w:val="0"/>
        <w:autoSpaceDN w:val="0"/>
        <w:spacing w:after="0" w:line="14" w:lineRule="exact"/>
      </w:pPr>
    </w:p>
    <w:p w14:paraId="23DBC603" w14:textId="77777777" w:rsidR="00F0177E" w:rsidRDefault="00F0177E">
      <w:pPr>
        <w:sectPr w:rsidR="00F0177E">
          <w:pgSz w:w="11900" w:h="16840"/>
          <w:pgMar w:top="284" w:right="650" w:bottom="496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41483622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:rsidRPr="0055176F" w14:paraId="1747EB24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51966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040EBC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6454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8C556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B4916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AFF8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6A839D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6AA20ED1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14740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43A56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2ED08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01C7D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C814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8A2D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28.10.2022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CCDDA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30BCDFB9" w14:textId="77777777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1F540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E82E51" w14:textId="77777777" w:rsidR="00F0177E" w:rsidRPr="0055176F" w:rsidRDefault="00062919">
            <w:pPr>
              <w:autoSpaceDE w:val="0"/>
              <w:autoSpaceDN w:val="0"/>
              <w:spacing w:before="98" w:after="0" w:line="278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Контрольная        работа№3 "Свойства действий над натуральными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числами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45D11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315E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C21B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478CA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ADA1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0BDE154D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DF875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8B562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Точка, прямая, отрезок, луч.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3325B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3B221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97BE2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67748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EE311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277E1F62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E3EB8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D0BCD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Ломаная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E87F0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5E3F5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B0692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BF1619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BF8C82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66131FD3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86C95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E80206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измерения длины.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A2891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71A97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802FD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B77E7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7B08F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2D89ECA7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B8E1C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BA805B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измерения длины.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B26E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716CA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2F83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D87DB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5BB05E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:rsidRPr="0055176F" w14:paraId="7E06CE5E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4888B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B21B0A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измерения длины.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435D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51249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F6496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6B520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37C82A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5B4FDBDD" w14:textId="77777777">
        <w:trPr>
          <w:trHeight w:hRule="exact" w:val="4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7E78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B12B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9F86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FB864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5AF2C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1FF9A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BA760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6DE80FD4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B292E4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B9F3FE" w14:textId="77777777" w:rsidR="00F0177E" w:rsidRPr="0055176F" w:rsidRDefault="00062919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работа«Построение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узора из окружностей»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235D6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680F0F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1694C0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5595F2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6612B2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F0177E" w14:paraId="1EF9EC70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B417B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E063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Угол. Равные углы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41643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AF667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FA585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1CDB0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0B5CF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259D98C4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F0387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B2F46A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Прямой, острый, тупой и развёрнутый углы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574F8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9424F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5B406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C237A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DE277C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174A1BAC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FA4D1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BC2C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AE1F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5CA77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924BA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6C954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A71E8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0F2A98C8" w14:textId="77777777">
        <w:trPr>
          <w:trHeight w:hRule="exact" w:val="11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14630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282A08" w14:textId="77777777" w:rsidR="00F0177E" w:rsidRPr="0055176F" w:rsidRDefault="0006291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Измерение углов.</w:t>
            </w:r>
          </w:p>
          <w:p w14:paraId="5DE165F9" w14:textId="77777777" w:rsidR="00F0177E" w:rsidRPr="0055176F" w:rsidRDefault="00062919">
            <w:pPr>
              <w:autoSpaceDE w:val="0"/>
              <w:autoSpaceDN w:val="0"/>
              <w:spacing w:before="70" w:after="0" w:line="262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Сравнение углов по градусной величине.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11DEF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A39DF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F1C3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93E0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6D24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</w:tbl>
    <w:p w14:paraId="7033FA4F" w14:textId="77777777" w:rsidR="00F0177E" w:rsidRDefault="00F0177E">
      <w:pPr>
        <w:autoSpaceDE w:val="0"/>
        <w:autoSpaceDN w:val="0"/>
        <w:spacing w:after="0" w:line="14" w:lineRule="exact"/>
      </w:pPr>
    </w:p>
    <w:p w14:paraId="151697BF" w14:textId="77777777" w:rsidR="00F0177E" w:rsidRDefault="00F0177E">
      <w:pPr>
        <w:sectPr w:rsidR="00F0177E">
          <w:pgSz w:w="11900" w:h="16840"/>
          <w:pgMar w:top="284" w:right="650" w:bottom="482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1EC8355C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5CA31E7A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B3BC0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1157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E11D3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9E30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F7518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001EB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6DE1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2CB7C876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D50D6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701584" w14:textId="77777777" w:rsidR="00F0177E" w:rsidRDefault="00062919">
            <w:pPr>
              <w:autoSpaceDE w:val="0"/>
              <w:autoSpaceDN w:val="0"/>
              <w:spacing w:before="98" w:after="0" w:line="271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работа«Построение углов»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F62E6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F5A9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235B0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66EA69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BAF10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F0177E" w:rsidRPr="0055176F" w14:paraId="1F9B6627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9233E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EFBDE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Доли и дроби. Чтение и запись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71354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60FD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6B1DD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6443B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71E20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0D31DB19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AAA64F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AEAC2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Дробь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CCE7F3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EB1616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BB4EC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C989F2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BDF377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9B48E86" w14:textId="77777777">
        <w:trPr>
          <w:trHeight w:hRule="exact" w:val="830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AF10C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59.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23225D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Правильные и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неправильные дроби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EA50F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30948E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BFE55A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CE7867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29.11.2022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DBE91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7D39F4B1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CCA05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2F240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Правильные и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неправильные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853FD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DD54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1C8A1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996A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30.11.2022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4459E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Зачет;</w:t>
            </w:r>
          </w:p>
        </w:tc>
      </w:tr>
      <w:tr w:rsidR="00F0177E" w14:paraId="66CD93F0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6D1B3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BA02F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11A75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4D58C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459A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0164A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7FD9A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380BA87E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B147E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209AC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Основное свойство дроби.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DF665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65F67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AD0B6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9C000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B006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1E1E6FFA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4BB64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9C86B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E96B9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D1F19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2D6D3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C2D40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4C171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475489DF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BA7A2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ECE3B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E8AA2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D3E59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1AD84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E6CA4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EB7E2E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0A758BFD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9FDB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C716D1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Сложение и вычитание обыкновенных дробей с одинаковым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знаменателем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C338C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64FC1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27A5C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0F3EE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EBD5C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0030D86D" w14:textId="77777777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8281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63F76" w14:textId="77777777" w:rsidR="00F0177E" w:rsidRPr="0055176F" w:rsidRDefault="00062919">
            <w:pPr>
              <w:autoSpaceDE w:val="0"/>
              <w:autoSpaceDN w:val="0"/>
              <w:spacing w:before="98" w:after="0" w:line="278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вычитание обыкновенных дробей с одинаковым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знаменателем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6D748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1D012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28E1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1B62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08.12.2022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4535E1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Тестирование;</w:t>
            </w:r>
          </w:p>
        </w:tc>
      </w:tr>
      <w:tr w:rsidR="00F0177E" w14:paraId="562592F9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EB7F5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816A8D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 с разными знаменателями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E176C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62B5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09CFC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49BB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85E16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05716F3D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430C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FFF5C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обыкновенных дробей с разными знаменателями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447C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41C76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8C744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5636F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8773C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0DE2723B" w14:textId="77777777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537B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F88A42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 с разными знаменателями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DCC0C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DD1C2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D563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322EB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13.12.2022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37D491" w14:textId="77777777" w:rsidR="00F0177E" w:rsidRPr="0055176F" w:rsidRDefault="00062919">
            <w:pPr>
              <w:autoSpaceDE w:val="0"/>
              <w:autoSpaceDN w:val="0"/>
              <w:spacing w:before="98" w:after="0"/>
              <w:ind w:left="156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</w:tbl>
    <w:p w14:paraId="4344F3B6" w14:textId="77777777" w:rsidR="00F0177E" w:rsidRPr="0055176F" w:rsidRDefault="00F0177E">
      <w:pPr>
        <w:autoSpaceDE w:val="0"/>
        <w:autoSpaceDN w:val="0"/>
        <w:spacing w:after="0" w:line="14" w:lineRule="exact"/>
        <w:rPr>
          <w:lang w:val="ru-RU"/>
        </w:rPr>
      </w:pPr>
    </w:p>
    <w:p w14:paraId="47466263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84" w:right="650" w:bottom="572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72393E90" w14:textId="77777777" w:rsidR="00F0177E" w:rsidRPr="0055176F" w:rsidRDefault="00F0177E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6E87594D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2208E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BC8A04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Контрольная работа №4 "Дроби. Сравнение,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сложение,  вычитание обыкновенных дробей"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079E3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4D408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B15CC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40063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A7AD7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48922613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79DEF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6AF369" w14:textId="77777777" w:rsidR="00F0177E" w:rsidRPr="0055176F" w:rsidRDefault="0006291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Смешанная дробь.</w:t>
            </w:r>
          </w:p>
          <w:p w14:paraId="2908C289" w14:textId="77777777" w:rsidR="00F0177E" w:rsidRPr="0055176F" w:rsidRDefault="00062919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Перевод в неправильную дробь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1BCED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DC175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7D4F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31232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1F587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67FC3EF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CB740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E20AD" w14:textId="77777777" w:rsidR="00F0177E" w:rsidRPr="0055176F" w:rsidRDefault="0006291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Смешанная дробь.</w:t>
            </w:r>
          </w:p>
          <w:p w14:paraId="6DA896A3" w14:textId="77777777" w:rsidR="00F0177E" w:rsidRPr="0055176F" w:rsidRDefault="00062919">
            <w:pPr>
              <w:autoSpaceDE w:val="0"/>
              <w:autoSpaceDN w:val="0"/>
              <w:spacing w:before="70" w:after="0" w:line="262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Перевод неправильной дроби в  смешанную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A7ECE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38B70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288A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D0FA8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2729E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71F7CBF2" w14:textId="77777777">
        <w:trPr>
          <w:trHeight w:hRule="exact" w:val="830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C7E10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73.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D3A19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Сложение смешанных дробей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3ACEE3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1FB368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326790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BBD6D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19.12.2022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5EEEB1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0AEA3CDF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58065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F80229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Вычитание смешанных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77AE7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6D07A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CB97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3CB7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D282A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1E0EE25B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2DFD7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60CE5D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Сложение и вычитание смешанных дробей в текстовых задачах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D9985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6BB5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3DE21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17F60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47658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1FC302BC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0E8FA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A8F3C6" w14:textId="77777777" w:rsidR="00F0177E" w:rsidRPr="0055176F" w:rsidRDefault="00062919">
            <w:pPr>
              <w:tabs>
                <w:tab w:val="left" w:pos="372"/>
              </w:tabs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№5</w:t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"Сложение     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вычитание смешанных дробей"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9CB61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17A6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C26FA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43360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7BD5B9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2DD924EB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4CA8C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F2F8BC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Умножение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обыкновенной дроби на натуральное число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3D317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F951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7A51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F5485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E5C59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1B1BC0CC" w14:textId="77777777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6A0BB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510643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Умножение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обыкновенной дроби на натуральное число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69FF9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7F607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A4341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6FD43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D04B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215E6F29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C0086F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10583F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Умножение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обыкновенных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16657E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406F4F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FB100D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A3A135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6C49F7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6EDD7A85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DB36F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D9392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Умножение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обыкновенных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71DA8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8DBE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78568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9C426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C163A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0D6A0AD4" w14:textId="77777777">
        <w:trPr>
          <w:trHeight w:hRule="exact" w:val="18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B23D2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E0A5F5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Умножение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обыкновенных дробей.</w:t>
            </w:r>
          </w:p>
          <w:p w14:paraId="5E4B88F6" w14:textId="77777777" w:rsidR="00F0177E" w:rsidRPr="0055176F" w:rsidRDefault="00062919">
            <w:pPr>
              <w:autoSpaceDE w:val="0"/>
              <w:autoSpaceDN w:val="0"/>
              <w:spacing w:before="70" w:after="0" w:line="271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Текстовые задачи на умножение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обыкновенных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D2210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4902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FE1BD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7FC48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A24C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14:paraId="382E2821" w14:textId="77777777" w:rsidR="00F0177E" w:rsidRDefault="00F0177E">
      <w:pPr>
        <w:autoSpaceDE w:val="0"/>
        <w:autoSpaceDN w:val="0"/>
        <w:spacing w:after="0" w:line="14" w:lineRule="exact"/>
      </w:pPr>
    </w:p>
    <w:p w14:paraId="5DC64DE8" w14:textId="77777777" w:rsidR="00F0177E" w:rsidRDefault="00F0177E">
      <w:pPr>
        <w:sectPr w:rsidR="00F0177E">
          <w:pgSz w:w="11900" w:h="16840"/>
          <w:pgMar w:top="284" w:right="650" w:bottom="808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1BA7A7E8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5605E994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E134F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B9BEB9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Числовые выражения, 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содержащие умножение обыкновенных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D694A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109AA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0A2BB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3D1CD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30.12.2022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972C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31C994C8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DEBB1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BB4F0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Взаимно обратные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3567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A929C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B3F47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B6057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BB13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7A0D2E9C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5D952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2F9A23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Деление обыкновенной дроби на натуральное число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39078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E3C06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5A20E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AC980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03BA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01782418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C218A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395E05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Деление обыкновенных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D8B00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49CB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5D9CA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4EBF8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58ABD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1FF693DB" w14:textId="77777777">
        <w:trPr>
          <w:trHeight w:hRule="exact" w:val="1502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0D5F5E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86.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109143" w14:textId="77777777" w:rsidR="00F0177E" w:rsidRPr="0055176F" w:rsidRDefault="00062919">
            <w:pPr>
              <w:autoSpaceDE w:val="0"/>
              <w:autoSpaceDN w:val="0"/>
              <w:spacing w:before="100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Деление обыкновенных дробей. Текстовые задачи на деление обыкновенных дробей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A17CF3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43464D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ECD184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E6AC1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12.01.2023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C2319F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57545138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2EC0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75E6F2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Умножение и деление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обыкновенных дробей; </w:t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дроби.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2984F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DDDFC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DEA10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D5155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A0652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201B76A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CADF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6A56F6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№6 "Умножение и деление обыкновенных дробей"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96F5B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5DE30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DB19B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769F0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C0B58D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:rsidRPr="0055176F" w14:paraId="52E1A8D3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64B8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B6036" w14:textId="77777777" w:rsidR="00F0177E" w:rsidRPr="0055176F" w:rsidRDefault="0006291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Буквенные выражения.</w:t>
            </w:r>
          </w:p>
          <w:p w14:paraId="3FD6FB57" w14:textId="77777777" w:rsidR="00F0177E" w:rsidRPr="0055176F" w:rsidRDefault="00062919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Решение задач на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составление буквенного выражения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51F0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345B5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A1B00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EA49E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2191C2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4CAEB25D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168F7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8B1995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Формулы. Формула пути. Задачи на движение,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содержащие  дроби.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612FE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78D69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CE295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15B6F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18137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728D6224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FD6B3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7A147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Задачи на движение, содержащие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C321B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F2670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6DAF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EC3A9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19.01.2023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914193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Тестирование;</w:t>
            </w:r>
          </w:p>
        </w:tc>
      </w:tr>
      <w:tr w:rsidR="00F0177E" w14:paraId="0F8C13AF" w14:textId="77777777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FAF2B2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3D54A2" w14:textId="77777777" w:rsidR="00F0177E" w:rsidRPr="0055176F" w:rsidRDefault="00062919">
            <w:pPr>
              <w:autoSpaceDE w:val="0"/>
              <w:autoSpaceDN w:val="0"/>
              <w:spacing w:before="100" w:after="0" w:line="262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Решение текстовых задач, со держащих дроби.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E486A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0E3FD6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3AAB1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A819C1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20.01.2023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F0B63D" w14:textId="77777777" w:rsidR="00F0177E" w:rsidRDefault="00062919">
            <w:pPr>
              <w:autoSpaceDE w:val="0"/>
              <w:autoSpaceDN w:val="0"/>
              <w:spacing w:before="100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F0177E" w14:paraId="1880BCDE" w14:textId="77777777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DBEC0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FA9F03" w14:textId="77777777" w:rsidR="00F0177E" w:rsidRPr="0055176F" w:rsidRDefault="00062919">
            <w:pPr>
              <w:autoSpaceDE w:val="0"/>
              <w:autoSpaceDN w:val="0"/>
              <w:spacing w:before="98" w:after="0" w:line="28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Практик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ориентированные задачи, содержащие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обыкновенные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смешанные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B3011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3DC8B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ADE6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42731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467EF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2E4E619F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DA57E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6B2F27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Нахождение части от целого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FCDD2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BC45C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CCE63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A9860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86B80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33A1D572" w14:textId="77777777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03E76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04D2F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Задачи на вычисление дроби от числа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2DA87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A5A7E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6AB0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7BCCC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6D13E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</w:tbl>
    <w:p w14:paraId="62863D4B" w14:textId="77777777" w:rsidR="00F0177E" w:rsidRDefault="00F0177E">
      <w:pPr>
        <w:autoSpaceDE w:val="0"/>
        <w:autoSpaceDN w:val="0"/>
        <w:spacing w:after="0" w:line="14" w:lineRule="exact"/>
      </w:pPr>
    </w:p>
    <w:p w14:paraId="52EA6001" w14:textId="77777777" w:rsidR="00F0177E" w:rsidRDefault="00F0177E">
      <w:pPr>
        <w:sectPr w:rsidR="00F0177E">
          <w:pgSz w:w="11900" w:h="16840"/>
          <w:pgMar w:top="284" w:right="650" w:bottom="482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0471E693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:rsidRPr="0055176F" w14:paraId="23C0F1F2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A7519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F12268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C1DDD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68C78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BAEC3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03FA7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C0823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1784A2E6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0E927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1629B1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Задачи на вычисление числа по данному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значению его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4A16D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5AD7A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10C9B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1717F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00533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6327CD61" w14:textId="77777777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69FD1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1F234A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98FB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2C5F4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4F751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4CC95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D48CB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F0177E" w:rsidRPr="0055176F" w14:paraId="6F93DE83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EEE3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055DA4" w14:textId="77777777" w:rsidR="00F0177E" w:rsidRPr="0055176F" w:rsidRDefault="00062919">
            <w:pPr>
              <w:autoSpaceDE w:val="0"/>
              <w:autoSpaceDN w:val="0"/>
              <w:spacing w:before="98" w:after="0"/>
              <w:ind w:left="72" w:right="43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Числовые и буквенные выражения в задачах, содержащих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обыкновенные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E6361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B6F91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7D9E5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2FA2E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31.01.2023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886B94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31348860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CC27F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255F88" w14:textId="77777777" w:rsidR="00F0177E" w:rsidRPr="0055176F" w:rsidRDefault="00062919">
            <w:pPr>
              <w:autoSpaceDE w:val="0"/>
              <w:autoSpaceDN w:val="0"/>
              <w:spacing w:before="98" w:after="0"/>
              <w:ind w:left="576" w:right="288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100. Применение букв для записи математических выражений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CEBE7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DE82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0AD0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AA328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60D768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4C702CA3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08B5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CD5DFE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Числовые и буквенные выражения, содержащие обыкновенные дроби.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9BC2A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86367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E3370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C23D2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B059C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45123D1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D35C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102.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B578A6" w14:textId="77777777" w:rsidR="00F0177E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Законы арифметических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действий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E2523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906F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0DC6D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10EA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CD91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5A8E0387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D7E87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103.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FDC10C" w14:textId="77777777" w:rsidR="00F0177E" w:rsidRPr="0055176F" w:rsidRDefault="00062919">
            <w:pPr>
              <w:autoSpaceDE w:val="0"/>
              <w:autoSpaceDN w:val="0"/>
              <w:spacing w:before="98" w:after="0"/>
              <w:ind w:left="156" w:right="144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Упрощение буквенных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выражений с помощью свойств арифметических действий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E3BC7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C198D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113CC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54B16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2758F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2C481AB3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A4A8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79F9E2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№7 "Решение задач на дроби.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74089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7AC9F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A2263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A051D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05A60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535C06A0" w14:textId="77777777">
        <w:trPr>
          <w:trHeight w:hRule="exact" w:val="1502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350863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105.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8FA31E" w14:textId="77777777" w:rsidR="00F0177E" w:rsidRDefault="00062919">
            <w:pPr>
              <w:tabs>
                <w:tab w:val="left" w:pos="132"/>
              </w:tabs>
              <w:autoSpaceDE w:val="0"/>
              <w:autoSpaceDN w:val="0"/>
              <w:spacing w:before="100" w:after="0" w:line="271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Формулы"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Многоугольники. Треугольник.</w:t>
            </w:r>
          </w:p>
          <w:p w14:paraId="277197FB" w14:textId="77777777" w:rsidR="00F0177E" w:rsidRDefault="00062919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Четырехугольник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E0491B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61713D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422899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1C3DBC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08.02.2023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79526E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00737090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76F89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2BE291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106. Равенство фигур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9FBE7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5B141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1E214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F05F3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827FF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422B6F66" w14:textId="77777777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B1EB4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9BC7A8" w14:textId="77777777" w:rsidR="00F0177E" w:rsidRPr="0055176F" w:rsidRDefault="00062919">
            <w:pPr>
              <w:autoSpaceDE w:val="0"/>
              <w:autoSpaceDN w:val="0"/>
              <w:spacing w:before="98" w:after="0"/>
              <w:ind w:left="576" w:right="144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107. Четырёхугольник,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прямоугольник, квадрат. Свойство сторон и углов прямоугольника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7343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AA5CE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BAAB4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48FCB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14988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</w:tbl>
    <w:p w14:paraId="175D6111" w14:textId="77777777" w:rsidR="00F0177E" w:rsidRDefault="00F0177E">
      <w:pPr>
        <w:autoSpaceDE w:val="0"/>
        <w:autoSpaceDN w:val="0"/>
        <w:spacing w:after="0" w:line="14" w:lineRule="exact"/>
      </w:pPr>
    </w:p>
    <w:p w14:paraId="746187D0" w14:textId="77777777" w:rsidR="00F0177E" w:rsidRDefault="00F0177E">
      <w:pPr>
        <w:sectPr w:rsidR="00F0177E">
          <w:pgSz w:w="11900" w:h="16840"/>
          <w:pgMar w:top="284" w:right="650" w:bottom="808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5CA43112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:rsidRPr="0055176F" w14:paraId="036C73DF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FB58C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108.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89B0F2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156" w:right="144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Прямоугольник. Квадрат. Построения на клетчатой бумаге.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5607E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7A40D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1792F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CD8A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13.02.20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BF715B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4253E86B" w14:textId="77777777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A5F43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109.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98049A" w14:textId="77777777" w:rsidR="00F0177E" w:rsidRPr="0055176F" w:rsidRDefault="00062919">
            <w:pPr>
              <w:autoSpaceDE w:val="0"/>
              <w:autoSpaceDN w:val="0"/>
              <w:spacing w:before="98" w:after="0" w:line="281" w:lineRule="auto"/>
              <w:ind w:left="576" w:right="144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109. Практическая работа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«Построение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прямоугольника с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заданными сторонами на нелинованной бумаге»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F5818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77F6D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461A5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D028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05B740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F0177E" w14:paraId="158314B0" w14:textId="77777777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08265E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110.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4A14A" w14:textId="77777777" w:rsidR="00F0177E" w:rsidRDefault="00062919">
            <w:pPr>
              <w:tabs>
                <w:tab w:val="left" w:pos="576"/>
              </w:tabs>
              <w:autoSpaceDE w:val="0"/>
              <w:autoSpaceDN w:val="0"/>
              <w:spacing w:before="100" w:after="0" w:line="262" w:lineRule="auto"/>
              <w:ind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110. Треугольник. Виды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C761D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6C1564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7D9BE1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D1FF00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306AEF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Зачет;</w:t>
            </w:r>
          </w:p>
        </w:tc>
      </w:tr>
      <w:tr w:rsidR="00F0177E" w14:paraId="4C340C08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BD70D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111.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9DC356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Периметр треугольника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5BAA0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96F56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51845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4E536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325F5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79C041C5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E7B8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96B899" w14:textId="77777777" w:rsidR="00F0177E" w:rsidRPr="0055176F" w:rsidRDefault="00062919">
            <w:pPr>
              <w:autoSpaceDE w:val="0"/>
              <w:autoSpaceDN w:val="0"/>
              <w:spacing w:before="98" w:after="0"/>
              <w:ind w:left="576" w:right="576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112. Площадь и периметр прямоугольника,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единицы измерения площади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4A06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FA223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FFD54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A4CB5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19D9A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366D8107" w14:textId="77777777">
        <w:trPr>
          <w:trHeight w:hRule="exact" w:val="25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A81BC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F5D6A" w14:textId="77777777" w:rsidR="00F0177E" w:rsidRPr="0055176F" w:rsidRDefault="00062919">
            <w:pPr>
              <w:autoSpaceDE w:val="0"/>
              <w:autoSpaceDN w:val="0"/>
              <w:spacing w:before="98" w:after="0" w:line="283" w:lineRule="auto"/>
              <w:ind w:left="576" w:right="576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113. Площадь и периметр прямоугольника и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многоугольников, составленных из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прямоугольников,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единицы измерения площади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EF927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D2826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0579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8E31D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1A34F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765F8E21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FBB8F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F3CA40" w14:textId="77777777" w:rsidR="00F0177E" w:rsidRDefault="00062919">
            <w:pPr>
              <w:tabs>
                <w:tab w:val="left" w:pos="372"/>
              </w:tabs>
              <w:autoSpaceDE w:val="0"/>
              <w:autoSpaceDN w:val="0"/>
              <w:spacing w:before="98" w:after="0" w:line="271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Контрольная работа №8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"Периметр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многоугольника"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A2D00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13105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664F6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017AB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CE6758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3773FE2E" w14:textId="77777777">
        <w:trPr>
          <w:trHeight w:hRule="exact" w:val="18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DC8F29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6CE573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       Десятичная запись дробных  чисел.</w:t>
            </w:r>
          </w:p>
          <w:p w14:paraId="0EAB202E" w14:textId="77777777" w:rsidR="00F0177E" w:rsidRPr="0055176F" w:rsidRDefault="00062919">
            <w:pPr>
              <w:autoSpaceDE w:val="0"/>
              <w:autoSpaceDN w:val="0"/>
              <w:spacing w:before="72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Изображение десятичной дроби на  числовой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прямой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FE4F6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39730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FE54A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02F36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404A6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:rsidRPr="0055176F" w14:paraId="676D89D1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B089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B59FEA" w14:textId="77777777" w:rsidR="00F0177E" w:rsidRPr="0055176F" w:rsidRDefault="00062919">
            <w:pPr>
              <w:autoSpaceDE w:val="0"/>
              <w:autoSpaceDN w:val="0"/>
              <w:spacing w:before="98" w:after="0"/>
              <w:ind w:left="576" w:right="144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116. Десятичная запись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дробных чисел. Чтение и запись   десятичных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C48EA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A2654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152EB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AED47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1A925C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59DBAD30" w14:textId="77777777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D122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BF6732" w14:textId="77777777" w:rsidR="00F0177E" w:rsidRPr="0055176F" w:rsidRDefault="00062919">
            <w:pPr>
              <w:autoSpaceDE w:val="0"/>
              <w:autoSpaceDN w:val="0"/>
              <w:spacing w:before="98" w:after="0"/>
              <w:ind w:left="576" w:right="144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117. Практические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прикладные  задачи,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содержащие десятичные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E6C60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46C9D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BAF14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C75AB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28.02.2023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F0904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14:paraId="5B8FE985" w14:textId="77777777" w:rsidR="00F0177E" w:rsidRDefault="00F0177E">
      <w:pPr>
        <w:autoSpaceDE w:val="0"/>
        <w:autoSpaceDN w:val="0"/>
        <w:spacing w:after="0" w:line="14" w:lineRule="exact"/>
      </w:pPr>
    </w:p>
    <w:p w14:paraId="3AFE806A" w14:textId="77777777" w:rsidR="00F0177E" w:rsidRDefault="00F0177E">
      <w:pPr>
        <w:sectPr w:rsidR="00F0177E">
          <w:pgSz w:w="11900" w:h="16840"/>
          <w:pgMar w:top="284" w:right="650" w:bottom="628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509127F7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4BEFEA4B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B7172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118.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01217D" w14:textId="77777777" w:rsidR="00F0177E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Сравнение десятичных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6EBA4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EC6DD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3F82B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87632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F2B3F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:rsidRPr="0055176F" w14:paraId="5071300F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FC22F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119.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D6A197" w14:textId="77777777" w:rsidR="00F0177E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Сравнение десятичных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0216B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E43C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EBB05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D9D60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F46FC9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522812DD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4D989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120.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3132C" w14:textId="77777777" w:rsidR="00F0177E" w:rsidRPr="0055176F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Сложение и вычитание </w:t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десятичных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635BA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0A36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49C96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BFB76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ECAFF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52960E7E" w14:textId="77777777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688A97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121.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99A8AF" w14:textId="77777777" w:rsidR="00F0177E" w:rsidRPr="0055176F" w:rsidRDefault="00062919">
            <w:pPr>
              <w:tabs>
                <w:tab w:val="left" w:pos="816"/>
              </w:tabs>
              <w:autoSpaceDE w:val="0"/>
              <w:autoSpaceDN w:val="0"/>
              <w:spacing w:before="100" w:after="0" w:line="262" w:lineRule="auto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Сложение и вычитание</w:t>
            </w:r>
            <w:r w:rsidRPr="0055176F">
              <w:rPr>
                <w:lang w:val="ru-RU"/>
              </w:rPr>
              <w:br/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десятичных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E915A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F02D24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007B86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F750E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8A8ED4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467231AB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B6C97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122.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5AF3CE" w14:textId="77777777" w:rsidR="00F0177E" w:rsidRPr="0055176F" w:rsidRDefault="00062919">
            <w:pPr>
              <w:autoSpaceDE w:val="0"/>
              <w:autoSpaceDN w:val="0"/>
              <w:spacing w:before="98" w:after="0"/>
              <w:ind w:left="576" w:right="432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122. Практические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прикладные  задачи на сложение и вычитание десятичных дробей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47F41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AD59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8FE7A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6D28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83FB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452027F0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E8383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123.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C0D684" w14:textId="77777777" w:rsidR="00F0177E" w:rsidRPr="0055176F" w:rsidRDefault="00062919">
            <w:pPr>
              <w:autoSpaceDE w:val="0"/>
              <w:autoSpaceDN w:val="0"/>
              <w:spacing w:before="98" w:after="0"/>
              <w:ind w:left="156" w:right="144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Контрольная работа №9 "Десятичные дроби: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запись, сравнение,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сложение и вычитание"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F2658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2F167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7D7BE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07B20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4661BC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393832A3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A8F65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124.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FEF40B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156" w:right="288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Умножение десятичной дроби на 10,100,1000...и т.д.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E529D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82901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DDC52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E12F0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D4F7EE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075D013D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FB748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B131CF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Умножение десятичной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дроби на  0,1;0,01;0,001...и т.д.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0ADD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A9CA3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BEF01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0DF81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F4C60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40B873C7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0531B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5107EE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AA161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1F62E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210D6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0B328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9F562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5A4B5BCA" w14:textId="77777777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3E64D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127.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AEA9BA" w14:textId="77777777" w:rsidR="00F0177E" w:rsidRPr="0055176F" w:rsidRDefault="00062919">
            <w:pPr>
              <w:autoSpaceDE w:val="0"/>
              <w:autoSpaceDN w:val="0"/>
              <w:spacing w:before="98" w:after="0" w:line="274" w:lineRule="auto"/>
              <w:ind w:left="156" w:right="288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Умножение десятичных дробей  в текстовых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задачах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B20B8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71146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28B5D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D5E88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15.03.2023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47606E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Диктант;</w:t>
            </w:r>
          </w:p>
        </w:tc>
      </w:tr>
      <w:tr w:rsidR="00F0177E" w:rsidRPr="0055176F" w14:paraId="0A1C07B3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0D29B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069A23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right="288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128. Деление десятичных дробей на  натуральное число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541B3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3DE8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9D801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7ED6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AD28B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36410CE1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60126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AED1FC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right="432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129. Деление десятичных дробей на натуральное число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BA7EF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6DD4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846C3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38A8B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AD3E6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FDFC54C" w14:textId="77777777">
        <w:trPr>
          <w:trHeight w:hRule="exact" w:val="11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97E46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130.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236836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right="144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130. Деление десятичной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дроби на  10, 100, 1000...и т.д.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1E36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5E46D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D00D6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9E1E5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27.03.2023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E390F" w14:textId="77777777" w:rsidR="00F0177E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Письменный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контроль;</w:t>
            </w:r>
          </w:p>
        </w:tc>
      </w:tr>
    </w:tbl>
    <w:p w14:paraId="26A0CE13" w14:textId="77777777" w:rsidR="00F0177E" w:rsidRDefault="00F0177E">
      <w:pPr>
        <w:autoSpaceDE w:val="0"/>
        <w:autoSpaceDN w:val="0"/>
        <w:spacing w:after="0" w:line="14" w:lineRule="exact"/>
      </w:pPr>
    </w:p>
    <w:p w14:paraId="020E841A" w14:textId="77777777" w:rsidR="00F0177E" w:rsidRDefault="00F0177E">
      <w:pPr>
        <w:sectPr w:rsidR="00F0177E">
          <w:pgSz w:w="11900" w:h="16840"/>
          <w:pgMar w:top="284" w:right="650" w:bottom="56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01EE7AB8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52745AD6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68AD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131.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6901BE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131. Деление десятичной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дроби на 0,1;0,01;0,001... и т.д.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74853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27EC8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AA6E9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20F8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FB1C2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512F3A09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CDACF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132.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707449" w14:textId="77777777" w:rsidR="00F0177E" w:rsidRDefault="00062919">
            <w:pPr>
              <w:tabs>
                <w:tab w:val="left" w:pos="576"/>
              </w:tabs>
              <w:autoSpaceDE w:val="0"/>
              <w:autoSpaceDN w:val="0"/>
              <w:spacing w:before="98" w:after="0" w:line="262" w:lineRule="auto"/>
              <w:ind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132. Деление десятичных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2A137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38F13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B1EB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26C28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02742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38D91F06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D24FC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4A427A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Деление многозначных десятичных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E5385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EF20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8754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CE068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DD6E3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:rsidRPr="0055176F" w14:paraId="31BCFE09" w14:textId="77777777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7FF1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134.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532F38" w14:textId="77777777" w:rsidR="00F0177E" w:rsidRPr="0055176F" w:rsidRDefault="00062919">
            <w:pPr>
              <w:autoSpaceDE w:val="0"/>
              <w:autoSpaceDN w:val="0"/>
              <w:spacing w:before="98" w:after="0" w:line="278" w:lineRule="auto"/>
              <w:ind w:left="576" w:right="144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134. Практические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прикладные задачи с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использованием деления десятичных дробей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471AA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5A7E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96DD8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BD35A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31.03.2023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BFDE39" w14:textId="77777777" w:rsidR="00F0177E" w:rsidRPr="0055176F" w:rsidRDefault="00062919">
            <w:pPr>
              <w:autoSpaceDE w:val="0"/>
              <w:autoSpaceDN w:val="0"/>
              <w:spacing w:before="98" w:after="0" w:line="278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70E69E3B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6A6421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01D0F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Текстовые задачи: цена, количество, стоимость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B77E7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BC06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8FE33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0D761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7970B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57DC3E06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5137A4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D0724E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right="720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136. Текстовые задачи: перебор возможных вариантов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BE117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B1219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2F84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B5B6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4EBE0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1D59B467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444A3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FF83F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№10 "Умножение и деление десятичных дробей"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4361A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070D0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8C987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C1167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87D741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21C94D20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6A9A7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138.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40F1C" w14:textId="77777777" w:rsidR="00F0177E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Округление десятичных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B47D2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318AF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AE25F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F3399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F52CE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21A92126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A093F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139.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599F03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156" w:right="288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Округление десятичных дробей  в практических задачах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35EA9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766F8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A1C73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63764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BD27B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8D8004C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6972D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677940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right="288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140. Задачи на десятичные дроби с представлением данных в виде таблиц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A3495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4083B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08D9E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9CE42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EADAC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0A61AE5B" w14:textId="77777777">
        <w:trPr>
          <w:trHeight w:hRule="exact" w:val="1838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90551F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141. 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1E8D95" w14:textId="77777777" w:rsidR="00F0177E" w:rsidRPr="0055176F" w:rsidRDefault="00062919">
            <w:pPr>
              <w:autoSpaceDE w:val="0"/>
              <w:autoSpaceDN w:val="0"/>
              <w:spacing w:before="100" w:after="0" w:line="281" w:lineRule="auto"/>
              <w:ind w:left="156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Практические задачи на десятичные дроби с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представлением данных в виде столбчатых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диаграмм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A68C4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0206A9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66AF9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02834F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11.04.2023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745807" w14:textId="77777777" w:rsidR="00F0177E" w:rsidRPr="0055176F" w:rsidRDefault="00062919">
            <w:pPr>
              <w:autoSpaceDE w:val="0"/>
              <w:autoSpaceDN w:val="0"/>
              <w:spacing w:before="100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6CB0B0A4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6A9A2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142.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A96967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right="576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142. Задачи, содержащие десятичные и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обыкновенные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3D8DA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0159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9E8A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5E0BA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12.04.2023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F10098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Тестирование;</w:t>
            </w:r>
          </w:p>
        </w:tc>
      </w:tr>
      <w:tr w:rsidR="00F0177E" w14:paraId="61DFED43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75733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D21E10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Задачи с изображением десятичных дробей на координатной прямой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802D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F0A57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0910D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D7C19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2A0A7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5DB7963D" w14:textId="77777777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9E1D79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DD87A4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Текстовые задачи: длина, ширина, площадь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A992D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7424E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B81B5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FEA524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120E3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</w:tbl>
    <w:p w14:paraId="670B8896" w14:textId="77777777" w:rsidR="00F0177E" w:rsidRDefault="00F0177E">
      <w:pPr>
        <w:autoSpaceDE w:val="0"/>
        <w:autoSpaceDN w:val="0"/>
        <w:spacing w:after="0" w:line="14" w:lineRule="exact"/>
      </w:pPr>
    </w:p>
    <w:p w14:paraId="4083C7F2" w14:textId="77777777" w:rsidR="00F0177E" w:rsidRDefault="00F0177E">
      <w:pPr>
        <w:sectPr w:rsidR="00F0177E">
          <w:pgSz w:w="11900" w:h="16840"/>
          <w:pgMar w:top="284" w:right="650" w:bottom="316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1A9A6682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:rsidRPr="0055176F" w14:paraId="640BE012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5B49A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145.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25E0B1" w14:textId="77777777" w:rsidR="00F0177E" w:rsidRPr="0055176F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Решение текстовых задач,</w:t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содержащих 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9A94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03E3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6ED49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DD6E56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E7A70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575806ED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9FF40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146.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6149B8" w14:textId="77777777" w:rsidR="00F0177E" w:rsidRDefault="00062919">
            <w:pPr>
              <w:tabs>
                <w:tab w:val="left" w:pos="576"/>
              </w:tabs>
              <w:autoSpaceDE w:val="0"/>
              <w:autoSpaceDN w:val="0"/>
              <w:spacing w:before="98" w:after="0" w:line="262" w:lineRule="auto"/>
              <w:ind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146. Нахождение дроби от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55F2E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53962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520A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36F0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B65140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5C7510B4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0E838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147.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D95658" w14:textId="77777777" w:rsidR="00F0177E" w:rsidRDefault="00062919">
            <w:pPr>
              <w:tabs>
                <w:tab w:val="left" w:pos="576"/>
              </w:tabs>
              <w:autoSpaceDE w:val="0"/>
              <w:autoSpaceDN w:val="0"/>
              <w:spacing w:before="98" w:after="0" w:line="262" w:lineRule="auto"/>
              <w:ind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147. Нахождение дроби от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D2488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36609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23E44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FA7CA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8DA16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471323CB" w14:textId="77777777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0EBD02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148.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5B39E" w14:textId="77777777" w:rsidR="00F0177E" w:rsidRPr="0055176F" w:rsidRDefault="00062919">
            <w:pPr>
              <w:tabs>
                <w:tab w:val="left" w:pos="156"/>
              </w:tabs>
              <w:autoSpaceDE w:val="0"/>
              <w:autoSpaceDN w:val="0"/>
              <w:spacing w:before="100" w:after="0" w:line="262" w:lineRule="auto"/>
              <w:ind w:right="144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Нахождение числа по его </w:t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788F9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294981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F5B5CD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4C4E72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6A1E2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2F69F4D3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50FEF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149.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52D406" w14:textId="77777777" w:rsidR="00F0177E" w:rsidRPr="0055176F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 Нахождение числа по его </w:t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9CD92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3611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F0AAE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D99AA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0E51E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14:paraId="5317AE59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E2029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894C32" w14:textId="77777777" w:rsidR="00F0177E" w:rsidRDefault="00062919">
            <w:pPr>
              <w:tabs>
                <w:tab w:val="left" w:pos="576"/>
              </w:tabs>
              <w:autoSpaceDE w:val="0"/>
              <w:autoSpaceDN w:val="0"/>
              <w:spacing w:before="98" w:after="0" w:line="262" w:lineRule="auto"/>
              <w:ind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150. Основные задачи на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CD3A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FD3E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C12DE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A700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787B1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0179357B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88699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48B1B5" w14:textId="77777777" w:rsidR="00F0177E" w:rsidRDefault="00062919">
            <w:pPr>
              <w:autoSpaceDE w:val="0"/>
              <w:autoSpaceDN w:val="0"/>
              <w:spacing w:before="98" w:after="0"/>
              <w:ind w:left="72" w:right="144"/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№11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"Основные задачи на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дроби.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D6486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A403C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321F9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F2E16F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BF49A5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5360CA71" w14:textId="77777777">
        <w:trPr>
          <w:trHeight w:hRule="exact" w:val="4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0570F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CAD5C6" w14:textId="77777777" w:rsidR="00F0177E" w:rsidRDefault="00062919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152. Многогранники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77D47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1E14E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147C3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EE40D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396EE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199FDF5A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33D2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8E9EF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100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Изображение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многогранников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747B3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A7A38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3954E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79DF42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769E3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5E72EE7A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483B7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F024D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Модели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пространственных тел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A8204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B61F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1A2B9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06A75B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28.04.2023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4F18A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F0177E" w14:paraId="2A010E9E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33B6B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F5F9CE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576" w:right="432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155. Прямоугольный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параллелепипед, куб. Площадь поверхности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7D0D9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7FCEE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3019A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54F0F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ABF5C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:rsidRPr="0055176F" w14:paraId="097FED87" w14:textId="77777777">
        <w:trPr>
          <w:trHeight w:hRule="exact" w:val="1502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A7AC6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156. </w:t>
            </w:r>
          </w:p>
        </w:tc>
        <w:tc>
          <w:tcPr>
            <w:tcW w:w="28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4BA53" w14:textId="77777777" w:rsidR="00F0177E" w:rsidRDefault="00062919">
            <w:pPr>
              <w:autoSpaceDE w:val="0"/>
              <w:autoSpaceDN w:val="0"/>
              <w:spacing w:before="100" w:after="0" w:line="262" w:lineRule="auto"/>
              <w:ind w:left="576" w:right="1008" w:hanging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156. Развёртки куба и параллелепипеда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4CC510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30D885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F3AC2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AE1983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03.05.2023</w:t>
            </w: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5AC4D" w14:textId="77777777" w:rsidR="00F0177E" w:rsidRPr="0055176F" w:rsidRDefault="00062919">
            <w:pPr>
              <w:autoSpaceDE w:val="0"/>
              <w:autoSpaceDN w:val="0"/>
              <w:spacing w:before="100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3A6C0EFA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C808B9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157.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0348EC" w14:textId="77777777" w:rsidR="00F0177E" w:rsidRDefault="00062919">
            <w:pPr>
              <w:tabs>
                <w:tab w:val="left" w:pos="576"/>
              </w:tabs>
              <w:autoSpaceDE w:val="0"/>
              <w:autoSpaceDN w:val="0"/>
              <w:spacing w:before="98" w:after="0" w:line="262" w:lineRule="auto"/>
              <w:ind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157. Практическая работа </w:t>
            </w:r>
            <w:r>
              <w:br/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"Развёртка              куба"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11438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594C7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D66B2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DAC5B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DFB693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F0177E" w14:paraId="0B3B6796" w14:textId="77777777">
        <w:trPr>
          <w:trHeight w:hRule="exact" w:val="18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87641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187778" w14:textId="77777777" w:rsidR="00F0177E" w:rsidRPr="0055176F" w:rsidRDefault="00062919">
            <w:pPr>
              <w:autoSpaceDE w:val="0"/>
              <w:autoSpaceDN w:val="0"/>
              <w:spacing w:before="98" w:after="0" w:line="230" w:lineRule="auto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158. Единицы объемов тел.</w:t>
            </w:r>
          </w:p>
          <w:p w14:paraId="44ABDC48" w14:textId="77777777" w:rsidR="00F0177E" w:rsidRDefault="00062919">
            <w:pPr>
              <w:autoSpaceDE w:val="0"/>
              <w:autoSpaceDN w:val="0"/>
              <w:spacing w:before="70" w:after="0"/>
              <w:ind w:left="72" w:right="864"/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Объём куба,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прямоугольного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параллелепипеда.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2E9E0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70831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6338A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80D98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4C8E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</w:tbl>
    <w:p w14:paraId="0101A509" w14:textId="77777777" w:rsidR="00F0177E" w:rsidRDefault="00F0177E">
      <w:pPr>
        <w:autoSpaceDE w:val="0"/>
        <w:autoSpaceDN w:val="0"/>
        <w:spacing w:after="0" w:line="14" w:lineRule="exact"/>
      </w:pPr>
    </w:p>
    <w:p w14:paraId="3724FEF2" w14:textId="77777777" w:rsidR="00F0177E" w:rsidRDefault="00F0177E">
      <w:pPr>
        <w:sectPr w:rsidR="00F0177E">
          <w:pgSz w:w="11900" w:h="16840"/>
          <w:pgMar w:top="284" w:right="650" w:bottom="82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215557FE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6967C3C7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1D748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159.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0D37CA" w14:textId="77777777" w:rsidR="00F0177E" w:rsidRDefault="00062919">
            <w:pPr>
              <w:autoSpaceDE w:val="0"/>
              <w:autoSpaceDN w:val="0"/>
              <w:spacing w:before="98" w:after="0" w:line="271" w:lineRule="auto"/>
              <w:ind w:left="156" w:right="1008" w:hanging="15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Объём куба,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прямоугольного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220FC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C5405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42B9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DFBA88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03B5F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4653605E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CE925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160.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D106C6" w14:textId="77777777" w:rsidR="00F0177E" w:rsidRPr="0055176F" w:rsidRDefault="00062919">
            <w:pPr>
              <w:autoSpaceDE w:val="0"/>
              <w:autoSpaceDN w:val="0"/>
              <w:spacing w:before="98" w:after="0"/>
              <w:ind w:left="156" w:right="144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Контрольная работа №11 "Объём куба,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прямоугольного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параллелепипеда"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FD946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1F46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7AD35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0B61A3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AD95A9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34E0DCEB" w14:textId="77777777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A4C62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161.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35F86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161.  Повторение       и обобщение. </w:t>
            </w:r>
          </w:p>
          <w:p w14:paraId="348473D8" w14:textId="77777777" w:rsidR="00F0177E" w:rsidRPr="0055176F" w:rsidRDefault="00062919">
            <w:pPr>
              <w:autoSpaceDE w:val="0"/>
              <w:autoSpaceDN w:val="0"/>
              <w:spacing w:before="72" w:after="0" w:line="262" w:lineRule="auto"/>
              <w:ind w:left="72" w:right="288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Действия                 с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5CE8F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62B1E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50117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BB93CC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21B31A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5E7986AB" w14:textId="77777777">
        <w:trPr>
          <w:trHeight w:hRule="exact" w:val="21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87E02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162.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E8478" w14:textId="77777777" w:rsidR="00F0177E" w:rsidRDefault="00062919">
            <w:pPr>
              <w:autoSpaceDE w:val="0"/>
              <w:autoSpaceDN w:val="0"/>
              <w:spacing w:before="98" w:after="0" w:line="281" w:lineRule="auto"/>
              <w:ind w:left="156" w:hanging="156"/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обобщение. Числовые и буквенные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выражения, порядок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действий, использование скобок.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1CBCB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7FCEFB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34569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EBA04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716698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 Диктант;</w:t>
            </w:r>
          </w:p>
        </w:tc>
      </w:tr>
      <w:tr w:rsidR="00F0177E" w14:paraId="76B235A3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049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163.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8D1F96" w14:textId="77777777" w:rsidR="00F0177E" w:rsidRPr="0055176F" w:rsidRDefault="00062919">
            <w:pPr>
              <w:tabs>
                <w:tab w:val="left" w:pos="156"/>
                <w:tab w:val="left" w:pos="876"/>
              </w:tabs>
              <w:autoSpaceDE w:val="0"/>
              <w:autoSpaceDN w:val="0"/>
              <w:spacing w:before="98" w:after="0" w:line="271" w:lineRule="auto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обобщение.</w:t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Обыкновенные </w:t>
            </w:r>
            <w:r w:rsidRPr="0055176F">
              <w:rPr>
                <w:lang w:val="ru-RU"/>
              </w:rPr>
              <w:br/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0181C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DB8EC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1FF1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A45DDE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B1C3D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153E72DA" w14:textId="77777777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C0B31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A24899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Повторение и обобщение. Текстовые задачи,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содержащие дроби.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C802F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271227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F03A3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F5ED8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A53712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48E2CBF9" w14:textId="77777777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8C95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165.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E11EFF" w14:textId="77777777" w:rsidR="00F0177E" w:rsidRPr="0055176F" w:rsidRDefault="00062919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обобщение. </w:t>
            </w:r>
            <w:r w:rsidRPr="0055176F">
              <w:rPr>
                <w:lang w:val="ru-RU"/>
              </w:rPr>
              <w:tab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Решение текстовых задач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6ED0F0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5258C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24E97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1C666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91226F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F0177E" w14:paraId="42A6D055" w14:textId="77777777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B7EC8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166.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F974B9" w14:textId="77777777" w:rsidR="00F0177E" w:rsidRPr="0055176F" w:rsidRDefault="0006291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Повторение и обобщение. Сложение и вычитание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десятичных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FF9ED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7DA2CE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DB869D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C7FD5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ED74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F0177E" w:rsidRPr="0055176F" w14:paraId="59B01448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933688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167.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9FB73A" w14:textId="77777777" w:rsidR="00F0177E" w:rsidRPr="0055176F" w:rsidRDefault="00062919">
            <w:pPr>
              <w:autoSpaceDE w:val="0"/>
              <w:autoSpaceDN w:val="0"/>
              <w:spacing w:before="100" w:after="0" w:line="271" w:lineRule="auto"/>
              <w:ind w:left="156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обобщение. Умножение и деление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десятичных дробей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451247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DAD7FA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C75C8" w14:textId="77777777" w:rsidR="00F0177E" w:rsidRDefault="0006291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F20FF" w14:textId="77777777" w:rsidR="00F0177E" w:rsidRDefault="0006291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8197F9" w14:textId="77777777" w:rsidR="00F0177E" w:rsidRPr="0055176F" w:rsidRDefault="00062919">
            <w:pPr>
              <w:autoSpaceDE w:val="0"/>
              <w:autoSpaceDN w:val="0"/>
              <w:spacing w:before="100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55176F">
              <w:rPr>
                <w:lang w:val="ru-RU"/>
              </w:rPr>
              <w:br/>
            </w:r>
            <w:proofErr w:type="spellStart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F0177E" w14:paraId="39456DB6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06EC7D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168.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AB6B8C" w14:textId="77777777" w:rsidR="00F0177E" w:rsidRPr="0055176F" w:rsidRDefault="00062919">
            <w:pPr>
              <w:autoSpaceDE w:val="0"/>
              <w:autoSpaceDN w:val="0"/>
              <w:spacing w:before="98" w:after="0"/>
              <w:ind w:left="576" w:right="432" w:hanging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168. Итоговая контрольная работа в рамках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промежуточной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аттестации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49C88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EC7BF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61C90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69AE77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56E96A" w14:textId="77777777" w:rsidR="00F0177E" w:rsidRDefault="0006291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F0177E" w14:paraId="56420968" w14:textId="77777777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8EAFAA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169.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F5F0B6" w14:textId="77777777" w:rsidR="00F0177E" w:rsidRPr="0055176F" w:rsidRDefault="0006291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Повторение и обобщение. </w:t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Решение текстовых задач с  представлением данных в виде таблиц и диаграмм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205BC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6E6751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7E6FD5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951D50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92653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14:paraId="3E6FC27C" w14:textId="77777777" w:rsidR="00F0177E" w:rsidRDefault="00F0177E">
      <w:pPr>
        <w:autoSpaceDE w:val="0"/>
        <w:autoSpaceDN w:val="0"/>
        <w:spacing w:after="0" w:line="14" w:lineRule="exact"/>
      </w:pPr>
    </w:p>
    <w:p w14:paraId="6084D182" w14:textId="77777777" w:rsidR="00F0177E" w:rsidRDefault="00F0177E">
      <w:pPr>
        <w:sectPr w:rsidR="00F0177E">
          <w:pgSz w:w="11900" w:h="16840"/>
          <w:pgMar w:top="284" w:right="650" w:bottom="55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6266467C" w14:textId="77777777" w:rsidR="00F0177E" w:rsidRDefault="00F0177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2894"/>
        <w:gridCol w:w="732"/>
        <w:gridCol w:w="1620"/>
        <w:gridCol w:w="1668"/>
        <w:gridCol w:w="1236"/>
        <w:gridCol w:w="1826"/>
      </w:tblGrid>
      <w:tr w:rsidR="00F0177E" w14:paraId="3C6A9F30" w14:textId="77777777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AAF039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170.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CE60C6" w14:textId="77777777" w:rsidR="00F0177E" w:rsidRPr="0055176F" w:rsidRDefault="00062919">
            <w:pPr>
              <w:autoSpaceDE w:val="0"/>
              <w:autoSpaceDN w:val="0"/>
              <w:spacing w:before="98" w:after="0"/>
              <w:ind w:left="156" w:hanging="15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и обобщение. Решение задач с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практическим </w:t>
            </w:r>
            <w:r w:rsidRPr="0055176F">
              <w:rPr>
                <w:lang w:val="ru-RU"/>
              </w:rPr>
              <w:br/>
            </w: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содержанием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349E6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16B85A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B063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1A9505" w14:textId="77777777" w:rsidR="00F0177E" w:rsidRDefault="0006291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25.05.2023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D3B244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F0177E" w14:paraId="105CB15B" w14:textId="77777777">
        <w:trPr>
          <w:trHeight w:hRule="exact" w:val="808"/>
        </w:trPr>
        <w:tc>
          <w:tcPr>
            <w:tcW w:w="3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69CF06" w14:textId="77777777" w:rsidR="00F0177E" w:rsidRPr="0055176F" w:rsidRDefault="00062919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55176F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380A2C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EB1088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5DD03" w14:textId="77777777" w:rsidR="00F0177E" w:rsidRDefault="0006291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</w:t>
            </w:r>
          </w:p>
        </w:tc>
      </w:tr>
    </w:tbl>
    <w:p w14:paraId="4F0CADCD" w14:textId="77777777" w:rsidR="00F0177E" w:rsidRDefault="00F0177E">
      <w:pPr>
        <w:autoSpaceDE w:val="0"/>
        <w:autoSpaceDN w:val="0"/>
        <w:spacing w:after="0" w:line="14" w:lineRule="exact"/>
      </w:pPr>
    </w:p>
    <w:p w14:paraId="34745EBA" w14:textId="77777777" w:rsidR="00F0177E" w:rsidRDefault="00F0177E">
      <w:pPr>
        <w:sectPr w:rsidR="00F0177E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6F62C375" w14:textId="77777777" w:rsidR="00F0177E" w:rsidRDefault="00F0177E">
      <w:pPr>
        <w:autoSpaceDE w:val="0"/>
        <w:autoSpaceDN w:val="0"/>
        <w:spacing w:after="78" w:line="220" w:lineRule="exact"/>
      </w:pPr>
    </w:p>
    <w:p w14:paraId="3AF1610E" w14:textId="77777777" w:rsidR="00F0177E" w:rsidRDefault="00062919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УЧЕБНО-МЕТОДИЧЕСКОЕ ОБЕСПЕЧЕНИЕ ОБРАЗОВАТЕЛЬНОГ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О ПРОЦЕССА </w:t>
      </w:r>
    </w:p>
    <w:p w14:paraId="5925322C" w14:textId="77777777" w:rsidR="00F0177E" w:rsidRDefault="00062919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14:paraId="0302A4E5" w14:textId="77777777" w:rsidR="00F0177E" w:rsidRPr="0055176F" w:rsidRDefault="00062919">
      <w:pPr>
        <w:autoSpaceDE w:val="0"/>
        <w:autoSpaceDN w:val="0"/>
        <w:spacing w:before="166" w:after="0" w:line="283" w:lineRule="auto"/>
        <w:ind w:right="144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Мерзляк А.Г.;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Полонский В.Б.;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Якир М.С.; под редакцией Подольского В.Е. Математика;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5 класс;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Общество с ограниченной ответственностью "Издательский центр ВЕНТАНА-ГРАФ"; Акционерное общество "Издате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льство Просвещение"; ;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14:paraId="177C8FAE" w14:textId="77777777" w:rsidR="00F0177E" w:rsidRPr="0055176F" w:rsidRDefault="00062919">
      <w:pPr>
        <w:autoSpaceDE w:val="0"/>
        <w:autoSpaceDN w:val="0"/>
        <w:spacing w:before="264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14:paraId="20A0B951" w14:textId="77777777" w:rsidR="00F0177E" w:rsidRPr="0055176F" w:rsidRDefault="00062919">
      <w:pPr>
        <w:autoSpaceDE w:val="0"/>
        <w:autoSpaceDN w:val="0"/>
        <w:spacing w:before="168" w:after="0" w:line="283" w:lineRule="auto"/>
        <w:rPr>
          <w:lang w:val="ru-RU"/>
        </w:rPr>
      </w:pP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Математика: 5 класс : методическое пособие / Е.В. Буцко,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А.Г. Мерзляк, В.Б. Полонский и др. — М. : </w:t>
      </w:r>
      <w:proofErr w:type="spellStart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Вентана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-Граф, 2016. — 288 с. : ил. </w:t>
      </w:r>
      <w:r>
        <w:rPr>
          <w:rFonts w:ascii="Times New Roman" w:eastAsia="Times New Roman" w:hAnsi="Times New Roman"/>
          <w:color w:val="000000"/>
          <w:sz w:val="24"/>
        </w:rPr>
        <w:t>ISBN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978-5-360-07550-9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Математика. 5 кл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асс. Дидактические материалы./Мерзляк А.Г., Полонский В.Б., Рабинович Е.М. - М.: </w:t>
      </w:r>
      <w:proofErr w:type="spellStart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Вентана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-Граф, 2016. — 144 с. : ил. </w:t>
      </w:r>
      <w:r>
        <w:rPr>
          <w:rFonts w:ascii="Times New Roman" w:eastAsia="Times New Roman" w:hAnsi="Times New Roman"/>
          <w:color w:val="000000"/>
          <w:sz w:val="24"/>
        </w:rPr>
        <w:t>ISBN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978-5-360-11573-1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Математика. 5 класс. Рабочая тетрадь№1,№2./Мерзляк А.Г., Полонский В.Б., Рабинович Е.М. - М.: </w:t>
      </w:r>
      <w:proofErr w:type="spellStart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Вентана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-Граф, 2019.- </w:t>
      </w:r>
      <w:r>
        <w:rPr>
          <w:rFonts w:ascii="Times New Roman" w:eastAsia="Times New Roman" w:hAnsi="Times New Roman"/>
          <w:color w:val="000000"/>
          <w:sz w:val="24"/>
        </w:rPr>
        <w:t>I</w:t>
      </w:r>
      <w:r>
        <w:rPr>
          <w:rFonts w:ascii="Times New Roman" w:eastAsia="Times New Roman" w:hAnsi="Times New Roman"/>
          <w:color w:val="000000"/>
          <w:sz w:val="24"/>
        </w:rPr>
        <w:t>SBN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 978-5-360-11360-7 </w:t>
      </w:r>
    </w:p>
    <w:p w14:paraId="50F21E42" w14:textId="77777777" w:rsidR="00F0177E" w:rsidRPr="0055176F" w:rsidRDefault="00062919">
      <w:pPr>
        <w:autoSpaceDE w:val="0"/>
        <w:autoSpaceDN w:val="0"/>
        <w:spacing w:before="262"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14:paraId="737FAEE7" w14:textId="77777777" w:rsidR="00F0177E" w:rsidRPr="0055176F" w:rsidRDefault="00062919">
      <w:pPr>
        <w:autoSpaceDE w:val="0"/>
        <w:autoSpaceDN w:val="0"/>
        <w:spacing w:before="166" w:after="0" w:line="262" w:lineRule="auto"/>
        <w:ind w:right="2880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https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yaklass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55176F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uchi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resh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fg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resh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rosuchebnik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</w:p>
    <w:p w14:paraId="0465C776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4FA1B0F0" w14:textId="77777777" w:rsidR="00F0177E" w:rsidRPr="0055176F" w:rsidRDefault="00F0177E">
      <w:pPr>
        <w:autoSpaceDE w:val="0"/>
        <w:autoSpaceDN w:val="0"/>
        <w:spacing w:after="78" w:line="220" w:lineRule="exact"/>
        <w:rPr>
          <w:lang w:val="ru-RU"/>
        </w:rPr>
      </w:pPr>
    </w:p>
    <w:p w14:paraId="090DD470" w14:textId="77777777" w:rsidR="00F0177E" w:rsidRPr="0055176F" w:rsidRDefault="00062919">
      <w:pPr>
        <w:autoSpaceDE w:val="0"/>
        <w:autoSpaceDN w:val="0"/>
        <w:spacing w:after="0" w:line="230" w:lineRule="auto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</w:t>
      </w: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>ВАТЕЛЬНОГО ПРОЦЕССА</w:t>
      </w:r>
    </w:p>
    <w:p w14:paraId="729B79B7" w14:textId="77777777" w:rsidR="00F0177E" w:rsidRPr="0055176F" w:rsidRDefault="00062919">
      <w:pPr>
        <w:autoSpaceDE w:val="0"/>
        <w:autoSpaceDN w:val="0"/>
        <w:spacing w:before="346" w:after="0" w:line="298" w:lineRule="auto"/>
        <w:ind w:right="360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интерактивная доска,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ПК учителя; </w:t>
      </w:r>
      <w:r w:rsidRPr="0055176F">
        <w:rPr>
          <w:lang w:val="ru-RU"/>
        </w:rPr>
        <w:br/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 xml:space="preserve">30 ноутбуков для учащихся документ-камера справочные таблицы </w:t>
      </w:r>
    </w:p>
    <w:p w14:paraId="5199680D" w14:textId="77777777" w:rsidR="00F0177E" w:rsidRPr="0055176F" w:rsidRDefault="00062919">
      <w:pPr>
        <w:autoSpaceDE w:val="0"/>
        <w:autoSpaceDN w:val="0"/>
        <w:spacing w:before="262" w:after="0" w:line="302" w:lineRule="auto"/>
        <w:ind w:right="720"/>
        <w:rPr>
          <w:lang w:val="ru-RU"/>
        </w:rPr>
      </w:pPr>
      <w:r w:rsidRPr="0055176F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ЛАБОРАТОРНЫХ И ПРАКТИЧЕСКИХ РАБОТ </w:t>
      </w:r>
      <w:r w:rsidRPr="0055176F">
        <w:rPr>
          <w:rFonts w:ascii="Times New Roman" w:eastAsia="Times New Roman" w:hAnsi="Times New Roman"/>
          <w:color w:val="000000"/>
          <w:sz w:val="24"/>
          <w:lang w:val="ru-RU"/>
        </w:rPr>
        <w:t>нет</w:t>
      </w:r>
    </w:p>
    <w:p w14:paraId="05399D42" w14:textId="77777777" w:rsidR="00F0177E" w:rsidRPr="0055176F" w:rsidRDefault="00F0177E">
      <w:pPr>
        <w:rPr>
          <w:lang w:val="ru-RU"/>
        </w:rPr>
        <w:sectPr w:rsidR="00F0177E" w:rsidRPr="0055176F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14:paraId="0E529AFC" w14:textId="77777777" w:rsidR="00062919" w:rsidRPr="0055176F" w:rsidRDefault="00062919">
      <w:pPr>
        <w:rPr>
          <w:lang w:val="ru-RU"/>
        </w:rPr>
      </w:pPr>
    </w:p>
    <w:sectPr w:rsidR="00062919" w:rsidRPr="0055176F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919"/>
    <w:rsid w:val="0015074B"/>
    <w:rsid w:val="0029639D"/>
    <w:rsid w:val="00326F90"/>
    <w:rsid w:val="0055176F"/>
    <w:rsid w:val="00AA1D8D"/>
    <w:rsid w:val="00B47730"/>
    <w:rsid w:val="00CB0664"/>
    <w:rsid w:val="00F017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1F9F0"/>
  <w14:defaultImageDpi w14:val="300"/>
  <w15:docId w15:val="{B7DA78DB-80CA-4F02-894C-369C3B07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10130</Words>
  <Characters>57746</Characters>
  <Application>Microsoft Office Word</Application>
  <DocSecurity>0</DocSecurity>
  <Lines>481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2022-10-29T09:58:00Z</dcterms:created>
  <dcterms:modified xsi:type="dcterms:W3CDTF">2022-10-29T09:58:00Z</dcterms:modified>
  <cp:category/>
</cp:coreProperties>
</file>