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78"/>
        <w:ind w:left="0" w:right="0"/>
      </w:pPr>
    </w:p>
    <w:p>
      <w:pPr>
        <w:autoSpaceDN w:val="0"/>
        <w:autoSpaceDE w:val="0"/>
        <w:widowControl/>
        <w:spacing w:line="230" w:lineRule="auto" w:before="0" w:after="0"/>
        <w:ind w:left="792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МИНИСТЕРСТВО ПРОСВЕЩЕНИЯ РОССИЙСКОЙ ФЕДЕРАЦИИ</w:t>
      </w:r>
    </w:p>
    <w:p>
      <w:pPr>
        <w:autoSpaceDN w:val="0"/>
        <w:autoSpaceDE w:val="0"/>
        <w:widowControl/>
        <w:spacing w:line="230" w:lineRule="auto" w:before="670" w:after="0"/>
        <w:ind w:left="1764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Министерство образования и науки Хабаровского края</w:t>
      </w:r>
    </w:p>
    <w:p>
      <w:pPr>
        <w:autoSpaceDN w:val="0"/>
        <w:autoSpaceDE w:val="0"/>
        <w:widowControl/>
        <w:spacing w:line="230" w:lineRule="auto" w:before="670" w:after="0"/>
        <w:ind w:left="948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Уравление образования администрации города Комсомольска - Амуре</w:t>
      </w:r>
    </w:p>
    <w:p>
      <w:pPr>
        <w:autoSpaceDN w:val="0"/>
        <w:autoSpaceDE w:val="0"/>
        <w:widowControl/>
        <w:spacing w:line="230" w:lineRule="auto" w:before="670" w:after="0"/>
        <w:ind w:left="0" w:right="4150" w:firstLine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МОУ СОШ № 3</w:t>
      </w:r>
    </w:p>
    <w:p>
      <w:pPr>
        <w:autoSpaceDN w:val="0"/>
        <w:autoSpaceDE w:val="0"/>
        <w:widowControl/>
        <w:spacing w:line="230" w:lineRule="auto" w:before="1436" w:after="0"/>
        <w:ind w:left="0" w:right="2284" w:firstLine="0"/>
        <w:jc w:val="right"/>
      </w:pPr>
      <w:r>
        <w:rPr>
          <w:w w:val="102.02845573425292"/>
          <w:rFonts w:ascii="Times New Roman" w:hAnsi="Times New Roman" w:eastAsia="Times New Roman"/>
          <w:b w:val="0"/>
          <w:i w:val="0"/>
          <w:color w:val="000000"/>
          <w:sz w:val="20"/>
        </w:rPr>
        <w:t>Утвержено</w:t>
      </w:r>
    </w:p>
    <w:p>
      <w:pPr>
        <w:autoSpaceDN w:val="0"/>
        <w:autoSpaceDE w:val="0"/>
        <w:widowControl/>
        <w:spacing w:line="230" w:lineRule="auto" w:before="0" w:after="0"/>
        <w:ind w:left="0" w:right="2416" w:firstLine="0"/>
        <w:jc w:val="right"/>
      </w:pPr>
      <w:r>
        <w:rPr>
          <w:w w:val="102.02845573425292"/>
          <w:rFonts w:ascii="Times New Roman" w:hAnsi="Times New Roman" w:eastAsia="Times New Roman"/>
          <w:b w:val="0"/>
          <w:i w:val="0"/>
          <w:color w:val="000000"/>
          <w:sz w:val="20"/>
        </w:rPr>
        <w:t>Директор</w:t>
      </w:r>
    </w:p>
    <w:p>
      <w:pPr>
        <w:autoSpaceDN w:val="0"/>
        <w:autoSpaceDE w:val="0"/>
        <w:widowControl/>
        <w:spacing w:line="230" w:lineRule="auto" w:before="182" w:after="0"/>
        <w:ind w:left="0" w:right="176" w:firstLine="0"/>
        <w:jc w:val="right"/>
      </w:pPr>
      <w:r>
        <w:rPr>
          <w:w w:val="102.02845573425292"/>
          <w:rFonts w:ascii="Times New Roman" w:hAnsi="Times New Roman" w:eastAsia="Times New Roman"/>
          <w:b w:val="0"/>
          <w:i w:val="0"/>
          <w:color w:val="000000"/>
          <w:sz w:val="20"/>
        </w:rPr>
        <w:t>______________Галяутдинова Н.Л.</w:t>
      </w:r>
    </w:p>
    <w:p>
      <w:pPr>
        <w:autoSpaceDN w:val="0"/>
        <w:autoSpaceDE w:val="0"/>
        <w:widowControl/>
        <w:spacing w:line="230" w:lineRule="auto" w:before="182" w:after="0"/>
        <w:ind w:left="0" w:right="1702" w:firstLine="0"/>
        <w:jc w:val="right"/>
      </w:pPr>
      <w:r>
        <w:rPr>
          <w:w w:val="102.02845573425292"/>
          <w:rFonts w:ascii="Times New Roman" w:hAnsi="Times New Roman" w:eastAsia="Times New Roman"/>
          <w:b w:val="0"/>
          <w:i w:val="0"/>
          <w:color w:val="000000"/>
          <w:sz w:val="20"/>
        </w:rPr>
        <w:t>Приказ №333 - од</w:t>
      </w:r>
    </w:p>
    <w:p>
      <w:pPr>
        <w:autoSpaceDN w:val="0"/>
        <w:autoSpaceDE w:val="0"/>
        <w:widowControl/>
        <w:spacing w:line="230" w:lineRule="auto" w:before="182" w:after="0"/>
        <w:ind w:left="0" w:right="1682" w:firstLine="0"/>
        <w:jc w:val="right"/>
      </w:pPr>
      <w:r>
        <w:rPr>
          <w:w w:val="102.02845573425292"/>
          <w:rFonts w:ascii="Times New Roman" w:hAnsi="Times New Roman" w:eastAsia="Times New Roman"/>
          <w:b w:val="0"/>
          <w:i w:val="0"/>
          <w:color w:val="000000"/>
          <w:sz w:val="20"/>
        </w:rPr>
        <w:t>от "30" 08  2022 г.</w:t>
      </w:r>
    </w:p>
    <w:p>
      <w:pPr>
        <w:autoSpaceDN w:val="0"/>
        <w:autoSpaceDE w:val="0"/>
        <w:widowControl/>
        <w:spacing w:line="230" w:lineRule="auto" w:before="1038" w:after="0"/>
        <w:ind w:left="0" w:right="3640" w:firstLine="0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РАБОЧАЯ ПРОГРАММА</w:t>
      </w:r>
    </w:p>
    <w:p>
      <w:pPr>
        <w:autoSpaceDN w:val="0"/>
        <w:autoSpaceDE w:val="0"/>
        <w:widowControl/>
        <w:spacing w:line="230" w:lineRule="auto" w:before="70" w:after="0"/>
        <w:ind w:left="0" w:right="4412" w:firstLine="0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(ID 4681619)</w:t>
      </w:r>
    </w:p>
    <w:p>
      <w:pPr>
        <w:autoSpaceDN w:val="0"/>
        <w:autoSpaceDE w:val="0"/>
        <w:widowControl/>
        <w:spacing w:line="230" w:lineRule="auto" w:before="166" w:after="0"/>
        <w:ind w:left="0" w:right="4012" w:firstLine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учебного предмета</w:t>
      </w:r>
    </w:p>
    <w:p>
      <w:pPr>
        <w:autoSpaceDN w:val="0"/>
        <w:autoSpaceDE w:val="0"/>
        <w:widowControl/>
        <w:spacing w:line="230" w:lineRule="auto" w:before="70" w:after="0"/>
        <w:ind w:left="0" w:right="3922" w:firstLine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«Окружающий мир»</w:t>
      </w:r>
    </w:p>
    <w:p>
      <w:pPr>
        <w:autoSpaceDN w:val="0"/>
        <w:autoSpaceDE w:val="0"/>
        <w:widowControl/>
        <w:spacing w:line="230" w:lineRule="auto" w:before="670" w:after="0"/>
        <w:ind w:left="2292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для 1 класса начального общего образования</w:t>
      </w:r>
    </w:p>
    <w:p>
      <w:pPr>
        <w:autoSpaceDN w:val="0"/>
        <w:autoSpaceDE w:val="0"/>
        <w:widowControl/>
        <w:spacing w:line="230" w:lineRule="auto" w:before="70" w:after="0"/>
        <w:ind w:left="0" w:right="3550" w:firstLine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на 2022 - 2023  учебный год</w:t>
      </w:r>
    </w:p>
    <w:p>
      <w:pPr>
        <w:autoSpaceDN w:val="0"/>
        <w:autoSpaceDE w:val="0"/>
        <w:widowControl/>
        <w:spacing w:line="230" w:lineRule="auto" w:before="2112" w:after="0"/>
        <w:ind w:left="0" w:right="24" w:firstLine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Составитель: Марининова Галина Михайловна</w:t>
      </w:r>
    </w:p>
    <w:p>
      <w:pPr>
        <w:autoSpaceDN w:val="0"/>
        <w:autoSpaceDE w:val="0"/>
        <w:widowControl/>
        <w:spacing w:line="230" w:lineRule="auto" w:before="70" w:after="0"/>
        <w:ind w:left="0" w:right="20" w:firstLine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учитель начальных классов</w:t>
      </w:r>
    </w:p>
    <w:p>
      <w:pPr>
        <w:autoSpaceDN w:val="0"/>
        <w:autoSpaceDE w:val="0"/>
        <w:widowControl/>
        <w:spacing w:line="230" w:lineRule="auto" w:before="2830" w:after="0"/>
        <w:ind w:left="0" w:right="3356" w:firstLine="0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г. Комсомольск - на Амуре 2022</w:t>
      </w:r>
    </w:p>
    <w:p>
      <w:pPr>
        <w:sectPr>
          <w:pgSz w:w="11900" w:h="16840"/>
          <w:pgMar w:top="298" w:right="880" w:bottom="296" w:left="1440" w:header="720" w:footer="720" w:gutter="0"/>
          <w:cols w:space="720" w:num="1" w:equalWidth="0">
            <w:col w:w="9580" w:space="0"/>
          </w:cols>
          <w:docGrid w:linePitch="360"/>
        </w:sectPr>
      </w:pPr>
    </w:p>
    <w:p>
      <w:pPr>
        <w:sectPr>
          <w:pgSz w:w="11900" w:h="16840"/>
          <w:pgMar w:top="1440" w:right="1440" w:bottom="1440" w:left="1440" w:header="720" w:footer="720" w:gutter="0"/>
          <w:cols w:space="720" w:num="1" w:equalWidth="0"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78"/>
        <w:ind w:left="0" w:right="0"/>
      </w:pPr>
    </w:p>
    <w:p>
      <w:pPr>
        <w:autoSpaceDN w:val="0"/>
        <w:autoSpaceDE w:val="0"/>
        <w:widowControl/>
        <w:spacing w:line="230" w:lineRule="auto" w:before="0" w:after="0"/>
        <w:ind w:left="0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ПОЯСНИТЕЛЬНАЯ ЗАПИСКА</w:t>
      </w:r>
    </w:p>
    <w:p>
      <w:pPr>
        <w:autoSpaceDN w:val="0"/>
        <w:autoSpaceDE w:val="0"/>
        <w:widowControl/>
        <w:spacing w:line="271" w:lineRule="auto" w:before="346" w:after="0"/>
        <w:ind w:left="0" w:right="288" w:firstLine="18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Программа по учебному предмету «Окружающий мир» (предметная область «Обществознание 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естествознание» («Окружающий мир») включает: пояснительную записку, содержание обучения,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планируемые результаты освоения программы учебного предмета, тематическое планирование.</w:t>
      </w:r>
    </w:p>
    <w:p>
      <w:pPr>
        <w:autoSpaceDN w:val="0"/>
        <w:autoSpaceDE w:val="0"/>
        <w:widowControl/>
        <w:spacing w:line="276" w:lineRule="auto" w:before="70" w:after="0"/>
        <w:ind w:left="0" w:right="144" w:firstLine="18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Пояснительная записка отражает общие цели и задачи изучения предмета, характеристику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психологических предпосылок к его изучению младшими школьниками; место в структуре учебного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плана, а также подходы к отбору содержания, планируемым результатам и тематическому </w:t>
      </w:r>
      <w:r>
        <w:br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планированию.</w:t>
      </w:r>
    </w:p>
    <w:p>
      <w:pPr>
        <w:autoSpaceDN w:val="0"/>
        <w:autoSpaceDE w:val="0"/>
        <w:widowControl/>
        <w:spacing w:line="286" w:lineRule="auto" w:before="70" w:after="0"/>
        <w:ind w:left="0" w:right="144" w:firstLine="18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Содержание обучения раскрывает  содержательные  линии для обязательного изучения в 1 классе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начальной школы. Содержание обучения в 1 классе завершатся перечнем универсальных учебных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действий (УУД) — познавательных, коммуникативных и регулятивных, которые возможно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формировать средствами  учебного  предмета  «Окружающий  мир» с   учётом   возрастных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особенностей   младших   школьников. В первом классе предлагается пропедевтический уровень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формирования УУД, поскольку становление универсальности действий на этом этапе обучения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только начинается. С учётом того, что выполнение правил совместной деятельности строится на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интеграции регулятивных (определенные волевые усилия, саморегуляция, самоконтроль, проявление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терпения и доброжелательности при налаживании отношений) и коммуникативных (способность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вербальными средствами устанавливать взаимоотношения) универсальных учебных действий, их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перечень дан в специальном разделе — «Совместная деятельность».</w:t>
      </w:r>
    </w:p>
    <w:p>
      <w:pPr>
        <w:autoSpaceDN w:val="0"/>
        <w:tabs>
          <w:tab w:pos="180" w:val="left"/>
        </w:tabs>
        <w:autoSpaceDE w:val="0"/>
        <w:widowControl/>
        <w:spacing w:line="281" w:lineRule="auto" w:before="70" w:after="0"/>
        <w:ind w:left="0" w:right="0" w:firstLine="0"/>
        <w:jc w:val="left"/>
      </w:pPr>
      <w:r>
        <w:tab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Планируемые результаты включают личностные, метапредметные результаты за период обучения, а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также предметные достижения младшего школьника за первый год обучения в начальной школе. </w:t>
      </w:r>
      <w:r>
        <w:tab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В тематическом планировании описывается программное содержание по всем разделам содержания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обучения 1 класса, а также раскрываются методы и формы организации обучения и характеристика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деятельностей, которые целесообразно использовать при изучении той или иной программной темы. </w:t>
      </w:r>
      <w:r>
        <w:tab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Представлены также способы организации дифференцированного обучения.</w:t>
      </w:r>
    </w:p>
    <w:p>
      <w:pPr>
        <w:autoSpaceDN w:val="0"/>
        <w:autoSpaceDE w:val="0"/>
        <w:widowControl/>
        <w:spacing w:line="281" w:lineRule="auto" w:before="70" w:after="0"/>
        <w:ind w:left="0" w:right="432" w:firstLine="18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Рабочая программа по предмету «Окружающий мир» на уровне 1 класса начального общего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образования составлена на основе требований к результатам освоения основной образовательной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программы начального общего образования, представленных в Федеральном государственном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образовательном стандарте начального общего образования, Примерной программы воспитания, а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также с учётом историко-культурного  стандарта.</w:t>
      </w:r>
    </w:p>
    <w:p>
      <w:pPr>
        <w:autoSpaceDN w:val="0"/>
        <w:autoSpaceDE w:val="0"/>
        <w:widowControl/>
        <w:spacing w:line="271" w:lineRule="auto" w:before="72" w:after="0"/>
        <w:ind w:left="0" w:right="288" w:firstLine="18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Изучение предмета «Окружающий мир», интегрирующего знания о природе, предметном мире,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обществе и взаимодействии людей в нём, соответствует потребностям и интересам детей младшего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школьного возраста и направлено на достижение следующих целей:</w:t>
      </w:r>
    </w:p>
    <w:p>
      <w:pPr>
        <w:autoSpaceDN w:val="0"/>
        <w:autoSpaceDE w:val="0"/>
        <w:widowControl/>
        <w:spacing w:line="276" w:lineRule="auto" w:before="178" w:after="0"/>
        <w:ind w:left="420" w:right="288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формирование целостного взгляда на мир, осознание места в нём человека на основе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целостного взгляда на окружающий мир (природную и социальную среду обитания); освоение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естественнонаучных, обществоведческих, нравственно этических понятий, представленных в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содержании данного учебного предмета; </w:t>
      </w:r>
    </w:p>
    <w:p>
      <w:pPr>
        <w:autoSpaceDN w:val="0"/>
        <w:autoSpaceDE w:val="0"/>
        <w:widowControl/>
        <w:spacing w:line="276" w:lineRule="auto" w:before="190" w:after="0"/>
        <w:ind w:left="42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развитие умений  и  навыков  применять  полученные  знания в реальной  учебной  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жизненной  практике,  связанной  как с поисково-исследовательской деятельностью (наблюдения,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опыты, трудовая деятельность), так и с творческим использованием приобретённых знаний в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речевой, изобразительной, художественной деятельности; </w:t>
      </w:r>
    </w:p>
    <w:p>
      <w:pPr>
        <w:autoSpaceDN w:val="0"/>
        <w:autoSpaceDE w:val="0"/>
        <w:widowControl/>
        <w:spacing w:line="271" w:lineRule="auto" w:before="190" w:after="0"/>
        <w:ind w:left="420" w:right="14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духовно-нравственное развитие и воспитание личности гражданина России, понимание своей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принадлежности к Российскому государству, определённому этносу; проявление уважения к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истории, культуре, традициям народов РФ; освоение младшими школьниками мирового</w:t>
      </w:r>
    </w:p>
    <w:p>
      <w:pPr>
        <w:sectPr>
          <w:pgSz w:w="11900" w:h="16840"/>
          <w:pgMar w:top="298" w:right="650" w:bottom="450" w:left="666" w:header="720" w:footer="720" w:gutter="0"/>
          <w:cols w:space="720" w:num="1" w:equalWidth="0"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6"/>
        <w:ind w:left="0" w:right="0"/>
      </w:pPr>
    </w:p>
    <w:p>
      <w:pPr>
        <w:autoSpaceDN w:val="0"/>
        <w:autoSpaceDE w:val="0"/>
        <w:widowControl/>
        <w:spacing w:line="262" w:lineRule="auto" w:before="0" w:after="0"/>
        <w:ind w:left="420" w:right="432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культурного опыта по созданию общечеловеческих ценностей, законов и правил построения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взаимоотношений в социуме; обогащение духовного богатства обучающихся; </w:t>
      </w:r>
    </w:p>
    <w:p>
      <w:pPr>
        <w:autoSpaceDN w:val="0"/>
        <w:autoSpaceDE w:val="0"/>
        <w:widowControl/>
        <w:spacing w:line="281" w:lineRule="auto" w:before="190" w:after="0"/>
        <w:ind w:left="42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развитие способности ребёнка к социализации на основе принятия гуманистических норм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жизни, приобретение опыта эмоционально-положительного отношения к природе в соответствии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с экологическими нормами поведения; становление навыков повседневного проявления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культуры общения, гуманного отношения к людям,  уважительного  отношения  к их взглядам,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мнению и индивидуальности</w:t>
      </w:r>
    </w:p>
    <w:p>
      <w:pPr>
        <w:autoSpaceDN w:val="0"/>
        <w:autoSpaceDE w:val="0"/>
        <w:widowControl/>
        <w:spacing w:line="286" w:lineRule="auto" w:before="178" w:after="0"/>
        <w:ind w:left="0" w:right="0" w:firstLine="18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Центральной идеей конструирования содержания и планируемых результатов обучения является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раскрытие роли человека в природе и обществе, ознакомление с правилами поведения в среде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обитания и освоение общечеловеческих ценностей взаимодействия в системах «Человек и природа»,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«Человек и общество», «Человек и другие люди», «Человек и познание». Важнейшей составляющей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всех указанных систем является содержание, усвоение которого гарантирует формирование у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обучающихся навыков здорового и безопасного образа жизни на основе развивающейся способности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предвидеть результаты своих поступков и оценки возникшей ситуации.  Отбор содержания курса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«Окружающий мир» осуществлён на основе следующих ведущих идей:</w:t>
      </w:r>
    </w:p>
    <w:p>
      <w:pPr>
        <w:autoSpaceDN w:val="0"/>
        <w:autoSpaceDE w:val="0"/>
        <w:widowControl/>
        <w:spacing w:line="230" w:lineRule="auto" w:before="178" w:after="0"/>
        <w:ind w:left="42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раскрытие роли человека в природе и обществе; </w:t>
      </w:r>
    </w:p>
    <w:p>
      <w:pPr>
        <w:autoSpaceDN w:val="0"/>
        <w:autoSpaceDE w:val="0"/>
        <w:widowControl/>
        <w:spacing w:line="271" w:lineRule="auto" w:before="190" w:after="0"/>
        <w:ind w:left="420" w:right="432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—  освоение общечеловеческих ценностей взаимодействия в системах «Человек и природа»,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«Человек и общество», «Человек и другие люди», «Человек и его самость», «Человек 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познание».</w:t>
      </w:r>
    </w:p>
    <w:p>
      <w:pPr>
        <w:autoSpaceDN w:val="0"/>
        <w:tabs>
          <w:tab w:pos="180" w:val="left"/>
        </w:tabs>
        <w:autoSpaceDE w:val="0"/>
        <w:widowControl/>
        <w:spacing w:line="262" w:lineRule="auto" w:before="178" w:after="0"/>
        <w:ind w:left="0" w:right="288" w:firstLine="0"/>
        <w:jc w:val="left"/>
      </w:pPr>
      <w:r>
        <w:tab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Общее число часов, отведённых на изучение курса «Окружающий мир» в 1 классе составляет 66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часов (два часа в неделю).</w:t>
      </w:r>
    </w:p>
    <w:p>
      <w:pPr>
        <w:sectPr>
          <w:pgSz w:w="11900" w:h="16840"/>
          <w:pgMar w:top="286" w:right="766" w:bottom="1440" w:left="666" w:header="720" w:footer="720" w:gutter="0"/>
          <w:cols w:space="720" w:num="1" w:equalWidth="0">
            <w:col w:w="10468" w:space="0"/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78"/>
        <w:ind w:left="0" w:right="0"/>
      </w:pPr>
    </w:p>
    <w:p>
      <w:pPr>
        <w:autoSpaceDN w:val="0"/>
        <w:autoSpaceDE w:val="0"/>
        <w:widowControl/>
        <w:spacing w:line="230" w:lineRule="auto" w:before="0" w:after="0"/>
        <w:ind w:left="0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СОДЕРЖАНИЕ УЧЕБНОГО ПРЕДМЕТА </w:t>
      </w:r>
    </w:p>
    <w:p>
      <w:pPr>
        <w:autoSpaceDN w:val="0"/>
        <w:tabs>
          <w:tab w:pos="180" w:val="left"/>
        </w:tabs>
        <w:autoSpaceDE w:val="0"/>
        <w:widowControl/>
        <w:spacing w:line="281" w:lineRule="auto" w:before="346" w:after="0"/>
        <w:ind w:left="0" w:right="0" w:firstLine="0"/>
        <w:jc w:val="left"/>
      </w:pPr>
      <w:r>
        <w:tab/>
      </w:r>
      <w:r>
        <w:rPr>
          <w:rFonts w:ascii="Times New Roman" w:hAnsi="Times New Roman" w:eastAsia="Times New Roman"/>
          <w:b w:val="0"/>
          <w:i/>
          <w:color w:val="000000"/>
          <w:sz w:val="24"/>
        </w:rPr>
        <w:t xml:space="preserve">Человек и общество </w:t>
      </w:r>
      <w:r>
        <w:br/>
      </w:r>
      <w:r>
        <w:tab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Школа. Школьные традиции и праздники. Адрес школы. Классный, школьный коллектив. Друзья,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взаимоотношения между ними; ценность дружбы, согласия, взаимной помощи. Совместная </w:t>
      </w:r>
      <w:r>
        <w:br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деятельность с одноклассниками — учёба, игры, отдых. Рабочее место школьника: удобное </w:t>
      </w:r>
      <w:r>
        <w:br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размещение учебных материалов и учебного оборудования; поза; освещение рабочего места. Правила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безопасной работы на учебном месте. Режим труда и отдыха.</w:t>
      </w:r>
    </w:p>
    <w:p>
      <w:pPr>
        <w:autoSpaceDN w:val="0"/>
        <w:tabs>
          <w:tab w:pos="180" w:val="left"/>
        </w:tabs>
        <w:autoSpaceDE w:val="0"/>
        <w:widowControl/>
        <w:spacing w:line="262" w:lineRule="auto" w:before="70" w:after="0"/>
        <w:ind w:left="0" w:right="864" w:firstLine="0"/>
        <w:jc w:val="left"/>
      </w:pPr>
      <w:r>
        <w:tab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Семья.  Моя семья в прошлом и настоящем.  Имена и фамилии членов семьи, их профессии.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Взаимоотношения и взаимопомощь в семье.  Совместный труд и отдых.  Домашний адрес.</w:t>
      </w:r>
    </w:p>
    <w:p>
      <w:pPr>
        <w:autoSpaceDN w:val="0"/>
        <w:autoSpaceDE w:val="0"/>
        <w:widowControl/>
        <w:spacing w:line="276" w:lineRule="auto" w:before="72" w:after="0"/>
        <w:ind w:left="0" w:right="0" w:firstLine="18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Россия — наша Родина. Москва — столица России. Символы России (герб, флаг, гимн). Народы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России. Первоначальные сведения о родном крае. Название своего населённого пункта (города, села),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региона. Культурные объекты родного края. Ценность и красота рукотворного  мира.    Правила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поведения в социуме.</w:t>
      </w:r>
    </w:p>
    <w:p>
      <w:pPr>
        <w:autoSpaceDN w:val="0"/>
        <w:tabs>
          <w:tab w:pos="180" w:val="left"/>
        </w:tabs>
        <w:autoSpaceDE w:val="0"/>
        <w:widowControl/>
        <w:spacing w:line="281" w:lineRule="auto" w:before="70" w:after="0"/>
        <w:ind w:left="0" w:right="0" w:firstLine="0"/>
        <w:jc w:val="left"/>
      </w:pPr>
      <w:r>
        <w:tab/>
      </w:r>
      <w:r>
        <w:rPr>
          <w:rFonts w:ascii="Times New Roman" w:hAnsi="Times New Roman" w:eastAsia="Times New Roman"/>
          <w:b w:val="0"/>
          <w:i/>
          <w:color w:val="000000"/>
          <w:sz w:val="24"/>
        </w:rPr>
        <w:t xml:space="preserve">Человек и природа </w:t>
      </w:r>
      <w:r>
        <w:br/>
      </w:r>
      <w:r>
        <w:tab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Природа — среда обитания человека. Природа и предметы, созданные человеком. Природные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материалы. Бережное отношение к предметам, вещам, уход за ними. Неживая и живая природа.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Наблюдение за погодой своего края. Погода и термометр. Определение температуры воздуха (воды)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по термометру. Сезонные изменения в природе.  Взаимосвязи между человеком и природой.  Правила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нравственного и безопасного поведения в природе.</w:t>
      </w:r>
    </w:p>
    <w:p>
      <w:pPr>
        <w:autoSpaceDN w:val="0"/>
        <w:autoSpaceDE w:val="0"/>
        <w:widowControl/>
        <w:spacing w:line="276" w:lineRule="auto" w:before="70" w:after="0"/>
        <w:ind w:left="0" w:right="144" w:firstLine="18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Растительный мир. Растения ближайшего окружения (узнавание, называние, краткое описание).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Лиственные и хвойные растения. Дикорастущие и культурные растения. Части растения (называние,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краткая характеристика значения для жизни растения): корень, стебель, лист, цветок, плод, семя.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Комнатные растения, правила содержания и ухода.</w:t>
      </w:r>
    </w:p>
    <w:p>
      <w:pPr>
        <w:autoSpaceDN w:val="0"/>
        <w:tabs>
          <w:tab w:pos="180" w:val="left"/>
        </w:tabs>
        <w:autoSpaceDE w:val="0"/>
        <w:widowControl/>
        <w:spacing w:line="262" w:lineRule="auto" w:before="70" w:after="0"/>
        <w:ind w:left="0" w:right="576" w:firstLine="0"/>
        <w:jc w:val="left"/>
      </w:pPr>
      <w:r>
        <w:tab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Мир животных Разные группы животных (звери, насекомые, птицы, рыбы и др. ). Домашние 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дикие животные (различия в условиях жизни). Забота о домашних питомцах.</w:t>
      </w:r>
    </w:p>
    <w:p>
      <w:pPr>
        <w:autoSpaceDN w:val="0"/>
        <w:autoSpaceDE w:val="0"/>
        <w:widowControl/>
        <w:spacing w:line="262" w:lineRule="auto" w:before="70" w:after="0"/>
        <w:ind w:left="180" w:right="144" w:firstLine="0"/>
        <w:jc w:val="left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 xml:space="preserve">Правила безопасной жизни </w:t>
      </w:r>
      <w:r>
        <w:br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Понимание необходимости соблюдения режима дня, правил здорового питания и личной гигиены. </w:t>
      </w:r>
    </w:p>
    <w:p>
      <w:pPr>
        <w:autoSpaceDN w:val="0"/>
        <w:autoSpaceDE w:val="0"/>
        <w:widowControl/>
        <w:spacing w:line="230" w:lineRule="auto" w:before="70" w:after="0"/>
        <w:ind w:left="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Правила безопасности в быту: пользование бытовыми электроприборами, газовыми плитами.</w:t>
      </w:r>
    </w:p>
    <w:p>
      <w:pPr>
        <w:autoSpaceDN w:val="0"/>
        <w:tabs>
          <w:tab w:pos="180" w:val="left"/>
        </w:tabs>
        <w:autoSpaceDE w:val="0"/>
        <w:widowControl/>
        <w:spacing w:line="262" w:lineRule="auto" w:before="70" w:after="0"/>
        <w:ind w:left="0" w:right="288" w:firstLine="0"/>
        <w:jc w:val="left"/>
      </w:pPr>
      <w:r>
        <w:tab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Дорога от дома до школы. Правила безопасного поведения пешехода (дорожные знаки, дорожная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разметка, дорожные сигналы).</w:t>
      </w:r>
    </w:p>
    <w:p>
      <w:pPr>
        <w:autoSpaceDN w:val="0"/>
        <w:tabs>
          <w:tab w:pos="180" w:val="left"/>
        </w:tabs>
        <w:autoSpaceDE w:val="0"/>
        <w:widowControl/>
        <w:spacing w:line="262" w:lineRule="auto" w:before="72" w:after="0"/>
        <w:ind w:left="0" w:right="432" w:firstLine="0"/>
        <w:jc w:val="left"/>
      </w:pPr>
      <w:r>
        <w:tab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Безопасность в сети Интернет (электронный дневник и электронные ресурсы школы) в условиях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контролируемого доступа в Интернет.</w:t>
      </w:r>
    </w:p>
    <w:p>
      <w:pPr>
        <w:autoSpaceDN w:val="0"/>
        <w:autoSpaceDE w:val="0"/>
        <w:widowControl/>
        <w:spacing w:line="262" w:lineRule="auto" w:before="192" w:after="0"/>
        <w:ind w:left="180" w:right="3456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Универсальные учебные действия (пропедевтический уровень) </w:t>
      </w:r>
      <w:r>
        <w:rPr>
          <w:rFonts w:ascii="Times New Roman" w:hAnsi="Times New Roman" w:eastAsia="Times New Roman"/>
          <w:b w:val="0"/>
          <w:i/>
          <w:color w:val="000000"/>
          <w:sz w:val="24"/>
        </w:rPr>
        <w:t>Познавательные универсальные учебные действия:</w:t>
      </w:r>
    </w:p>
    <w:p>
      <w:pPr>
        <w:autoSpaceDN w:val="0"/>
        <w:autoSpaceDE w:val="0"/>
        <w:widowControl/>
        <w:spacing w:line="262" w:lineRule="auto" w:before="178" w:after="0"/>
        <w:ind w:left="420" w:right="14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сравнивать происходящие в природе изменения, наблюдать зависимость изменений в живой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природе от состояния неживой природы; </w:t>
      </w:r>
    </w:p>
    <w:p>
      <w:pPr>
        <w:autoSpaceDN w:val="0"/>
        <w:autoSpaceDE w:val="0"/>
        <w:widowControl/>
        <w:spacing w:line="262" w:lineRule="auto" w:before="190" w:after="0"/>
        <w:ind w:left="420" w:right="288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приводить примеры представителей разных групп животных (звери, насекомые, рыбы,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птицы), называть главную особенность представителей одной группы (в пределах изученного); </w:t>
      </w:r>
    </w:p>
    <w:p>
      <w:pPr>
        <w:autoSpaceDN w:val="0"/>
        <w:autoSpaceDE w:val="0"/>
        <w:widowControl/>
        <w:spacing w:line="262" w:lineRule="auto" w:before="190" w:after="0"/>
        <w:ind w:left="420" w:right="14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приводить примеры лиственных и хвойных растений, сравнивать их, устанавливать различия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во внешнем виде.</w:t>
      </w:r>
    </w:p>
    <w:p>
      <w:pPr>
        <w:autoSpaceDN w:val="0"/>
        <w:autoSpaceDE w:val="0"/>
        <w:widowControl/>
        <w:spacing w:line="230" w:lineRule="auto" w:before="178" w:after="0"/>
        <w:ind w:left="180" w:right="0" w:firstLine="0"/>
        <w:jc w:val="left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Работа с информацией:</w:t>
      </w:r>
    </w:p>
    <w:p>
      <w:pPr>
        <w:autoSpaceDN w:val="0"/>
        <w:autoSpaceDE w:val="0"/>
        <w:widowControl/>
        <w:spacing w:line="262" w:lineRule="auto" w:before="178" w:after="0"/>
        <w:ind w:left="42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понимать, что информация может быть представлена в разной форме — текста, иллюстраций,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видео, таблицы; </w:t>
      </w:r>
    </w:p>
    <w:p>
      <w:pPr>
        <w:sectPr>
          <w:pgSz w:w="11900" w:h="16840"/>
          <w:pgMar w:top="298" w:right="650" w:bottom="450" w:left="666" w:header="720" w:footer="720" w:gutter="0"/>
          <w:cols w:space="720" w:num="1" w:equalWidth="0">
            <w:col w:w="10584" w:space="0"/>
            <w:col w:w="10468" w:space="0"/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08"/>
        <w:ind w:left="0" w:right="0"/>
      </w:pPr>
    </w:p>
    <w:p>
      <w:pPr>
        <w:autoSpaceDN w:val="0"/>
        <w:autoSpaceDE w:val="0"/>
        <w:widowControl/>
        <w:spacing w:line="230" w:lineRule="auto" w:before="0" w:after="0"/>
        <w:ind w:left="2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—  соотносить иллюстрацию явления (объекта, предмета) с его названием.</w:t>
      </w:r>
    </w:p>
    <w:p>
      <w:pPr>
        <w:autoSpaceDN w:val="0"/>
        <w:autoSpaceDE w:val="0"/>
        <w:widowControl/>
        <w:spacing w:line="230" w:lineRule="auto" w:before="178" w:after="0"/>
        <w:ind w:left="0" w:right="0" w:firstLine="0"/>
        <w:jc w:val="left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Коммуникативные универсальные учебные действия:</w:t>
      </w:r>
    </w:p>
    <w:p>
      <w:pPr>
        <w:autoSpaceDN w:val="0"/>
        <w:autoSpaceDE w:val="0"/>
        <w:widowControl/>
        <w:spacing w:line="262" w:lineRule="auto" w:before="178" w:after="0"/>
        <w:ind w:left="240" w:right="288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в процессе учебного диалога слушать говорящего; отвечать на вопросы, дополнять ответы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участников; уважительно от носиться к разным мнениям; </w:t>
      </w:r>
    </w:p>
    <w:p>
      <w:pPr>
        <w:autoSpaceDN w:val="0"/>
        <w:autoSpaceDE w:val="0"/>
        <w:widowControl/>
        <w:spacing w:line="262" w:lineRule="auto" w:before="190" w:after="0"/>
        <w:ind w:left="240" w:right="1008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воспроизводить названия своего населенного пункта, название страны, её столицы;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воспроизводить наизусть слова гимна России; </w:t>
      </w:r>
    </w:p>
    <w:p>
      <w:pPr>
        <w:autoSpaceDN w:val="0"/>
        <w:autoSpaceDE w:val="0"/>
        <w:widowControl/>
        <w:spacing w:line="262" w:lineRule="auto" w:before="190" w:after="0"/>
        <w:ind w:left="2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соотносить  предметы   декоративно-прикладного   искусства с принадлежностью народу РФ,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описывать предмет по предложенному плану; </w:t>
      </w:r>
    </w:p>
    <w:p>
      <w:pPr>
        <w:autoSpaceDN w:val="0"/>
        <w:autoSpaceDE w:val="0"/>
        <w:widowControl/>
        <w:spacing w:line="262" w:lineRule="auto" w:before="192" w:after="0"/>
        <w:ind w:left="240" w:right="432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описывать по предложенному плану время года, передавать в рассказе своё отношение к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природным явлениям; </w:t>
      </w:r>
    </w:p>
    <w:p>
      <w:pPr>
        <w:autoSpaceDN w:val="0"/>
        <w:autoSpaceDE w:val="0"/>
        <w:widowControl/>
        <w:spacing w:line="230" w:lineRule="auto" w:before="190" w:after="0"/>
        <w:ind w:left="2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—  сравнивать домашних и диких животных, объяснять, чем они различаются.</w:t>
      </w:r>
    </w:p>
    <w:p>
      <w:pPr>
        <w:autoSpaceDN w:val="0"/>
        <w:autoSpaceDE w:val="0"/>
        <w:widowControl/>
        <w:spacing w:line="230" w:lineRule="auto" w:before="178" w:after="0"/>
        <w:ind w:left="0" w:right="0" w:firstLine="0"/>
        <w:jc w:val="left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Регулятивные универсальные учебные действия:</w:t>
      </w:r>
    </w:p>
    <w:p>
      <w:pPr>
        <w:autoSpaceDN w:val="0"/>
        <w:autoSpaceDE w:val="0"/>
        <w:widowControl/>
        <w:spacing w:line="271" w:lineRule="auto" w:before="178" w:after="0"/>
        <w:ind w:left="2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сравнивать организацию своей жизни с установленными правилами здорового образа жизни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(выполнение режима, двигательная активность, закаливание, безопасность использования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бытовых электроприборов); </w:t>
      </w:r>
    </w:p>
    <w:p>
      <w:pPr>
        <w:autoSpaceDN w:val="0"/>
        <w:autoSpaceDE w:val="0"/>
        <w:widowControl/>
        <w:spacing w:line="262" w:lineRule="auto" w:before="190" w:after="0"/>
        <w:ind w:left="240" w:right="14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оценивать выполнение правил безопасного поведения на дорогах и улицах другими детьми,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выполнять самооценку; </w:t>
      </w:r>
    </w:p>
    <w:p>
      <w:pPr>
        <w:autoSpaceDN w:val="0"/>
        <w:autoSpaceDE w:val="0"/>
        <w:widowControl/>
        <w:spacing w:line="271" w:lineRule="auto" w:before="190" w:after="0"/>
        <w:ind w:left="2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анализировать предложенные ситуации: устанавливать нарушения режима дня, организации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учебной работы; нарушения правил дорожного движения, правил пользования электро 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газовыми приборами.</w:t>
      </w:r>
    </w:p>
    <w:p>
      <w:pPr>
        <w:autoSpaceDN w:val="0"/>
        <w:autoSpaceDE w:val="0"/>
        <w:widowControl/>
        <w:spacing w:line="230" w:lineRule="auto" w:before="178" w:after="0"/>
        <w:ind w:left="0" w:right="0" w:firstLine="0"/>
        <w:jc w:val="left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Совместная деятельность:</w:t>
      </w:r>
    </w:p>
    <w:p>
      <w:pPr>
        <w:autoSpaceDN w:val="0"/>
        <w:autoSpaceDE w:val="0"/>
        <w:widowControl/>
        <w:spacing w:line="271" w:lineRule="auto" w:before="178" w:after="0"/>
        <w:ind w:left="240" w:right="432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соблюдать правила общения в совместной деятельности: договариваться, справедливо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распределять работу, определять нарушение правил взаимоотношений, при участии учителя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устранять возникающие конфликты.</w:t>
      </w:r>
    </w:p>
    <w:p>
      <w:pPr>
        <w:sectPr>
          <w:pgSz w:w="11900" w:h="16840"/>
          <w:pgMar w:top="328" w:right="796" w:bottom="1440" w:left="846" w:header="720" w:footer="720" w:gutter="0"/>
          <w:cols w:space="720" w:num="1" w:equalWidth="0">
            <w:col w:w="10258" w:space="0"/>
            <w:col w:w="10584" w:space="0"/>
            <w:col w:w="10468" w:space="0"/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78"/>
        <w:ind w:left="0" w:right="0"/>
      </w:pPr>
    </w:p>
    <w:p>
      <w:pPr>
        <w:autoSpaceDN w:val="0"/>
        <w:autoSpaceDE w:val="0"/>
        <w:widowControl/>
        <w:spacing w:line="230" w:lineRule="auto" w:before="0" w:after="0"/>
        <w:ind w:left="0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ПЛАНИРУЕМЫЕ ОБРАЗОВАТЕЛЬНЫЕ РЕЗУЛЬТАТЫ</w:t>
      </w:r>
    </w:p>
    <w:p>
      <w:pPr>
        <w:autoSpaceDN w:val="0"/>
        <w:tabs>
          <w:tab w:pos="180" w:val="left"/>
        </w:tabs>
        <w:autoSpaceDE w:val="0"/>
        <w:widowControl/>
        <w:spacing w:line="262" w:lineRule="auto" w:before="346" w:after="0"/>
        <w:ind w:left="0" w:right="720" w:firstLine="0"/>
        <w:jc w:val="left"/>
      </w:pPr>
      <w:r>
        <w:tab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Изучение предмета "Окружающий мир" в 1 классе направлено на достижение обучающимися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личностных, метапредметных и предметных результатов освоения учебного предмета.</w:t>
      </w:r>
    </w:p>
    <w:p>
      <w:pPr>
        <w:autoSpaceDN w:val="0"/>
        <w:autoSpaceDE w:val="0"/>
        <w:widowControl/>
        <w:spacing w:line="230" w:lineRule="auto" w:before="226" w:after="0"/>
        <w:ind w:left="0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ЛИЧНОСТНЫЕ РЕЗУЛЬТАТЫ</w:t>
      </w:r>
    </w:p>
    <w:p>
      <w:pPr>
        <w:autoSpaceDN w:val="0"/>
        <w:tabs>
          <w:tab w:pos="180" w:val="left"/>
        </w:tabs>
        <w:autoSpaceDE w:val="0"/>
        <w:widowControl/>
        <w:spacing w:line="281" w:lineRule="auto" w:before="346" w:after="0"/>
        <w:ind w:left="0" w:right="720" w:firstLine="0"/>
        <w:jc w:val="left"/>
      </w:pPr>
      <w:r>
        <w:tab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Личностные результаты изучения предмета «Окружающий мир» характеризуют готовность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обучающихся руководствоваться традиционными российскими социокультурными и духовно-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нравственными ценностями, принятыми в обществе правилами и нормами поведения и должны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отражать приобретение первоначального опыта деятельности обучающихся, в части: </w:t>
      </w:r>
      <w:r>
        <w:br/>
      </w:r>
      <w:r>
        <w:tab/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>Гражданско-патриотического воспитания:</w:t>
      </w:r>
    </w:p>
    <w:p>
      <w:pPr>
        <w:autoSpaceDN w:val="0"/>
        <w:autoSpaceDE w:val="0"/>
        <w:widowControl/>
        <w:spacing w:line="262" w:lineRule="auto" w:before="180" w:after="0"/>
        <w:ind w:left="420" w:right="72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становление ценностного отношения к своей Родине — России; понимание особой роли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многонациональной России в современном мире; </w:t>
      </w:r>
    </w:p>
    <w:p>
      <w:pPr>
        <w:autoSpaceDN w:val="0"/>
        <w:autoSpaceDE w:val="0"/>
        <w:widowControl/>
        <w:spacing w:line="262" w:lineRule="auto" w:before="190" w:after="0"/>
        <w:ind w:left="42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осознание своей этнокультурной и российской гражданской идентичности, принадлежности к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российскому народу, к своей национальной общности; </w:t>
      </w:r>
    </w:p>
    <w:p>
      <w:pPr>
        <w:autoSpaceDN w:val="0"/>
        <w:autoSpaceDE w:val="0"/>
        <w:widowControl/>
        <w:spacing w:line="271" w:lineRule="auto" w:before="190" w:after="0"/>
        <w:ind w:left="420" w:right="14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сопричастность к прошлому, настоящему и будущему своей страны и родного края;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проявление интереса к истории и многонациональной культуре своей страны, уважения к своему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и другим народам; </w:t>
      </w:r>
    </w:p>
    <w:p>
      <w:pPr>
        <w:autoSpaceDN w:val="0"/>
        <w:autoSpaceDE w:val="0"/>
        <w:widowControl/>
        <w:spacing w:line="262" w:lineRule="auto" w:before="190" w:after="0"/>
        <w:ind w:left="420" w:right="144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первоначальные представления о человеке как члене общества, осознание прав 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ответственности человека как члена общества.</w:t>
      </w:r>
    </w:p>
    <w:p>
      <w:pPr>
        <w:autoSpaceDN w:val="0"/>
        <w:autoSpaceDE w:val="0"/>
        <w:widowControl/>
        <w:spacing w:line="230" w:lineRule="auto" w:before="178" w:after="0"/>
        <w:ind w:left="180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Духовно-нравственного воспитания:</w:t>
      </w:r>
    </w:p>
    <w:p>
      <w:pPr>
        <w:autoSpaceDN w:val="0"/>
        <w:autoSpaceDE w:val="0"/>
        <w:widowControl/>
        <w:spacing w:line="262" w:lineRule="auto" w:before="178" w:after="0"/>
        <w:ind w:left="420" w:right="14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проявление культуры общения, уважительного отношения к людям, их взглядам, признанию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их индивидуальности; </w:t>
      </w:r>
    </w:p>
    <w:p>
      <w:pPr>
        <w:autoSpaceDN w:val="0"/>
        <w:autoSpaceDE w:val="0"/>
        <w:widowControl/>
        <w:spacing w:line="271" w:lineRule="auto" w:before="190" w:after="0"/>
        <w:ind w:left="420" w:right="86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принятие существующих в обществе нравственно-этических норм поведения и правил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межличностных отношений, которые строятся на проявлении гуманизма, сопереживания,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уважения и доброжелательности; </w:t>
      </w:r>
    </w:p>
    <w:p>
      <w:pPr>
        <w:autoSpaceDN w:val="0"/>
        <w:autoSpaceDE w:val="0"/>
        <w:widowControl/>
        <w:spacing w:line="271" w:lineRule="auto" w:before="190" w:after="0"/>
        <w:ind w:left="420" w:right="576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применение правил совместной деятельности, проявление способности договариваться,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неприятие любых форм поведения, направленных на причинение физического и морального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вреда другим людям.</w:t>
      </w:r>
    </w:p>
    <w:p>
      <w:pPr>
        <w:autoSpaceDN w:val="0"/>
        <w:autoSpaceDE w:val="0"/>
        <w:widowControl/>
        <w:spacing w:line="230" w:lineRule="auto" w:before="180" w:after="0"/>
        <w:ind w:left="180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Эстетического воспитания:</w:t>
      </w:r>
    </w:p>
    <w:p>
      <w:pPr>
        <w:autoSpaceDN w:val="0"/>
        <w:autoSpaceDE w:val="0"/>
        <w:widowControl/>
        <w:spacing w:line="271" w:lineRule="auto" w:before="178" w:after="0"/>
        <w:ind w:left="420" w:right="14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понимание особой роли России в развитии общемировой художественной культуры,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проявление уважительного отношения, восприимчивости и интереса к разным видам искусства,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традициям и творчеству своего и других народов; </w:t>
      </w:r>
    </w:p>
    <w:p>
      <w:pPr>
        <w:autoSpaceDN w:val="0"/>
        <w:autoSpaceDE w:val="0"/>
        <w:widowControl/>
        <w:spacing w:line="262" w:lineRule="auto" w:before="190" w:after="0"/>
        <w:ind w:left="420" w:right="14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использование полученных знаний в продуктивной и преобразующей деятельности, в разных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видах художественной деятельности.</w:t>
      </w:r>
    </w:p>
    <w:p>
      <w:pPr>
        <w:autoSpaceDN w:val="0"/>
        <w:autoSpaceDE w:val="0"/>
        <w:widowControl/>
        <w:spacing w:line="230" w:lineRule="auto" w:before="178" w:after="0"/>
        <w:ind w:left="180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Физического воспитания, формирования культуры здоровья и эмоционального благополучия:</w:t>
      </w:r>
    </w:p>
    <w:p>
      <w:pPr>
        <w:autoSpaceDN w:val="0"/>
        <w:autoSpaceDE w:val="0"/>
        <w:widowControl/>
        <w:spacing w:line="271" w:lineRule="auto" w:before="178" w:after="0"/>
        <w:ind w:left="420" w:right="288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соблюдение правил организации здорового и безопасного (для себя и других людей) образа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жизни; выполнение правил безопасного поведении в окружающей среде (в том числе </w:t>
      </w:r>
      <w:r>
        <w:br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информационной); </w:t>
      </w:r>
    </w:p>
    <w:p>
      <w:pPr>
        <w:autoSpaceDN w:val="0"/>
        <w:autoSpaceDE w:val="0"/>
        <w:widowControl/>
        <w:spacing w:line="262" w:lineRule="auto" w:before="190" w:after="0"/>
        <w:ind w:left="420" w:right="432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приобретение опыта эмоционального отношения к среде обитания, бережное отношение к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физическому и психическому здоровью.</w:t>
      </w:r>
    </w:p>
    <w:p>
      <w:pPr>
        <w:sectPr>
          <w:pgSz w:w="11900" w:h="16840"/>
          <w:pgMar w:top="298" w:right="648" w:bottom="450" w:left="666" w:header="720" w:footer="720" w:gutter="0"/>
          <w:cols w:space="720" w:num="1" w:equalWidth="0">
            <w:col w:w="10586" w:space="0"/>
            <w:col w:w="10258" w:space="0"/>
            <w:col w:w="10584" w:space="0"/>
            <w:col w:w="10468" w:space="0"/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78"/>
        <w:ind w:left="0" w:right="0"/>
      </w:pPr>
    </w:p>
    <w:p>
      <w:pPr>
        <w:autoSpaceDN w:val="0"/>
        <w:autoSpaceDE w:val="0"/>
        <w:widowControl/>
        <w:spacing w:line="230" w:lineRule="auto" w:before="0" w:after="0"/>
        <w:ind w:left="180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Трудового воспитания:</w:t>
      </w:r>
    </w:p>
    <w:p>
      <w:pPr>
        <w:autoSpaceDN w:val="0"/>
        <w:autoSpaceDE w:val="0"/>
        <w:widowControl/>
        <w:spacing w:line="271" w:lineRule="auto" w:before="178" w:after="0"/>
        <w:ind w:left="420" w:right="576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осознание ценности трудовой деятельности в жизни человека и общества, ответственное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потребление и бережное отношение к результатам труда, навыки участия в различных видах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трудовой деятельности, интерес к различным профессиям.</w:t>
      </w:r>
    </w:p>
    <w:p>
      <w:pPr>
        <w:autoSpaceDN w:val="0"/>
        <w:autoSpaceDE w:val="0"/>
        <w:widowControl/>
        <w:spacing w:line="230" w:lineRule="auto" w:before="178" w:after="0"/>
        <w:ind w:left="180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Экологического воспитания:</w:t>
      </w:r>
    </w:p>
    <w:p>
      <w:pPr>
        <w:autoSpaceDN w:val="0"/>
        <w:autoSpaceDE w:val="0"/>
        <w:widowControl/>
        <w:spacing w:line="262" w:lineRule="auto" w:before="178" w:after="0"/>
        <w:ind w:left="420" w:right="432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осознание роли человека в природе и обществе, принятие экологических норм поведения,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бережного отношения к природе, неприятие действий, приносящих ей вред.</w:t>
      </w:r>
    </w:p>
    <w:p>
      <w:pPr>
        <w:autoSpaceDN w:val="0"/>
        <w:autoSpaceDE w:val="0"/>
        <w:widowControl/>
        <w:spacing w:line="230" w:lineRule="auto" w:before="178" w:after="0"/>
        <w:ind w:left="180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Ценности научного познания:</w:t>
      </w:r>
    </w:p>
    <w:p>
      <w:pPr>
        <w:autoSpaceDN w:val="0"/>
        <w:autoSpaceDE w:val="0"/>
        <w:widowControl/>
        <w:spacing w:line="230" w:lineRule="auto" w:before="180" w:after="0"/>
        <w:ind w:left="42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ориентация в деятельности на первоначальные представления о научной картине мира; </w:t>
      </w:r>
    </w:p>
    <w:p>
      <w:pPr>
        <w:autoSpaceDN w:val="0"/>
        <w:autoSpaceDE w:val="0"/>
        <w:widowControl/>
        <w:spacing w:line="271" w:lineRule="auto" w:before="192" w:after="0"/>
        <w:ind w:left="420" w:right="576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осознание ценности познания, проявление познавательного интереса, активности,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инициативности, любознательности и самостоятельности в обогащении своих знаний, в том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числе с использованием различных информационных средств.</w:t>
      </w:r>
    </w:p>
    <w:p>
      <w:pPr>
        <w:autoSpaceDN w:val="0"/>
        <w:autoSpaceDE w:val="0"/>
        <w:widowControl/>
        <w:spacing w:line="230" w:lineRule="auto" w:before="286" w:after="0"/>
        <w:ind w:left="0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МЕТАПРЕДМЕТНЫЕ РЕЗУЛЬТАТЫ</w:t>
      </w:r>
    </w:p>
    <w:p>
      <w:pPr>
        <w:autoSpaceDN w:val="0"/>
        <w:autoSpaceDE w:val="0"/>
        <w:widowControl/>
        <w:spacing w:line="262" w:lineRule="auto" w:before="346" w:after="0"/>
        <w:ind w:left="180" w:right="4752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Познавательныеуниверсальные учебные действия: </w:t>
      </w:r>
      <w:r>
        <w:rPr>
          <w:rFonts w:ascii="Times New Roman" w:hAnsi="Times New Roman" w:eastAsia="Times New Roman"/>
          <w:b w:val="0"/>
          <w:i/>
          <w:color w:val="000000"/>
          <w:sz w:val="24"/>
        </w:rPr>
        <w:t>1)  Базовые логические действия:</w:t>
      </w:r>
    </w:p>
    <w:p>
      <w:pPr>
        <w:autoSpaceDN w:val="0"/>
        <w:autoSpaceDE w:val="0"/>
        <w:widowControl/>
        <w:spacing w:line="262" w:lineRule="auto" w:before="178" w:after="0"/>
        <w:ind w:left="420" w:right="72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понимать целостность окружающего мира (взаимосвязь природной и социальной среды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обитания), проявлять способность ориентироваться в изменяющейся действительности; </w:t>
      </w:r>
    </w:p>
    <w:p>
      <w:pPr>
        <w:autoSpaceDN w:val="0"/>
        <w:autoSpaceDE w:val="0"/>
        <w:widowControl/>
        <w:spacing w:line="271" w:lineRule="auto" w:before="190" w:after="0"/>
        <w:ind w:left="420" w:right="14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на основе наблюдений доступных объектов окружающего мира устанавливать связи 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зависимости между объектами (часть — целое; причина — следствие; изменения во времени и в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пространстве); </w:t>
      </w:r>
    </w:p>
    <w:p>
      <w:pPr>
        <w:autoSpaceDN w:val="0"/>
        <w:autoSpaceDE w:val="0"/>
        <w:widowControl/>
        <w:spacing w:line="262" w:lineRule="auto" w:before="190" w:after="0"/>
        <w:ind w:left="420" w:right="1296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сравнивать объекты окружающего мира, устанавливать основания для сравнения,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устанавливать аналогии; </w:t>
      </w:r>
    </w:p>
    <w:p>
      <w:pPr>
        <w:autoSpaceDN w:val="0"/>
        <w:autoSpaceDE w:val="0"/>
        <w:widowControl/>
        <w:spacing w:line="230" w:lineRule="auto" w:before="190" w:after="0"/>
        <w:ind w:left="42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объединять части объекта (объекты) по определённому признаку; </w:t>
      </w:r>
    </w:p>
    <w:p>
      <w:pPr>
        <w:autoSpaceDN w:val="0"/>
        <w:autoSpaceDE w:val="0"/>
        <w:widowControl/>
        <w:spacing w:line="262" w:lineRule="auto" w:before="190" w:after="0"/>
        <w:ind w:left="420" w:right="576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определять существенный признак для классификации, классифицировать предложенные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объекты; </w:t>
      </w:r>
    </w:p>
    <w:p>
      <w:pPr>
        <w:autoSpaceDN w:val="0"/>
        <w:autoSpaceDE w:val="0"/>
        <w:widowControl/>
        <w:spacing w:line="262" w:lineRule="auto" w:before="192" w:after="0"/>
        <w:ind w:left="420" w:right="14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находить закономерности и противоречия в рассматриваемых фактах, данных и наблюдениях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на основе предложенного алгоритма; </w:t>
      </w:r>
    </w:p>
    <w:p>
      <w:pPr>
        <w:autoSpaceDN w:val="0"/>
        <w:autoSpaceDE w:val="0"/>
        <w:widowControl/>
        <w:spacing w:line="262" w:lineRule="auto" w:before="192" w:after="0"/>
        <w:ind w:left="420" w:right="576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выявлять недостаток информации для решения учебной (практической) задачи на основе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предложенного алгоритма</w:t>
      </w:r>
    </w:p>
    <w:p>
      <w:pPr>
        <w:autoSpaceDN w:val="0"/>
        <w:autoSpaceDE w:val="0"/>
        <w:widowControl/>
        <w:spacing w:line="230" w:lineRule="auto" w:before="178" w:after="0"/>
        <w:ind w:left="180" w:right="0" w:firstLine="0"/>
        <w:jc w:val="left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2)  Базовые исследовательские действия:</w:t>
      </w:r>
    </w:p>
    <w:p>
      <w:pPr>
        <w:autoSpaceDN w:val="0"/>
        <w:autoSpaceDE w:val="0"/>
        <w:widowControl/>
        <w:spacing w:line="271" w:lineRule="auto" w:before="178" w:after="0"/>
        <w:ind w:left="420" w:right="576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проводить (по предложенному и самостоятельно составленному плану или выдвинутому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предположению) наблюдения, несложные опыты; проявлять интерес к экспериментам,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проводимым под руководством учителя; </w:t>
      </w:r>
    </w:p>
    <w:p>
      <w:pPr>
        <w:autoSpaceDN w:val="0"/>
        <w:autoSpaceDE w:val="0"/>
        <w:widowControl/>
        <w:spacing w:line="262" w:lineRule="auto" w:before="190" w:after="0"/>
        <w:ind w:left="420" w:right="72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определять разницу между реальным и желательным состоянием объекта (ситуации) на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основе предложенных вопросов; </w:t>
      </w:r>
    </w:p>
    <w:p>
      <w:pPr>
        <w:autoSpaceDN w:val="0"/>
        <w:autoSpaceDE w:val="0"/>
        <w:widowControl/>
        <w:spacing w:line="262" w:lineRule="auto" w:before="190" w:after="0"/>
        <w:ind w:left="420" w:right="432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формулировать с помощью учителя цель предстоящей работы, прогнозировать возможное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развитие процессов, событий и последствия в аналогичных или сходных ситуациях; </w:t>
      </w:r>
    </w:p>
    <w:p>
      <w:pPr>
        <w:autoSpaceDN w:val="0"/>
        <w:autoSpaceDE w:val="0"/>
        <w:widowControl/>
        <w:spacing w:line="262" w:lineRule="auto" w:before="190" w:after="0"/>
        <w:ind w:left="42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моделировать ситуации на основе изученного материала о связях в природе (живая и неживая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природа, цепи питания; природные зоны), а также в социуме (лента времени; поведение и его</w:t>
      </w:r>
    </w:p>
    <w:p>
      <w:pPr>
        <w:sectPr>
          <w:pgSz w:w="11900" w:h="16840"/>
          <w:pgMar w:top="298" w:right="650" w:bottom="324" w:left="666" w:header="720" w:footer="720" w:gutter="0"/>
          <w:cols w:space="720" w:num="1" w:equalWidth="0">
            <w:col w:w="10584" w:space="0"/>
            <w:col w:w="10586" w:space="0"/>
            <w:col w:w="10258" w:space="0"/>
            <w:col w:w="10584" w:space="0"/>
            <w:col w:w="10468" w:space="0"/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6"/>
        <w:ind w:left="0" w:right="0"/>
      </w:pPr>
    </w:p>
    <w:p>
      <w:pPr>
        <w:autoSpaceDN w:val="0"/>
        <w:autoSpaceDE w:val="0"/>
        <w:widowControl/>
        <w:spacing w:line="230" w:lineRule="auto" w:before="0" w:after="0"/>
        <w:ind w:left="2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последствия; коллективный труд и его результаты и др. ); </w:t>
      </w:r>
    </w:p>
    <w:p>
      <w:pPr>
        <w:autoSpaceDN w:val="0"/>
        <w:autoSpaceDE w:val="0"/>
        <w:widowControl/>
        <w:spacing w:line="271" w:lineRule="auto" w:before="190" w:after="0"/>
        <w:ind w:left="240" w:right="72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проводить по предложенному плану опыт, несложное исследование по установлению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особенностей объекта изучения и связей между объектами (часть — целое, причина —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следствие); </w:t>
      </w:r>
    </w:p>
    <w:p>
      <w:pPr>
        <w:autoSpaceDN w:val="0"/>
        <w:autoSpaceDE w:val="0"/>
        <w:widowControl/>
        <w:spacing w:line="262" w:lineRule="auto" w:before="190" w:after="0"/>
        <w:ind w:left="240" w:right="1152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формулировать выводы и подкреплять их доказательствами на основе результатов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проведённого наблюдения (опыта, измерения, исследования).</w:t>
      </w:r>
    </w:p>
    <w:p>
      <w:pPr>
        <w:autoSpaceDN w:val="0"/>
        <w:autoSpaceDE w:val="0"/>
        <w:widowControl/>
        <w:spacing w:line="230" w:lineRule="auto" w:before="178" w:after="0"/>
        <w:ind w:left="0" w:right="0" w:firstLine="0"/>
        <w:jc w:val="left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3)  Работа с информацией:</w:t>
      </w:r>
    </w:p>
    <w:p>
      <w:pPr>
        <w:autoSpaceDN w:val="0"/>
        <w:autoSpaceDE w:val="0"/>
        <w:widowControl/>
        <w:spacing w:line="262" w:lineRule="auto" w:before="178" w:after="0"/>
        <w:ind w:left="240" w:right="14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использовать различные источники для поиска информации, выбирать источник получения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информации с учётом учебной задачи; </w:t>
      </w:r>
    </w:p>
    <w:p>
      <w:pPr>
        <w:autoSpaceDN w:val="0"/>
        <w:autoSpaceDE w:val="0"/>
        <w:widowControl/>
        <w:spacing w:line="262" w:lineRule="auto" w:before="192" w:after="0"/>
        <w:ind w:left="240" w:right="1008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согласно заданному алгоритму находить в предложенном источнике информацию,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представленную в явном виде; </w:t>
      </w:r>
    </w:p>
    <w:p>
      <w:pPr>
        <w:autoSpaceDN w:val="0"/>
        <w:autoSpaceDE w:val="0"/>
        <w:widowControl/>
        <w:spacing w:line="262" w:lineRule="auto" w:before="190" w:after="0"/>
        <w:ind w:left="240" w:right="432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распознавать достоверную и недостоверную информацию самостоятельно или на основе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предложенного учителем способа её проверки; </w:t>
      </w:r>
    </w:p>
    <w:p>
      <w:pPr>
        <w:autoSpaceDN w:val="0"/>
        <w:autoSpaceDE w:val="0"/>
        <w:widowControl/>
        <w:spacing w:line="262" w:lineRule="auto" w:before="190" w:after="0"/>
        <w:ind w:left="240" w:right="144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находить и использовать для решения учебных задач текстовую, графическую,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аудиовизуальную информацию; </w:t>
      </w:r>
    </w:p>
    <w:p>
      <w:pPr>
        <w:autoSpaceDN w:val="0"/>
        <w:autoSpaceDE w:val="0"/>
        <w:widowControl/>
        <w:spacing w:line="262" w:lineRule="auto" w:before="190" w:after="0"/>
        <w:ind w:left="240" w:right="72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читать и интерпретировать графически представленную информацию (схему, таблицу,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иллюстрацию); </w:t>
      </w:r>
    </w:p>
    <w:p>
      <w:pPr>
        <w:autoSpaceDN w:val="0"/>
        <w:autoSpaceDE w:val="0"/>
        <w:widowControl/>
        <w:spacing w:line="262" w:lineRule="auto" w:before="190" w:after="0"/>
        <w:ind w:left="240" w:right="288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соблюдать правила информационной безопасности в условиях контролируемого доступа в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Интернет (с помощью учителя); </w:t>
      </w:r>
    </w:p>
    <w:p>
      <w:pPr>
        <w:autoSpaceDN w:val="0"/>
        <w:autoSpaceDE w:val="0"/>
        <w:widowControl/>
        <w:spacing w:line="262" w:lineRule="auto" w:before="190" w:after="0"/>
        <w:ind w:left="240" w:right="86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анализировать и создавать текстовую, видео, графическую, звуковую информацию в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соответствии с учебной задачей;</w:t>
      </w:r>
    </w:p>
    <w:p>
      <w:pPr>
        <w:autoSpaceDN w:val="0"/>
        <w:autoSpaceDE w:val="0"/>
        <w:widowControl/>
        <w:spacing w:line="262" w:lineRule="auto" w:before="190" w:after="0"/>
        <w:ind w:left="2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фиксировать полученные результаты в текстовой форме (отчёт, выступление, высказывание)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и графическом виде (рисунок, схема, диаграмма).</w:t>
      </w:r>
    </w:p>
    <w:p>
      <w:pPr>
        <w:autoSpaceDN w:val="0"/>
        <w:autoSpaceDE w:val="0"/>
        <w:widowControl/>
        <w:spacing w:line="230" w:lineRule="auto" w:before="178" w:after="0"/>
        <w:ind w:left="0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Коммуникативные универсальные учебные действия:</w:t>
      </w:r>
    </w:p>
    <w:p>
      <w:pPr>
        <w:autoSpaceDN w:val="0"/>
        <w:autoSpaceDE w:val="0"/>
        <w:widowControl/>
        <w:spacing w:line="262" w:lineRule="auto" w:before="178" w:after="0"/>
        <w:ind w:left="240" w:right="576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в процессе диалогов задавать вопросы, высказывать суждения, оценивать выступления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участников; </w:t>
      </w:r>
    </w:p>
    <w:p>
      <w:pPr>
        <w:autoSpaceDN w:val="0"/>
        <w:autoSpaceDE w:val="0"/>
        <w:widowControl/>
        <w:spacing w:line="262" w:lineRule="auto" w:before="192" w:after="0"/>
        <w:ind w:left="2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признавать возможность существования разных точек зрения; корректно и аргументированно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высказывать своё мнение; приводить доказательства своей правоты; </w:t>
      </w:r>
    </w:p>
    <w:p>
      <w:pPr>
        <w:autoSpaceDN w:val="0"/>
        <w:autoSpaceDE w:val="0"/>
        <w:widowControl/>
        <w:spacing w:line="262" w:lineRule="auto" w:before="192" w:after="0"/>
        <w:ind w:left="240" w:right="576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соблюдать правила ведения диалога и дискуссии; проявлять уважительное отношение к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собеседнику; </w:t>
      </w:r>
    </w:p>
    <w:p>
      <w:pPr>
        <w:autoSpaceDN w:val="0"/>
        <w:autoSpaceDE w:val="0"/>
        <w:widowControl/>
        <w:spacing w:line="262" w:lineRule="auto" w:before="190" w:after="0"/>
        <w:ind w:left="240" w:right="432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использовать смысловое чтение для определения темы, главной мысли текста о природе,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социальной жизни, взаимоотношениях и поступках людей; </w:t>
      </w:r>
    </w:p>
    <w:p>
      <w:pPr>
        <w:autoSpaceDN w:val="0"/>
        <w:autoSpaceDE w:val="0"/>
        <w:widowControl/>
        <w:spacing w:line="230" w:lineRule="auto" w:before="190" w:after="0"/>
        <w:ind w:left="24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создавать устные и письменные тексты (описание, рассуждение, повествование); </w:t>
      </w:r>
    </w:p>
    <w:p>
      <w:pPr>
        <w:autoSpaceDN w:val="0"/>
        <w:autoSpaceDE w:val="0"/>
        <w:widowControl/>
        <w:spacing w:line="262" w:lineRule="auto" w:before="190" w:after="0"/>
        <w:ind w:left="240" w:right="576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конструировать обобщения и выводы на основе полученных результатов наблюдений 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опытной работы, подкреплять их доказательствами; </w:t>
      </w:r>
    </w:p>
    <w:p>
      <w:pPr>
        <w:autoSpaceDN w:val="0"/>
        <w:autoSpaceDE w:val="0"/>
        <w:widowControl/>
        <w:spacing w:line="262" w:lineRule="auto" w:before="190" w:after="0"/>
        <w:ind w:left="240" w:right="576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находить ошибки и восстанавливать деформированный текст об изученных объектах 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явлениях природы, событиях социальной жизни; </w:t>
      </w:r>
    </w:p>
    <w:p>
      <w:pPr>
        <w:autoSpaceDN w:val="0"/>
        <w:autoSpaceDE w:val="0"/>
        <w:widowControl/>
        <w:spacing w:line="262" w:lineRule="auto" w:before="190" w:after="0"/>
        <w:ind w:left="240" w:right="432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готовить небольшие публичные выступления с возможной презентацией (текст, рисунки,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фото, плакаты и др. ) к тексту выступления.</w:t>
      </w:r>
    </w:p>
    <w:p>
      <w:pPr>
        <w:sectPr>
          <w:pgSz w:w="11900" w:h="16840"/>
          <w:pgMar w:top="286" w:right="790" w:bottom="438" w:left="846" w:header="720" w:footer="720" w:gutter="0"/>
          <w:cols w:space="720" w:num="1" w:equalWidth="0">
            <w:col w:w="10264" w:space="0"/>
            <w:col w:w="10584" w:space="0"/>
            <w:col w:w="10586" w:space="0"/>
            <w:col w:w="10258" w:space="0"/>
            <w:col w:w="10584" w:space="0"/>
            <w:col w:w="10468" w:space="0"/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78"/>
        <w:ind w:left="0" w:right="0"/>
      </w:pPr>
    </w:p>
    <w:p>
      <w:pPr>
        <w:autoSpaceDN w:val="0"/>
        <w:autoSpaceDE w:val="0"/>
        <w:widowControl/>
        <w:spacing w:line="262" w:lineRule="auto" w:before="0" w:after="0"/>
        <w:ind w:left="180" w:right="4896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Регулятивные универсальные учебные действия: </w:t>
      </w:r>
      <w:r>
        <w:rPr>
          <w:rFonts w:ascii="Times New Roman" w:hAnsi="Times New Roman" w:eastAsia="Times New Roman"/>
          <w:b w:val="0"/>
          <w:i/>
          <w:color w:val="000000"/>
          <w:sz w:val="24"/>
        </w:rPr>
        <w:t>1)  Самоорганизация:</w:t>
      </w:r>
    </w:p>
    <w:p>
      <w:pPr>
        <w:autoSpaceDN w:val="0"/>
        <w:autoSpaceDE w:val="0"/>
        <w:widowControl/>
        <w:spacing w:line="262" w:lineRule="auto" w:before="178" w:after="0"/>
        <w:ind w:left="420" w:right="72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планировать самостоятельно или с небольшой помощью учителя действия по решению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учебной задачи; </w:t>
      </w:r>
    </w:p>
    <w:p>
      <w:pPr>
        <w:autoSpaceDN w:val="0"/>
        <w:autoSpaceDE w:val="0"/>
        <w:widowControl/>
        <w:spacing w:line="230" w:lineRule="auto" w:before="190" w:after="0"/>
        <w:ind w:left="42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—  выстраивать последовательность выбранных действий и операций.</w:t>
      </w:r>
    </w:p>
    <w:p>
      <w:pPr>
        <w:autoSpaceDN w:val="0"/>
        <w:autoSpaceDE w:val="0"/>
        <w:widowControl/>
        <w:spacing w:line="230" w:lineRule="auto" w:before="178" w:after="0"/>
        <w:ind w:left="180" w:right="0" w:firstLine="0"/>
        <w:jc w:val="left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2)  Самоконтроль:</w:t>
      </w:r>
    </w:p>
    <w:p>
      <w:pPr>
        <w:autoSpaceDN w:val="0"/>
        <w:autoSpaceDE w:val="0"/>
        <w:widowControl/>
        <w:spacing w:line="230" w:lineRule="auto" w:before="178" w:after="0"/>
        <w:ind w:left="42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осуществлять контроль процесса и результата своей деятельности; </w:t>
      </w:r>
    </w:p>
    <w:p>
      <w:pPr>
        <w:autoSpaceDN w:val="0"/>
        <w:autoSpaceDE w:val="0"/>
        <w:widowControl/>
        <w:spacing w:line="262" w:lineRule="auto" w:before="190" w:after="0"/>
        <w:ind w:left="420" w:right="14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находить ошибки в своей работе и устанавливать их причины; корректировать свои действия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при необходимости (с небольшой помощью учителя); </w:t>
      </w:r>
    </w:p>
    <w:p>
      <w:pPr>
        <w:autoSpaceDN w:val="0"/>
        <w:autoSpaceDE w:val="0"/>
        <w:widowControl/>
        <w:spacing w:line="262" w:lineRule="auto" w:before="192" w:after="0"/>
        <w:ind w:left="420" w:right="14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предвидеть возможность возникновения трудностей и ошибок, предусматривать способы их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предупреждения, в том числе в житейских ситуациях, опасных для здоровья и жизни.</w:t>
      </w:r>
    </w:p>
    <w:p>
      <w:pPr>
        <w:autoSpaceDN w:val="0"/>
        <w:autoSpaceDE w:val="0"/>
        <w:widowControl/>
        <w:spacing w:line="230" w:lineRule="auto" w:before="178" w:after="0"/>
        <w:ind w:left="180" w:right="0" w:firstLine="0"/>
        <w:jc w:val="left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3)  Самооценка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:</w:t>
      </w:r>
    </w:p>
    <w:p>
      <w:pPr>
        <w:autoSpaceDN w:val="0"/>
        <w:autoSpaceDE w:val="0"/>
        <w:widowControl/>
        <w:spacing w:line="262" w:lineRule="auto" w:before="178" w:after="0"/>
        <w:ind w:left="420" w:right="432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объективно оценивать результаты своей деятельности, соотносить свою оценку с оценкой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учителя; </w:t>
      </w:r>
    </w:p>
    <w:p>
      <w:pPr>
        <w:autoSpaceDN w:val="0"/>
        <w:autoSpaceDE w:val="0"/>
        <w:widowControl/>
        <w:spacing w:line="262" w:lineRule="auto" w:before="190" w:after="0"/>
        <w:ind w:left="420" w:right="144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оценивать целесообразность выбранных способов действия, при необходимости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корректировать их.</w:t>
      </w:r>
    </w:p>
    <w:p>
      <w:pPr>
        <w:autoSpaceDN w:val="0"/>
        <w:autoSpaceDE w:val="0"/>
        <w:widowControl/>
        <w:spacing w:line="230" w:lineRule="auto" w:before="178" w:after="0"/>
        <w:ind w:left="180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Совместная деятельность:</w:t>
      </w:r>
    </w:p>
    <w:p>
      <w:pPr>
        <w:autoSpaceDN w:val="0"/>
        <w:autoSpaceDE w:val="0"/>
        <w:widowControl/>
        <w:spacing w:line="271" w:lineRule="auto" w:before="178" w:after="0"/>
        <w:ind w:left="420" w:right="288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понимать значение коллективной деятельности для успешного решения учебной </w:t>
      </w:r>
      <w:r>
        <w:br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(практической) задачи; активно участвовать в формулировании краткосрочных и долгосрочных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целей совместной деятельности (на основе изученного материала по окружающему миру); </w:t>
      </w:r>
    </w:p>
    <w:p>
      <w:pPr>
        <w:autoSpaceDN w:val="0"/>
        <w:autoSpaceDE w:val="0"/>
        <w:widowControl/>
        <w:spacing w:line="262" w:lineRule="auto" w:before="190" w:after="0"/>
        <w:ind w:left="420" w:right="158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коллективно строить действия по достижению общей цели: распределять роли,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договариваться, обсуждать процесс и результат совместной работы; </w:t>
      </w:r>
    </w:p>
    <w:p>
      <w:pPr>
        <w:autoSpaceDN w:val="0"/>
        <w:autoSpaceDE w:val="0"/>
        <w:widowControl/>
        <w:spacing w:line="230" w:lineRule="auto" w:before="190" w:after="0"/>
        <w:ind w:left="42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проявлять готовность руководить, выполнять поручения, подчиняться; </w:t>
      </w:r>
    </w:p>
    <w:p>
      <w:pPr>
        <w:autoSpaceDN w:val="0"/>
        <w:autoSpaceDE w:val="0"/>
        <w:widowControl/>
        <w:spacing w:line="271" w:lineRule="auto" w:before="190" w:after="0"/>
        <w:ind w:left="420" w:right="14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выполнять правила совместной деятельности: справедливо распределять и оценивать работу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каждого участника; считаться с наличием разных мнений; не допускать  конфликтов, при их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возникновении мирно разрешать без участия взрослого; </w:t>
      </w:r>
    </w:p>
    <w:p>
      <w:pPr>
        <w:autoSpaceDN w:val="0"/>
        <w:autoSpaceDE w:val="0"/>
        <w:widowControl/>
        <w:spacing w:line="230" w:lineRule="auto" w:before="192" w:after="0"/>
        <w:ind w:left="42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—  ответственно выполнять свою часть работы.</w:t>
      </w:r>
    </w:p>
    <w:p>
      <w:pPr>
        <w:autoSpaceDN w:val="0"/>
        <w:autoSpaceDE w:val="0"/>
        <w:widowControl/>
        <w:spacing w:line="230" w:lineRule="auto" w:before="288" w:after="0"/>
        <w:ind w:left="0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ПРЕДМЕТНЫЕ РЕЗУЛЬТАТЫ</w:t>
      </w:r>
    </w:p>
    <w:p>
      <w:pPr>
        <w:autoSpaceDN w:val="0"/>
        <w:autoSpaceDE w:val="0"/>
        <w:widowControl/>
        <w:spacing w:line="230" w:lineRule="auto" w:before="346" w:after="0"/>
        <w:ind w:left="18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К концу обучения в 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1 классе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обучающийся научится:</w:t>
      </w:r>
    </w:p>
    <w:p>
      <w:pPr>
        <w:autoSpaceDN w:val="0"/>
        <w:autoSpaceDE w:val="0"/>
        <w:widowControl/>
        <w:spacing w:line="271" w:lineRule="auto" w:before="178" w:after="0"/>
        <w:ind w:left="420" w:right="288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называть себя и членов своей семьи по фамилии, имени, отчеству, профессии членов своей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семьи, домашний адрес и адрес своей школы; проявлять уважение к семейным ценностям 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традициям, соблюдать правила нравственного поведения в социуме и на природе; </w:t>
      </w:r>
    </w:p>
    <w:p>
      <w:pPr>
        <w:autoSpaceDN w:val="0"/>
        <w:autoSpaceDE w:val="0"/>
        <w:widowControl/>
        <w:spacing w:line="230" w:lineRule="auto" w:before="190" w:after="0"/>
        <w:ind w:left="42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воспроизводить название своего населённого пункта, региона, страны; </w:t>
      </w:r>
    </w:p>
    <w:p>
      <w:pPr>
        <w:autoSpaceDN w:val="0"/>
        <w:autoSpaceDE w:val="0"/>
        <w:widowControl/>
        <w:spacing w:line="262" w:lineRule="auto" w:before="190" w:after="0"/>
        <w:ind w:left="420" w:right="288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приводить примеры культурных объектов родного края, школьных традиций и праздников,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традиций и ценностей своей семьи, профессий; </w:t>
      </w:r>
    </w:p>
    <w:p>
      <w:pPr>
        <w:autoSpaceDN w:val="0"/>
        <w:autoSpaceDE w:val="0"/>
        <w:widowControl/>
        <w:spacing w:line="271" w:lineRule="auto" w:before="190" w:after="0"/>
        <w:ind w:left="420" w:right="288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различать объекты живой и неживой природы, объекты, созданные человеком, и природные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материалы, части растений (корень, стебель, лист, цветок, плод, семя), группы </w:t>
      </w:r>
      <w:r>
        <w:br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животных(насекомые, рыбы, птицы, звери); </w:t>
      </w:r>
    </w:p>
    <w:p>
      <w:pPr>
        <w:sectPr>
          <w:pgSz w:w="11900" w:h="16840"/>
          <w:pgMar w:top="298" w:right="650" w:bottom="432" w:left="666" w:header="720" w:footer="720" w:gutter="0"/>
          <w:cols w:space="720" w:num="1" w:equalWidth="0">
            <w:col w:w="10584" w:space="0"/>
            <w:col w:w="10264" w:space="0"/>
            <w:col w:w="10584" w:space="0"/>
            <w:col w:w="10586" w:space="0"/>
            <w:col w:w="10258" w:space="0"/>
            <w:col w:w="10584" w:space="0"/>
            <w:col w:w="10468" w:space="0"/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08"/>
        <w:ind w:left="0" w:right="0"/>
      </w:pPr>
    </w:p>
    <w:p>
      <w:pPr>
        <w:autoSpaceDN w:val="0"/>
        <w:autoSpaceDE w:val="0"/>
        <w:widowControl/>
        <w:spacing w:line="276" w:lineRule="auto" w:before="0" w:after="0"/>
        <w:ind w:left="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описывать на основе опорных слов наиболее распространённые в родном крае дикорастущие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и культурные растения, диких и домашних животных; сезонные явления в разные времена года;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деревья, кустарники, травы; основные группы животных (насекомые, рыбы, птицы, звери);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выделять их наиболее существенные признаки; </w:t>
      </w:r>
    </w:p>
    <w:p>
      <w:pPr>
        <w:autoSpaceDN w:val="0"/>
        <w:autoSpaceDE w:val="0"/>
        <w:widowControl/>
        <w:spacing w:line="230" w:lineRule="auto" w:before="190" w:after="0"/>
        <w:ind w:left="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применять правила ухода за комнатными растениями и домашними животными; </w:t>
      </w:r>
    </w:p>
    <w:p>
      <w:pPr>
        <w:autoSpaceDN w:val="0"/>
        <w:autoSpaceDE w:val="0"/>
        <w:widowControl/>
        <w:spacing w:line="276" w:lineRule="auto" w:before="190" w:after="0"/>
        <w:ind w:left="0" w:right="144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проводить, соблюдая правила безопасного труда, несложные групповые и индивидуальные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наблюдения (в том числе за сезонными изменениями в природе своей местности), измерения (в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том числе вести счёт времени, измерять температуру воздуха) и опыты под руководством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учителя; </w:t>
      </w:r>
    </w:p>
    <w:p>
      <w:pPr>
        <w:autoSpaceDN w:val="0"/>
        <w:autoSpaceDE w:val="0"/>
        <w:widowControl/>
        <w:spacing w:line="230" w:lineRule="auto" w:before="192" w:after="0"/>
        <w:ind w:left="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использовать для ответов на вопросы небольшие тексты о природе и обществе; </w:t>
      </w:r>
    </w:p>
    <w:p>
      <w:pPr>
        <w:autoSpaceDN w:val="0"/>
        <w:autoSpaceDE w:val="0"/>
        <w:widowControl/>
        <w:spacing w:line="262" w:lineRule="auto" w:before="192" w:after="0"/>
        <w:ind w:left="0" w:right="432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оценивать ситуации, раскрывающие положительное и негативное отношение к природе;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правила поведения в быту, в общественных местах; </w:t>
      </w:r>
    </w:p>
    <w:p>
      <w:pPr>
        <w:autoSpaceDN w:val="0"/>
        <w:autoSpaceDE w:val="0"/>
        <w:widowControl/>
        <w:spacing w:line="262" w:lineRule="auto" w:before="190" w:after="0"/>
        <w:ind w:left="0" w:right="576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соблюдать правила безопасности на учебном месте школьника; во время наблюдений 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опытов; безопасно пользоваться бытовыми электроприборами; </w:t>
      </w:r>
    </w:p>
    <w:p>
      <w:pPr>
        <w:autoSpaceDN w:val="0"/>
        <w:autoSpaceDE w:val="0"/>
        <w:widowControl/>
        <w:spacing w:line="230" w:lineRule="auto" w:before="190" w:after="0"/>
        <w:ind w:left="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соблюдать правила здорового питания и личной гигиены; </w:t>
      </w:r>
    </w:p>
    <w:p>
      <w:pPr>
        <w:autoSpaceDN w:val="0"/>
        <w:autoSpaceDE w:val="0"/>
        <w:widowControl/>
        <w:spacing w:line="230" w:lineRule="auto" w:before="190" w:after="0"/>
        <w:ind w:left="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соблюдать правила безопасного поведения пешехода; </w:t>
      </w:r>
    </w:p>
    <w:p>
      <w:pPr>
        <w:autoSpaceDN w:val="0"/>
        <w:autoSpaceDE w:val="0"/>
        <w:widowControl/>
        <w:spacing w:line="230" w:lineRule="auto" w:before="190" w:after="0"/>
        <w:ind w:left="0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соблюдать правила безопасного поведения в природе; </w:t>
      </w:r>
    </w:p>
    <w:p>
      <w:pPr>
        <w:autoSpaceDN w:val="0"/>
        <w:autoSpaceDE w:val="0"/>
        <w:widowControl/>
        <w:spacing w:line="262" w:lineRule="auto" w:before="190" w:after="0"/>
        <w:ind w:left="0" w:right="1008" w:firstLine="0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—  с помощью взрослых (учителя, родителей) пользоваться электронным дневником и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электронными ресурсами школы.</w:t>
      </w:r>
    </w:p>
    <w:p>
      <w:pPr>
        <w:sectPr>
          <w:pgSz w:w="11900" w:h="16840"/>
          <w:pgMar w:top="328" w:right="840" w:bottom="1440" w:left="1086" w:header="720" w:footer="720" w:gutter="0"/>
          <w:cols w:space="720" w:num="1" w:equalWidth="0">
            <w:col w:w="9974" w:space="0"/>
            <w:col w:w="10584" w:space="0"/>
            <w:col w:w="10264" w:space="0"/>
            <w:col w:w="10584" w:space="0"/>
            <w:col w:w="10586" w:space="0"/>
            <w:col w:w="10258" w:space="0"/>
            <w:col w:w="10584" w:space="0"/>
            <w:col w:w="10468" w:space="0"/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4"/>
        <w:ind w:left="0" w:right="0"/>
      </w:pPr>
    </w:p>
    <w:p>
      <w:pPr>
        <w:autoSpaceDN w:val="0"/>
        <w:autoSpaceDE w:val="0"/>
        <w:widowControl/>
        <w:spacing w:line="233" w:lineRule="auto" w:before="0" w:after="258"/>
        <w:ind w:left="0" w:right="0" w:firstLine="0"/>
        <w:jc w:val="left"/>
      </w:pPr>
      <w:r>
        <w:rPr>
          <w:w w:val="101.11057883814763"/>
          <w:rFonts w:ascii="Times New Roman" w:hAnsi="Times New Roman" w:eastAsia="Times New Roman"/>
          <w:b/>
          <w:i w:val="0"/>
          <w:color w:val="000000"/>
          <w:sz w:val="19"/>
        </w:rPr>
        <w:t xml:space="preserve">ТЕМАТИЧЕСКОЕ ПЛАНИРОВАНИЕ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1726"/>
        <w:gridCol w:w="1726"/>
        <w:gridCol w:w="1726"/>
        <w:gridCol w:w="1726"/>
        <w:gridCol w:w="1726"/>
        <w:gridCol w:w="1726"/>
        <w:gridCol w:w="1726"/>
        <w:gridCol w:w="1726"/>
        <w:gridCol w:w="1726"/>
      </w:tblGrid>
      <w:tr>
        <w:trPr>
          <w:trHeight w:hRule="exact" w:val="348"/>
        </w:trPr>
        <w:tc>
          <w:tcPr>
            <w:tcW w:type="dxa" w:w="468"/>
            <w:vMerge w:val="restart"/>
            <w:tcBorders>
              <w:start w:sz="4.800000000000011" w:val="single" w:color="#000000"/>
              <w:top w:sz="4.800000000000011" w:val="single" w:color="#000000"/>
              <w:end w:sz="4.7999999999999545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0" w:right="144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№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п/п</w:t>
            </w:r>
          </w:p>
        </w:tc>
        <w:tc>
          <w:tcPr>
            <w:tcW w:type="dxa" w:w="3962"/>
            <w:vMerge w:val="restart"/>
            <w:tcBorders>
              <w:start w:sz="4.7999999999999545" w:val="single" w:color="#000000"/>
              <w:top w:sz="4.800000000000011" w:val="single" w:color="#000000"/>
              <w:end w:sz="4.7999999999999545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Наименование разделов и тем программы</w:t>
            </w:r>
          </w:p>
        </w:tc>
        <w:tc>
          <w:tcPr>
            <w:tcW w:type="dxa" w:w="2774"/>
            <w:gridSpan w:val="3"/>
            <w:tcBorders>
              <w:start w:sz="4.7999999999999545" w:val="single" w:color="#000000"/>
              <w:top w:sz="4.800000000000011" w:val="single" w:color="#000000"/>
              <w:end w:sz="4.800000000000182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Количество часов</w:t>
            </w:r>
          </w:p>
        </w:tc>
        <w:tc>
          <w:tcPr>
            <w:tcW w:type="dxa" w:w="864"/>
            <w:vMerge w:val="restart"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Дата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изучения</w:t>
            </w:r>
          </w:p>
        </w:tc>
        <w:tc>
          <w:tcPr>
            <w:tcW w:type="dxa" w:w="4528"/>
            <w:vMerge w:val="restart"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Виды деятельности</w:t>
            </w:r>
          </w:p>
        </w:tc>
        <w:tc>
          <w:tcPr>
            <w:tcW w:type="dxa" w:w="1284"/>
            <w:vMerge w:val="restart"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Виды, формы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контроля</w:t>
            </w:r>
          </w:p>
        </w:tc>
        <w:tc>
          <w:tcPr>
            <w:tcW w:type="dxa" w:w="1622"/>
            <w:vMerge w:val="restart"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288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Электронные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(цифровые)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образовательные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ресурсы</w:t>
            </w:r>
          </w:p>
        </w:tc>
      </w:tr>
      <w:tr>
        <w:trPr>
          <w:trHeight w:hRule="exact" w:val="576"/>
        </w:trPr>
        <w:tc>
          <w:tcPr>
            <w:tcW w:type="dxa" w:w="1726"/>
            <w:vMerge/>
            <w:tcBorders>
              <w:start w:sz="4.800000000000011" w:val="single" w:color="#000000"/>
              <w:top w:sz="4.800000000000011" w:val="single" w:color="#000000"/>
              <w:end w:sz="4.7999999999999545" w:val="single" w:color="#000000"/>
              <w:bottom w:sz="4.800000000000068" w:val="single" w:color="#000000"/>
            </w:tcBorders>
          </w:tcPr>
          <w:p/>
        </w:tc>
        <w:tc>
          <w:tcPr>
            <w:tcW w:type="dxa" w:w="1726"/>
            <w:vMerge/>
            <w:tcBorders>
              <w:start w:sz="4.7999999999999545" w:val="single" w:color="#000000"/>
              <w:top w:sz="4.800000000000011" w:val="single" w:color="#000000"/>
              <w:end w:sz="4.7999999999999545" w:val="single" w:color="#000000"/>
              <w:bottom w:sz="4.800000000000068" w:val="single" w:color="#000000"/>
            </w:tcBorders>
          </w:tcPr>
          <w:p/>
        </w:tc>
        <w:tc>
          <w:tcPr>
            <w:tcW w:type="dxa" w:w="528"/>
            <w:tcBorders>
              <w:start w:sz="4.7999999999999545" w:val="single" w:color="#000000"/>
              <w:top w:sz="4.800000000000068" w:val="single" w:color="#000000"/>
              <w:end w:sz="5.599999999999909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всего</w:t>
            </w:r>
          </w:p>
        </w:tc>
        <w:tc>
          <w:tcPr>
            <w:tcW w:type="dxa" w:w="1106"/>
            <w:tcBorders>
              <w:start w:sz="5.599999999999909" w:val="single" w:color="#000000"/>
              <w:top w:sz="4.800000000000068" w:val="single" w:color="#000000"/>
              <w:end w:sz="4.800000000000182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контрольные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работы</w:t>
            </w:r>
          </w:p>
        </w:tc>
        <w:tc>
          <w:tcPr>
            <w:tcW w:type="dxa" w:w="1140"/>
            <w:tcBorders>
              <w:start w:sz="4.800000000000182" w:val="single" w:color="#000000"/>
              <w:top w:sz="4.800000000000068" w:val="single" w:color="#000000"/>
              <w:end w:sz="4.800000000000182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практические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работы</w:t>
            </w:r>
          </w:p>
        </w:tc>
        <w:tc>
          <w:tcPr>
            <w:tcW w:type="dxa" w:w="1726"/>
            <w:vMerge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800000000000068" w:val="single" w:color="#000000"/>
            </w:tcBorders>
          </w:tcPr>
          <w:p/>
        </w:tc>
        <w:tc>
          <w:tcPr>
            <w:tcW w:type="dxa" w:w="1726"/>
            <w:vMerge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800000000000068" w:val="single" w:color="#000000"/>
            </w:tcBorders>
          </w:tcPr>
          <w:p/>
        </w:tc>
        <w:tc>
          <w:tcPr>
            <w:tcW w:type="dxa" w:w="1726"/>
            <w:vMerge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800000000000068" w:val="single" w:color="#000000"/>
            </w:tcBorders>
          </w:tcPr>
          <w:p/>
        </w:tc>
        <w:tc>
          <w:tcPr>
            <w:tcW w:type="dxa" w:w="1726"/>
            <w:vMerge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800000000000068" w:val="single" w:color="#000000"/>
            </w:tcBorders>
          </w:tcPr>
          <w:p/>
        </w:tc>
      </w:tr>
      <w:tr>
        <w:trPr>
          <w:trHeight w:hRule="exact" w:val="348"/>
        </w:trPr>
        <w:tc>
          <w:tcPr>
            <w:tcW w:type="dxa" w:w="15502"/>
            <w:gridSpan w:val="9"/>
            <w:tcBorders>
              <w:start w:sz="4.800000000000011" w:val="single" w:color="#000000"/>
              <w:top w:sz="4.800000000000068" w:val="single" w:color="#000000"/>
              <w:end w:sz="4.800000000000182" w:val="single" w:color="#000000"/>
              <w:bottom w:sz="5.600000000000023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Раздел 1.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 Человек и общество.</w:t>
            </w:r>
          </w:p>
        </w:tc>
      </w:tr>
      <w:tr>
        <w:trPr>
          <w:trHeight w:hRule="exact" w:val="926"/>
        </w:trPr>
        <w:tc>
          <w:tcPr>
            <w:tcW w:type="dxa" w:w="468"/>
            <w:tcBorders>
              <w:start w:sz="4.800000000000011" w:val="single" w:color="#000000"/>
              <w:top w:sz="5.600000000000023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1.1.</w:t>
            </w:r>
          </w:p>
        </w:tc>
        <w:tc>
          <w:tcPr>
            <w:tcW w:type="dxa" w:w="3962"/>
            <w:tcBorders>
              <w:start w:sz="4.7999999999999545" w:val="single" w:color="#000000"/>
              <w:top w:sz="5.600000000000023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72" w:right="288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Школьные традиции и праздники. Классный,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школьный коллектив, совместная деятельность.</w:t>
            </w:r>
          </w:p>
        </w:tc>
        <w:tc>
          <w:tcPr>
            <w:tcW w:type="dxa" w:w="528"/>
            <w:tcBorders>
              <w:start w:sz="4.7999999999999545" w:val="single" w:color="#000000"/>
              <w:top w:sz="5.600000000000023" w:val="single" w:color="#000000"/>
              <w:end w:sz="5.599999999999909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1106"/>
            <w:tcBorders>
              <w:start w:sz="5.599999999999909" w:val="single" w:color="#000000"/>
              <w:top w:sz="5.600000000000023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6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5.600000000000023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864"/>
            <w:tcBorders>
              <w:start w:sz="4.800000000000182" w:val="single" w:color="#000000"/>
              <w:top w:sz="5.600000000000023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02.09.2022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07.09.2022</w:t>
            </w:r>
          </w:p>
        </w:tc>
        <w:tc>
          <w:tcPr>
            <w:tcW w:type="dxa" w:w="4528"/>
            <w:tcBorders>
              <w:start w:sz="4.800000000000182" w:val="single" w:color="#000000"/>
              <w:top w:sz="5.600000000000023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Экскурсия по школе, знакомство с помещениями;</w:t>
            </w:r>
          </w:p>
        </w:tc>
        <w:tc>
          <w:tcPr>
            <w:tcW w:type="dxa" w:w="1284"/>
            <w:tcBorders>
              <w:start w:sz="4.800000000000182" w:val="single" w:color="#000000"/>
              <w:top w:sz="5.600000000000023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Практическая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работа;</w:t>
            </w:r>
          </w:p>
        </w:tc>
        <w:tc>
          <w:tcPr>
            <w:tcW w:type="dxa" w:w="1622"/>
            <w:tcBorders>
              <w:start w:sz="4.800000000000182" w:val="single" w:color="#000000"/>
              <w:top w:sz="5.600000000000023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кучебнику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 1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класс, Учи.ру, РЭШ</w:t>
            </w:r>
          </w:p>
        </w:tc>
      </w:tr>
      <w:tr>
        <w:trPr>
          <w:trHeight w:hRule="exact" w:val="924"/>
        </w:trPr>
        <w:tc>
          <w:tcPr>
            <w:tcW w:type="dxa" w:w="468"/>
            <w:tcBorders>
              <w:start w:sz="4.800000000000011" w:val="single" w:color="#000000"/>
              <w:top w:sz="4.7999999999999545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1.2.</w:t>
            </w:r>
          </w:p>
        </w:tc>
        <w:tc>
          <w:tcPr>
            <w:tcW w:type="dxa" w:w="3962"/>
            <w:tcBorders>
              <w:start w:sz="4.7999999999999545" w:val="single" w:color="#000000"/>
              <w:top w:sz="4.7999999999999545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72" w:right="432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Одноклассники, взаимоотношения между ними;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ценность дружбы, взаимной помощи.</w:t>
            </w:r>
          </w:p>
        </w:tc>
        <w:tc>
          <w:tcPr>
            <w:tcW w:type="dxa" w:w="528"/>
            <w:tcBorders>
              <w:start w:sz="4.7999999999999545" w:val="single" w:color="#000000"/>
              <w:top w:sz="4.7999999999999545" w:val="single" w:color="#000000"/>
              <w:end w:sz="5.599999999999909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1106"/>
            <w:tcBorders>
              <w:start w:sz="5.599999999999909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864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09.09.2022</w:t>
            </w:r>
          </w:p>
        </w:tc>
        <w:tc>
          <w:tcPr>
            <w:tcW w:type="dxa" w:w="4528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Беседа по теме «Как содержать рабочее место в порядке»;</w:t>
            </w:r>
          </w:p>
        </w:tc>
        <w:tc>
          <w:tcPr>
            <w:tcW w:type="dxa" w:w="1284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Практическая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работа;</w:t>
            </w:r>
          </w:p>
        </w:tc>
        <w:tc>
          <w:tcPr>
            <w:tcW w:type="dxa" w:w="1622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 1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классУчи.ру, РЭШ</w:t>
            </w:r>
          </w:p>
        </w:tc>
      </w:tr>
      <w:tr>
        <w:trPr>
          <w:trHeight w:hRule="exact" w:val="1116"/>
        </w:trPr>
        <w:tc>
          <w:tcPr>
            <w:tcW w:type="dxa" w:w="468"/>
            <w:tcBorders>
              <w:start w:sz="4.800000000000011" w:val="single" w:color="#000000"/>
              <w:top w:sz="4.7999999999999545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1.3.</w:t>
            </w:r>
          </w:p>
        </w:tc>
        <w:tc>
          <w:tcPr>
            <w:tcW w:type="dxa" w:w="3962"/>
            <w:tcBorders>
              <w:start w:sz="4.7999999999999545" w:val="single" w:color="#000000"/>
              <w:top w:sz="4.7999999999999545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288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Рабочее место школьника. Правила безопасной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работы на учебном месте, режим труда и отдыха.</w:t>
            </w:r>
          </w:p>
        </w:tc>
        <w:tc>
          <w:tcPr>
            <w:tcW w:type="dxa" w:w="528"/>
            <w:tcBorders>
              <w:start w:sz="4.7999999999999545" w:val="single" w:color="#000000"/>
              <w:top w:sz="4.7999999999999545" w:val="single" w:color="#000000"/>
              <w:end w:sz="5.599999999999909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1106"/>
            <w:tcBorders>
              <w:start w:sz="5.599999999999909" w:val="single" w:color="#000000"/>
              <w:top w:sz="4.7999999999999545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864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14.09.2022</w:t>
            </w:r>
          </w:p>
        </w:tc>
        <w:tc>
          <w:tcPr>
            <w:tcW w:type="dxa" w:w="4528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Обсуждение ситуаций по теме «Правила поведения в классе и в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школе»;</w:t>
            </w:r>
          </w:p>
        </w:tc>
        <w:tc>
          <w:tcPr>
            <w:tcW w:type="dxa" w:w="1284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auto" w:before="78" w:after="0"/>
              <w:ind w:left="72" w:right="288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Обсуждение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ситуаций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"Правила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поведения в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школе"";</w:t>
            </w:r>
          </w:p>
        </w:tc>
        <w:tc>
          <w:tcPr>
            <w:tcW w:type="dxa" w:w="1622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288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мир",Учи.ру,РЭШ</w:t>
            </w:r>
          </w:p>
        </w:tc>
      </w:tr>
      <w:tr>
        <w:trPr>
          <w:trHeight w:hRule="exact" w:val="926"/>
        </w:trPr>
        <w:tc>
          <w:tcPr>
            <w:tcW w:type="dxa" w:w="468"/>
            <w:tcBorders>
              <w:start w:sz="4.800000000000011" w:val="single" w:color="#000000"/>
              <w:top w:sz="4.799999999999727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1.4.</w:t>
            </w:r>
          </w:p>
        </w:tc>
        <w:tc>
          <w:tcPr>
            <w:tcW w:type="dxa" w:w="3962"/>
            <w:tcBorders>
              <w:start w:sz="4.7999999999999545" w:val="single" w:color="#000000"/>
              <w:top w:sz="4.799999999999727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Россия Москва — столица России. Народы России.</w:t>
            </w:r>
          </w:p>
        </w:tc>
        <w:tc>
          <w:tcPr>
            <w:tcW w:type="dxa" w:w="528"/>
            <w:tcBorders>
              <w:start w:sz="4.7999999999999545" w:val="single" w:color="#000000"/>
              <w:top w:sz="4.799999999999727" w:val="single" w:color="#000000"/>
              <w:end w:sz="5.599999999999909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1106"/>
            <w:tcBorders>
              <w:start w:sz="5.599999999999909" w:val="single" w:color="#000000"/>
              <w:top w:sz="4.799999999999727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864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16.09.2022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21.09.2022</w:t>
            </w:r>
          </w:p>
        </w:tc>
        <w:tc>
          <w:tcPr>
            <w:tcW w:type="dxa" w:w="4528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7" w:lineRule="auto" w:before="78" w:after="0"/>
              <w:ind w:left="72" w:right="288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Экскурсии, целевые прогулки, просмотр иллюстраций,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видеофрагментов и других материалов (по вы бору) на тему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«Москва — столица России»;</w:t>
            </w:r>
          </w:p>
        </w:tc>
        <w:tc>
          <w:tcPr>
            <w:tcW w:type="dxa" w:w="1284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Самооценка с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использованием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«Оценочного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листа»;</w:t>
            </w:r>
          </w:p>
        </w:tc>
        <w:tc>
          <w:tcPr>
            <w:tcW w:type="dxa" w:w="1622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 1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класс, Учи.ру,РЭШ</w:t>
            </w:r>
          </w:p>
        </w:tc>
      </w:tr>
      <w:tr>
        <w:trPr>
          <w:trHeight w:hRule="exact" w:val="1116"/>
        </w:trPr>
        <w:tc>
          <w:tcPr>
            <w:tcW w:type="dxa" w:w="468"/>
            <w:tcBorders>
              <w:start w:sz="4.800000000000011" w:val="single" w:color="#000000"/>
              <w:top w:sz="4.799999999999727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1.5.</w:t>
            </w:r>
          </w:p>
        </w:tc>
        <w:tc>
          <w:tcPr>
            <w:tcW w:type="dxa" w:w="3962"/>
            <w:tcBorders>
              <w:start w:sz="4.7999999999999545" w:val="single" w:color="#000000"/>
              <w:top w:sz="4.799999999999727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0" w:right="144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Первоначальные сведения о родном крае. Название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своего   населённого пункта (города, села), региона.</w:t>
            </w:r>
          </w:p>
        </w:tc>
        <w:tc>
          <w:tcPr>
            <w:tcW w:type="dxa" w:w="528"/>
            <w:tcBorders>
              <w:start w:sz="4.7999999999999545" w:val="single" w:color="#000000"/>
              <w:top w:sz="4.799999999999727" w:val="single" w:color="#000000"/>
              <w:end w:sz="5.599999999999909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1106"/>
            <w:tcBorders>
              <w:start w:sz="5.599999999999909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864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23.09.2022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28.09.2022</w:t>
            </w:r>
          </w:p>
        </w:tc>
        <w:tc>
          <w:tcPr>
            <w:tcW w:type="dxa" w:w="4528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6" w:after="0"/>
              <w:ind w:left="72" w:right="288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Экскурсии, целевые прогулки, просмотр иллюстраций,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видеофрагментов и других материалов о родном крае, труде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людей;</w:t>
            </w:r>
          </w:p>
        </w:tc>
        <w:tc>
          <w:tcPr>
            <w:tcW w:type="dxa" w:w="1284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Устный опрос;</w:t>
            </w:r>
          </w:p>
        </w:tc>
        <w:tc>
          <w:tcPr>
            <w:tcW w:type="dxa" w:w="1622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мир"1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КЛАСС, Учи.ру,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РЭШ</w:t>
            </w:r>
          </w:p>
        </w:tc>
      </w:tr>
      <w:tr>
        <w:trPr>
          <w:trHeight w:hRule="exact" w:val="1500"/>
        </w:trPr>
        <w:tc>
          <w:tcPr>
            <w:tcW w:type="dxa" w:w="468"/>
            <w:tcBorders>
              <w:start w:sz="4.800000000000011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1.6.</w:t>
            </w:r>
          </w:p>
        </w:tc>
        <w:tc>
          <w:tcPr>
            <w:tcW w:type="dxa" w:w="3962"/>
            <w:tcBorders>
              <w:start w:sz="4.7999999999999545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72" w:right="288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Культурные объекты родного края. Труд людей.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Ценность и красота рукотворного мира.</w:t>
            </w:r>
          </w:p>
        </w:tc>
        <w:tc>
          <w:tcPr>
            <w:tcW w:type="dxa" w:w="528"/>
            <w:tcBorders>
              <w:start w:sz="4.7999999999999545" w:val="single" w:color="#000000"/>
              <w:top w:sz="4.800000000000182" w:val="single" w:color="#000000"/>
              <w:end w:sz="5.599999999999909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1106"/>
            <w:tcBorders>
              <w:start w:sz="5.599999999999909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86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30.09.2022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05.10.2022</w:t>
            </w:r>
          </w:p>
        </w:tc>
        <w:tc>
          <w:tcPr>
            <w:tcW w:type="dxa" w:w="4528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auto" w:before="76" w:after="0"/>
              <w:ind w:left="72" w:right="72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Экскурсии;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целевые прогулки;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просмотр иллюстраций;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;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видеофрагментов и других материалов о родном крае;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;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труде людей;</w:t>
            </w:r>
          </w:p>
        </w:tc>
        <w:tc>
          <w:tcPr>
            <w:tcW w:type="dxa" w:w="128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Самооценка с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использованием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«Оценочного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листа»;</w:t>
            </w:r>
          </w:p>
        </w:tc>
        <w:tc>
          <w:tcPr>
            <w:tcW w:type="dxa" w:w="1622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 1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класс, Учи.ру, РЭШ</w:t>
            </w:r>
          </w:p>
        </w:tc>
      </w:tr>
      <w:tr>
        <w:trPr>
          <w:trHeight w:hRule="exact" w:val="1046"/>
        </w:trPr>
        <w:tc>
          <w:tcPr>
            <w:tcW w:type="dxa" w:w="468"/>
            <w:tcBorders>
              <w:start w:sz="4.800000000000011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1.7.</w:t>
            </w:r>
          </w:p>
        </w:tc>
        <w:tc>
          <w:tcPr>
            <w:tcW w:type="dxa" w:w="3962"/>
            <w:tcBorders>
              <w:start w:sz="4.7999999999999545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Правила поведения в социуме.</w:t>
            </w:r>
          </w:p>
        </w:tc>
        <w:tc>
          <w:tcPr>
            <w:tcW w:type="dxa" w:w="528"/>
            <w:tcBorders>
              <w:start w:sz="4.7999999999999545" w:val="single" w:color="#000000"/>
              <w:top w:sz="4.800000000000182" w:val="single" w:color="#000000"/>
              <w:end w:sz="5.599999999999909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1106"/>
            <w:tcBorders>
              <w:start w:sz="5.599999999999909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86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07.10.2022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12.10.2022</w:t>
            </w:r>
          </w:p>
        </w:tc>
        <w:tc>
          <w:tcPr>
            <w:tcW w:type="dxa" w:w="4528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Беседа по теме «Правила поведения в учреждениях культуры —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в театре, музее, библиотеке»;</w:t>
            </w:r>
          </w:p>
        </w:tc>
        <w:tc>
          <w:tcPr>
            <w:tcW w:type="dxa" w:w="128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Тестирование;</w:t>
            </w:r>
          </w:p>
        </w:tc>
        <w:tc>
          <w:tcPr>
            <w:tcW w:type="dxa" w:w="1622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 1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класс, Учи.ру, РЭШ</w:t>
            </w:r>
          </w:p>
        </w:tc>
      </w:tr>
      <w:tr>
        <w:trPr>
          <w:trHeight w:hRule="exact" w:val="904"/>
        </w:trPr>
        <w:tc>
          <w:tcPr>
            <w:tcW w:type="dxa" w:w="468"/>
            <w:tcBorders>
              <w:start w:sz="4.800000000000011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1.8.</w:t>
            </w:r>
          </w:p>
        </w:tc>
        <w:tc>
          <w:tcPr>
            <w:tcW w:type="dxa" w:w="3962"/>
            <w:tcBorders>
              <w:start w:sz="4.7999999999999545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72" w:right="576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Моя семья в прошлом и настоящем. Имена и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фамилии членов семьи, их профессии.</w:t>
            </w:r>
          </w:p>
        </w:tc>
        <w:tc>
          <w:tcPr>
            <w:tcW w:type="dxa" w:w="528"/>
            <w:tcBorders>
              <w:start w:sz="4.7999999999999545" w:val="single" w:color="#000000"/>
              <w:top w:sz="4.800000000000182" w:val="single" w:color="#000000"/>
              <w:end w:sz="5.599999999999909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1106"/>
            <w:tcBorders>
              <w:start w:sz="5.599999999999909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86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14.10.2022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19.10.2022</w:t>
            </w:r>
          </w:p>
        </w:tc>
        <w:tc>
          <w:tcPr>
            <w:tcW w:type="dxa" w:w="4528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72" w:right="288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Рассказы детей по теме «Как наша семья проводит свободное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время»;</w:t>
            </w:r>
          </w:p>
        </w:tc>
        <w:tc>
          <w:tcPr>
            <w:tcW w:type="dxa" w:w="128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Самооценка с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использованием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«Оценочного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листа»;</w:t>
            </w:r>
          </w:p>
        </w:tc>
        <w:tc>
          <w:tcPr>
            <w:tcW w:type="dxa" w:w="1622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6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мир",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Учи. ру, РЭШ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40" w:h="11900"/>
          <w:pgMar w:top="282" w:right="640" w:bottom="550" w:left="666" w:header="720" w:footer="720" w:gutter="0"/>
          <w:cols w:space="720" w:num="1" w:equalWidth="0">
            <w:col w:w="15534" w:space="0"/>
            <w:col w:w="9974" w:space="0"/>
            <w:col w:w="10584" w:space="0"/>
            <w:col w:w="10264" w:space="0"/>
            <w:col w:w="10584" w:space="0"/>
            <w:col w:w="10586" w:space="0"/>
            <w:col w:w="10258" w:space="0"/>
            <w:col w:w="10584" w:space="0"/>
            <w:col w:w="10468" w:space="0"/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1726"/>
        <w:gridCol w:w="1726"/>
        <w:gridCol w:w="1726"/>
        <w:gridCol w:w="1726"/>
        <w:gridCol w:w="1726"/>
        <w:gridCol w:w="1726"/>
        <w:gridCol w:w="1726"/>
        <w:gridCol w:w="1726"/>
        <w:gridCol w:w="1726"/>
      </w:tblGrid>
      <w:tr>
        <w:trPr>
          <w:trHeight w:hRule="exact" w:val="924"/>
        </w:trPr>
        <w:tc>
          <w:tcPr>
            <w:tcW w:type="dxa" w:w="468"/>
            <w:tcBorders>
              <w:start w:sz="4.800000000000011" w:val="single" w:color="#000000"/>
              <w:top w:sz="4.800000000000011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1.9.</w:t>
            </w:r>
          </w:p>
        </w:tc>
        <w:tc>
          <w:tcPr>
            <w:tcW w:type="dxa" w:w="3962"/>
            <w:tcBorders>
              <w:start w:sz="4.7999999999999545" w:val="single" w:color="#000000"/>
              <w:top w:sz="4.800000000000011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72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Взаимоотношения и взаимопомощь в семье.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Совместный труд  и отдых.</w:t>
            </w:r>
          </w:p>
        </w:tc>
        <w:tc>
          <w:tcPr>
            <w:tcW w:type="dxa" w:w="528"/>
            <w:tcBorders>
              <w:start w:sz="4.7999999999999545" w:val="single" w:color="#000000"/>
              <w:top w:sz="4.800000000000011" w:val="single" w:color="#000000"/>
              <w:end w:sz="5.599999999999909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1106"/>
            <w:tcBorders>
              <w:start w:sz="5.599999999999909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864"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21.10.2022</w:t>
            </w:r>
          </w:p>
        </w:tc>
        <w:tc>
          <w:tcPr>
            <w:tcW w:type="dxa" w:w="4528"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Учебный диалог по теме «Что такое семья»;</w:t>
            </w:r>
          </w:p>
        </w:tc>
        <w:tc>
          <w:tcPr>
            <w:tcW w:type="dxa" w:w="1284"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7" w:lineRule="auto" w:before="78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Устный опрос;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Письменный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контроль;</w:t>
            </w:r>
          </w:p>
        </w:tc>
        <w:tc>
          <w:tcPr>
            <w:tcW w:type="dxa" w:w="1622"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 1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класс, Учи.ру, РЭШ</w:t>
            </w:r>
          </w:p>
        </w:tc>
      </w:tr>
      <w:tr>
        <w:trPr>
          <w:trHeight w:hRule="exact" w:val="924"/>
        </w:trPr>
        <w:tc>
          <w:tcPr>
            <w:tcW w:type="dxa" w:w="468"/>
            <w:tcBorders>
              <w:start w:sz="4.800000000000011" w:val="single" w:color="#000000"/>
              <w:top w:sz="4.7999999999999545" w:val="single" w:color="#000000"/>
              <w:end w:sz="4.799999999999954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1.10.</w:t>
            </w:r>
          </w:p>
        </w:tc>
        <w:tc>
          <w:tcPr>
            <w:tcW w:type="dxa" w:w="3962"/>
            <w:tcBorders>
              <w:start w:sz="4.7999999999999545" w:val="single" w:color="#000000"/>
              <w:top w:sz="4.7999999999999545" w:val="single" w:color="#000000"/>
              <w:end w:sz="4.799999999999954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Домашний адрес.</w:t>
            </w:r>
          </w:p>
        </w:tc>
        <w:tc>
          <w:tcPr>
            <w:tcW w:type="dxa" w:w="528"/>
            <w:tcBorders>
              <w:start w:sz="4.7999999999999545" w:val="single" w:color="#000000"/>
              <w:top w:sz="4.7999999999999545" w:val="single" w:color="#000000"/>
              <w:end w:sz="5.599999999999909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1106"/>
            <w:tcBorders>
              <w:start w:sz="5.599999999999909" w:val="single" w:color="#000000"/>
              <w:top w:sz="4.7999999999999545" w:val="single" w:color="#000000"/>
              <w:end w:sz="4.80000000000018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864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26.10.2022</w:t>
            </w:r>
          </w:p>
        </w:tc>
        <w:tc>
          <w:tcPr>
            <w:tcW w:type="dxa" w:w="4528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288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Рассказы детей по теме «Как наша семья проводит свободное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время»;</w:t>
            </w:r>
          </w:p>
        </w:tc>
        <w:tc>
          <w:tcPr>
            <w:tcW w:type="dxa" w:w="1284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Устный опрос;</w:t>
            </w:r>
          </w:p>
        </w:tc>
        <w:tc>
          <w:tcPr>
            <w:tcW w:type="dxa" w:w="1622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 1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класс, Учи. ру,РЭШ</w:t>
            </w:r>
          </w:p>
        </w:tc>
      </w:tr>
      <w:tr>
        <w:trPr>
          <w:trHeight w:hRule="exact" w:val="350"/>
        </w:trPr>
        <w:tc>
          <w:tcPr>
            <w:tcW w:type="dxa" w:w="4430"/>
            <w:gridSpan w:val="2"/>
            <w:tcBorders>
              <w:start w:sz="4.800000000000011" w:val="single" w:color="#000000"/>
              <w:top w:sz="4.0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Итого по разделу</w:t>
            </w:r>
          </w:p>
        </w:tc>
        <w:tc>
          <w:tcPr>
            <w:tcW w:type="dxa" w:w="528"/>
            <w:tcBorders>
              <w:start w:sz="4.7999999999999545" w:val="single" w:color="#000000"/>
              <w:top w:sz="4.0" w:val="single" w:color="#000000"/>
              <w:end w:sz="5.599999999999909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16</w:t>
            </w:r>
          </w:p>
        </w:tc>
        <w:tc>
          <w:tcPr>
            <w:tcW w:type="dxa" w:w="10544"/>
            <w:gridSpan w:val="6"/>
            <w:tcBorders>
              <w:start w:sz="5.599999999999909" w:val="single" w:color="#000000"/>
              <w:top w:sz="4.0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48"/>
        </w:trPr>
        <w:tc>
          <w:tcPr>
            <w:tcW w:type="dxa" w:w="15502"/>
            <w:gridSpan w:val="9"/>
            <w:tcBorders>
              <w:start w:sz="4.800000000000011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Раздел 2.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 Человек и природа.</w:t>
            </w:r>
          </w:p>
        </w:tc>
      </w:tr>
      <w:tr>
        <w:trPr>
          <w:trHeight w:hRule="exact" w:val="924"/>
        </w:trPr>
        <w:tc>
          <w:tcPr>
            <w:tcW w:type="dxa" w:w="468"/>
            <w:tcBorders>
              <w:start w:sz="4.800000000000011" w:val="single" w:color="#000000"/>
              <w:top w:sz="4.7999999999999545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2.1.</w:t>
            </w:r>
          </w:p>
        </w:tc>
        <w:tc>
          <w:tcPr>
            <w:tcW w:type="dxa" w:w="3962"/>
            <w:tcBorders>
              <w:start w:sz="4.7999999999999545" w:val="single" w:color="#000000"/>
              <w:top w:sz="4.7999999999999545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64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Природа и предметы, созданные человеком.</w:t>
            </w:r>
          </w:p>
          <w:p>
            <w:pPr>
              <w:autoSpaceDN w:val="0"/>
              <w:autoSpaceDE w:val="0"/>
              <w:widowControl/>
              <w:spacing w:line="245" w:lineRule="auto" w:before="18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Природные материалы. Бережное отношение к пред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метам, вещам, уход за ними.</w:t>
            </w:r>
          </w:p>
        </w:tc>
        <w:tc>
          <w:tcPr>
            <w:tcW w:type="dxa" w:w="528"/>
            <w:tcBorders>
              <w:start w:sz="4.7999999999999545" w:val="single" w:color="#000000"/>
              <w:top w:sz="4.7999999999999545" w:val="single" w:color="#000000"/>
              <w:end w:sz="5.599999999999909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1106"/>
            <w:tcBorders>
              <w:start w:sz="5.599999999999909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864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28.10.2022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09.11.2022</w:t>
            </w:r>
          </w:p>
        </w:tc>
        <w:tc>
          <w:tcPr>
            <w:tcW w:type="dxa" w:w="4528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72" w:right="432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Работа с иллюстративным материалом: «Живая и неживая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природа»;</w:t>
            </w:r>
          </w:p>
        </w:tc>
        <w:tc>
          <w:tcPr>
            <w:tcW w:type="dxa" w:w="1284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Практическая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работа;</w:t>
            </w:r>
          </w:p>
        </w:tc>
        <w:tc>
          <w:tcPr>
            <w:tcW w:type="dxa" w:w="1622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 1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класс, Учи.ру, РЭШ</w:t>
            </w:r>
          </w:p>
        </w:tc>
      </w:tr>
      <w:tr>
        <w:trPr>
          <w:trHeight w:hRule="exact" w:val="1692"/>
        </w:trPr>
        <w:tc>
          <w:tcPr>
            <w:tcW w:type="dxa" w:w="468"/>
            <w:tcBorders>
              <w:start w:sz="4.800000000000011" w:val="single" w:color="#000000"/>
              <w:top w:sz="4.7999999999999545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2.2.</w:t>
            </w:r>
          </w:p>
        </w:tc>
        <w:tc>
          <w:tcPr>
            <w:tcW w:type="dxa" w:w="3962"/>
            <w:tcBorders>
              <w:start w:sz="4.7999999999999545" w:val="single" w:color="#000000"/>
              <w:top w:sz="4.7999999999999545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6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Неживая и живая природа.</w:t>
            </w:r>
          </w:p>
        </w:tc>
        <w:tc>
          <w:tcPr>
            <w:tcW w:type="dxa" w:w="528"/>
            <w:tcBorders>
              <w:start w:sz="4.7999999999999545" w:val="single" w:color="#000000"/>
              <w:top w:sz="4.7999999999999545" w:val="single" w:color="#000000"/>
              <w:end w:sz="5.599999999999909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1106"/>
            <w:tcBorders>
              <w:start w:sz="5.599999999999909" w:val="single" w:color="#000000"/>
              <w:top w:sz="4.7999999999999545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864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11.11.2022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18.11.2022</w:t>
            </w:r>
          </w:p>
        </w:tc>
        <w:tc>
          <w:tcPr>
            <w:tcW w:type="dxa" w:w="4528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432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Работа с иллюстративным материалом: «Живая и неживая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природа»;</w:t>
            </w:r>
          </w:p>
        </w:tc>
        <w:tc>
          <w:tcPr>
            <w:tcW w:type="dxa" w:w="1284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Практическая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работа;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Тестирование;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Диктант;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Самооценка с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использованием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«Оценочного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листа»;</w:t>
            </w:r>
          </w:p>
        </w:tc>
        <w:tc>
          <w:tcPr>
            <w:tcW w:type="dxa" w:w="1622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мир",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Учи.ру, РЭШ</w:t>
            </w:r>
          </w:p>
        </w:tc>
      </w:tr>
      <w:tr>
        <w:trPr>
          <w:trHeight w:hRule="exact" w:val="926"/>
        </w:trPr>
        <w:tc>
          <w:tcPr>
            <w:tcW w:type="dxa" w:w="468"/>
            <w:tcBorders>
              <w:start w:sz="4.800000000000011" w:val="single" w:color="#000000"/>
              <w:top w:sz="4.799999999999727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2.3.</w:t>
            </w:r>
          </w:p>
        </w:tc>
        <w:tc>
          <w:tcPr>
            <w:tcW w:type="dxa" w:w="3962"/>
            <w:tcBorders>
              <w:start w:sz="4.7999999999999545" w:val="single" w:color="#000000"/>
              <w:top w:sz="4.799999999999727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Погода и термометр. Наблюдение за погодой своего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края. Сезонные изменения в природе.</w:t>
            </w:r>
          </w:p>
        </w:tc>
        <w:tc>
          <w:tcPr>
            <w:tcW w:type="dxa" w:w="528"/>
            <w:tcBorders>
              <w:start w:sz="4.7999999999999545" w:val="single" w:color="#000000"/>
              <w:top w:sz="4.799999999999727" w:val="single" w:color="#000000"/>
              <w:end w:sz="5.599999999999909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1106"/>
            <w:tcBorders>
              <w:start w:sz="5.599999999999909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864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23.11.2022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30.11.2022</w:t>
            </w:r>
          </w:p>
        </w:tc>
        <w:tc>
          <w:tcPr>
            <w:tcW w:type="dxa" w:w="4528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Практическая работа по теме «Измеряем температуру»;</w:t>
            </w:r>
          </w:p>
        </w:tc>
        <w:tc>
          <w:tcPr>
            <w:tcW w:type="dxa" w:w="1284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Устный опрос;</w:t>
            </w:r>
          </w:p>
        </w:tc>
        <w:tc>
          <w:tcPr>
            <w:tcW w:type="dxa" w:w="1622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 1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класс, Учи.ру, РЭШ</w:t>
            </w:r>
          </w:p>
        </w:tc>
      </w:tr>
      <w:tr>
        <w:trPr>
          <w:trHeight w:hRule="exact" w:val="924"/>
        </w:trPr>
        <w:tc>
          <w:tcPr>
            <w:tcW w:type="dxa" w:w="468"/>
            <w:tcBorders>
              <w:start w:sz="4.800000000000011" w:val="single" w:color="#000000"/>
              <w:top w:sz="4.800000000000182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2.4.</w:t>
            </w:r>
          </w:p>
        </w:tc>
        <w:tc>
          <w:tcPr>
            <w:tcW w:type="dxa" w:w="3962"/>
            <w:tcBorders>
              <w:start w:sz="4.7999999999999545" w:val="single" w:color="#000000"/>
              <w:top w:sz="4.800000000000182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Взаимосвязи между человеком и природой. Правила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нравственного и безопасного поведения в природе.</w:t>
            </w:r>
          </w:p>
        </w:tc>
        <w:tc>
          <w:tcPr>
            <w:tcW w:type="dxa" w:w="528"/>
            <w:tcBorders>
              <w:start w:sz="4.7999999999999545" w:val="single" w:color="#000000"/>
              <w:top w:sz="4.800000000000182" w:val="single" w:color="#000000"/>
              <w:end w:sz="5.599999999999909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1106"/>
            <w:tcBorders>
              <w:start w:sz="5.599999999999909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86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02.12.2022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14.12.2022</w:t>
            </w:r>
          </w:p>
        </w:tc>
        <w:tc>
          <w:tcPr>
            <w:tcW w:type="dxa" w:w="4528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Обсуждение ситуаций по теме «Правила поведения в природе»;</w:t>
            </w:r>
          </w:p>
        </w:tc>
        <w:tc>
          <w:tcPr>
            <w:tcW w:type="dxa" w:w="128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Устный опрос;</w:t>
            </w:r>
          </w:p>
        </w:tc>
        <w:tc>
          <w:tcPr>
            <w:tcW w:type="dxa" w:w="1622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6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мир",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учи.ру, РЭШ</w:t>
            </w:r>
          </w:p>
        </w:tc>
      </w:tr>
      <w:tr>
        <w:trPr>
          <w:trHeight w:hRule="exact" w:val="1032"/>
        </w:trPr>
        <w:tc>
          <w:tcPr>
            <w:tcW w:type="dxa" w:w="468"/>
            <w:tcBorders>
              <w:start w:sz="4.800000000000011" w:val="single" w:color="#000000"/>
              <w:top w:sz="4.799999999999727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2.5.</w:t>
            </w:r>
          </w:p>
        </w:tc>
        <w:tc>
          <w:tcPr>
            <w:tcW w:type="dxa" w:w="3962"/>
            <w:tcBorders>
              <w:start w:sz="4.7999999999999545" w:val="single" w:color="#000000"/>
              <w:top w:sz="4.799999999999727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auto" w:before="66" w:after="0"/>
              <w:ind w:left="72" w:right="576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Растения ближайшего окружения (узнавание,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называние, краткое  описание).</w:t>
            </w:r>
          </w:p>
        </w:tc>
        <w:tc>
          <w:tcPr>
            <w:tcW w:type="dxa" w:w="528"/>
            <w:tcBorders>
              <w:start w:sz="4.7999999999999545" w:val="single" w:color="#000000"/>
              <w:top w:sz="4.799999999999727" w:val="single" w:color="#000000"/>
              <w:end w:sz="5.599999999999909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1106"/>
            <w:tcBorders>
              <w:start w:sz="5.599999999999909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864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16.12.2022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11.01.2023</w:t>
            </w:r>
          </w:p>
        </w:tc>
        <w:tc>
          <w:tcPr>
            <w:tcW w:type="dxa" w:w="4528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Практическая работа по теме «Найдите у растений их части»;</w:t>
            </w:r>
          </w:p>
        </w:tc>
        <w:tc>
          <w:tcPr>
            <w:tcW w:type="dxa" w:w="1284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Устный опрос;</w:t>
            </w:r>
          </w:p>
        </w:tc>
        <w:tc>
          <w:tcPr>
            <w:tcW w:type="dxa" w:w="1622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 1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класс,Учи.ру,РЭШ</w:t>
            </w:r>
          </w:p>
        </w:tc>
      </w:tr>
      <w:tr>
        <w:trPr>
          <w:trHeight w:hRule="exact" w:val="926"/>
        </w:trPr>
        <w:tc>
          <w:tcPr>
            <w:tcW w:type="dxa" w:w="468"/>
            <w:tcBorders>
              <w:start w:sz="4.800000000000011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2.6.</w:t>
            </w:r>
          </w:p>
        </w:tc>
        <w:tc>
          <w:tcPr>
            <w:tcW w:type="dxa" w:w="3962"/>
            <w:tcBorders>
              <w:start w:sz="4.7999999999999545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288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Лиственные и хвойные растения. Дикорастущие и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культурные растения.</w:t>
            </w:r>
          </w:p>
        </w:tc>
        <w:tc>
          <w:tcPr>
            <w:tcW w:type="dxa" w:w="528"/>
            <w:tcBorders>
              <w:start w:sz="4.7999999999999545" w:val="single" w:color="#000000"/>
              <w:top w:sz="4.800000000000182" w:val="single" w:color="#000000"/>
              <w:end w:sz="5.599999999999909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1106"/>
            <w:tcBorders>
              <w:start w:sz="5.599999999999909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1140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86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13.01.2023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25.01.2023</w:t>
            </w:r>
          </w:p>
        </w:tc>
        <w:tc>
          <w:tcPr>
            <w:tcW w:type="dxa" w:w="4528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Сравнение внешнего вида деревьев, кустарников, трав;</w:t>
            </w:r>
          </w:p>
        </w:tc>
        <w:tc>
          <w:tcPr>
            <w:tcW w:type="dxa" w:w="128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Устный опрос;</w:t>
            </w:r>
          </w:p>
        </w:tc>
        <w:tc>
          <w:tcPr>
            <w:tcW w:type="dxa" w:w="1622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 1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класс, Учи.ру, РЭШ</w:t>
            </w:r>
          </w:p>
        </w:tc>
      </w:tr>
      <w:tr>
        <w:trPr>
          <w:trHeight w:hRule="exact" w:val="904"/>
        </w:trPr>
        <w:tc>
          <w:tcPr>
            <w:tcW w:type="dxa" w:w="468"/>
            <w:tcBorders>
              <w:start w:sz="4.800000000000011" w:val="single" w:color="#000000"/>
              <w:top w:sz="4.800000000000182" w:val="single" w:color="#000000"/>
              <w:end w:sz="4.7999999999999545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2.7.</w:t>
            </w:r>
          </w:p>
        </w:tc>
        <w:tc>
          <w:tcPr>
            <w:tcW w:type="dxa" w:w="3962"/>
            <w:tcBorders>
              <w:start w:sz="4.7999999999999545" w:val="single" w:color="#000000"/>
              <w:top w:sz="4.800000000000182" w:val="single" w:color="#000000"/>
              <w:end w:sz="4.7999999999999545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6" w:after="0"/>
              <w:ind w:left="72" w:right="74" w:firstLine="0"/>
              <w:jc w:val="both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Части растения (называние, краткая характеристика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значения для жизни растения): корень, стебель, лист,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цветок, плод, семя.</w:t>
            </w:r>
          </w:p>
        </w:tc>
        <w:tc>
          <w:tcPr>
            <w:tcW w:type="dxa" w:w="528"/>
            <w:tcBorders>
              <w:start w:sz="4.7999999999999545" w:val="single" w:color="#000000"/>
              <w:top w:sz="4.800000000000182" w:val="single" w:color="#000000"/>
              <w:end w:sz="5.599999999999909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1106"/>
            <w:tcBorders>
              <w:start w:sz="5.599999999999909" w:val="single" w:color="#000000"/>
              <w:top w:sz="4.800000000000182" w:val="single" w:color="#000000"/>
              <w:end w:sz="4.800000000000182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1140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86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27.01.2023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15.02.2023</w:t>
            </w:r>
          </w:p>
        </w:tc>
        <w:tc>
          <w:tcPr>
            <w:tcW w:type="dxa" w:w="4528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Практическая работа по теме «Найдите у растений их части»;</w:t>
            </w:r>
          </w:p>
        </w:tc>
        <w:tc>
          <w:tcPr>
            <w:tcW w:type="dxa" w:w="128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Практическая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работа;</w:t>
            </w:r>
          </w:p>
        </w:tc>
        <w:tc>
          <w:tcPr>
            <w:tcW w:type="dxa" w:w="1622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 1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класс, Учи.ру, РЭШ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40" w:h="11900"/>
          <w:pgMar w:top="284" w:right="640" w:bottom="712" w:left="666" w:header="720" w:footer="720" w:gutter="0"/>
          <w:cols w:space="720" w:num="1" w:equalWidth="0">
            <w:col w:w="15534" w:space="0"/>
            <w:col w:w="15534" w:space="0"/>
            <w:col w:w="9974" w:space="0"/>
            <w:col w:w="10584" w:space="0"/>
            <w:col w:w="10264" w:space="0"/>
            <w:col w:w="10584" w:space="0"/>
            <w:col w:w="10586" w:space="0"/>
            <w:col w:w="10258" w:space="0"/>
            <w:col w:w="10584" w:space="0"/>
            <w:col w:w="10468" w:space="0"/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1726"/>
        <w:gridCol w:w="1726"/>
        <w:gridCol w:w="1726"/>
        <w:gridCol w:w="1726"/>
        <w:gridCol w:w="1726"/>
        <w:gridCol w:w="1726"/>
        <w:gridCol w:w="1726"/>
        <w:gridCol w:w="1726"/>
        <w:gridCol w:w="1726"/>
      </w:tblGrid>
      <w:tr>
        <w:trPr>
          <w:trHeight w:hRule="exact" w:val="924"/>
        </w:trPr>
        <w:tc>
          <w:tcPr>
            <w:tcW w:type="dxa" w:w="468"/>
            <w:tcBorders>
              <w:start w:sz="4.800000000000011" w:val="single" w:color="#000000"/>
              <w:top w:sz="4.800000000000011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2.8.</w:t>
            </w:r>
          </w:p>
        </w:tc>
        <w:tc>
          <w:tcPr>
            <w:tcW w:type="dxa" w:w="3962"/>
            <w:tcBorders>
              <w:start w:sz="4.7999999999999545" w:val="single" w:color="#000000"/>
              <w:top w:sz="4.800000000000011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Комнатные растения, правила содержания и ухода.</w:t>
            </w:r>
          </w:p>
        </w:tc>
        <w:tc>
          <w:tcPr>
            <w:tcW w:type="dxa" w:w="528"/>
            <w:tcBorders>
              <w:start w:sz="4.7999999999999545" w:val="single" w:color="#000000"/>
              <w:top w:sz="4.800000000000011" w:val="single" w:color="#000000"/>
              <w:end w:sz="5.599999999999909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1106"/>
            <w:tcBorders>
              <w:start w:sz="5.599999999999909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864"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17.02.2023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24.02.2023</w:t>
            </w:r>
          </w:p>
        </w:tc>
        <w:tc>
          <w:tcPr>
            <w:tcW w:type="dxa" w:w="4528"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Практическая работа по теме «Учимся ухаживать за растениями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уголка природы»;</w:t>
            </w:r>
          </w:p>
        </w:tc>
        <w:tc>
          <w:tcPr>
            <w:tcW w:type="dxa" w:w="1284"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Практическая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работа;</w:t>
            </w:r>
          </w:p>
        </w:tc>
        <w:tc>
          <w:tcPr>
            <w:tcW w:type="dxa" w:w="1622"/>
            <w:tcBorders>
              <w:start w:sz="4.800000000000182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 ",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 класс, Учи.ру,РЭШ</w:t>
            </w:r>
          </w:p>
        </w:tc>
      </w:tr>
      <w:tr>
        <w:trPr>
          <w:trHeight w:hRule="exact" w:val="924"/>
        </w:trPr>
        <w:tc>
          <w:tcPr>
            <w:tcW w:type="dxa" w:w="468"/>
            <w:tcBorders>
              <w:start w:sz="4.800000000000011" w:val="single" w:color="#000000"/>
              <w:top w:sz="4.7999999999999545" w:val="single" w:color="#000000"/>
              <w:end w:sz="4.799999999999954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2.9.</w:t>
            </w:r>
          </w:p>
        </w:tc>
        <w:tc>
          <w:tcPr>
            <w:tcW w:type="dxa" w:w="3962"/>
            <w:tcBorders>
              <w:start w:sz="4.7999999999999545" w:val="single" w:color="#000000"/>
              <w:top w:sz="4.7999999999999545" w:val="single" w:color="#000000"/>
              <w:end w:sz="4.799999999999954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Разные группы животных (звери, насекомые, птицы,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рыбы и др.).</w:t>
            </w:r>
          </w:p>
        </w:tc>
        <w:tc>
          <w:tcPr>
            <w:tcW w:type="dxa" w:w="528"/>
            <w:tcBorders>
              <w:start w:sz="4.7999999999999545" w:val="single" w:color="#000000"/>
              <w:top w:sz="4.7999999999999545" w:val="single" w:color="#000000"/>
              <w:end w:sz="5.599999999999909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1106"/>
            <w:tcBorders>
              <w:start w:sz="5.599999999999909" w:val="single" w:color="#000000"/>
              <w:top w:sz="4.7999999999999545" w:val="single" w:color="#000000"/>
              <w:end w:sz="4.80000000000018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1140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864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01.03.2023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15.03.2023</w:t>
            </w:r>
          </w:p>
        </w:tc>
        <w:tc>
          <w:tcPr>
            <w:tcW w:type="dxa" w:w="4528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Наблюдения за поведением животных в естественных условиях: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повадки птиц, движения зверей, условия обитаний насекомых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(во время экскурсий, целевых прогулок, просмотра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видеоматериалов);</w:t>
            </w:r>
          </w:p>
        </w:tc>
        <w:tc>
          <w:tcPr>
            <w:tcW w:type="dxa" w:w="1284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Практическая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работа;</w:t>
            </w:r>
          </w:p>
        </w:tc>
        <w:tc>
          <w:tcPr>
            <w:tcW w:type="dxa" w:w="1622"/>
            <w:tcBorders>
              <w:start w:sz="4.800000000000182" w:val="single" w:color="#000000"/>
              <w:top w:sz="4.7999999999999545" w:val="single" w:color="#000000"/>
              <w:end w:sz="4.80000000000018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мир",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Учи. ру, РЭШ</w:t>
            </w:r>
          </w:p>
        </w:tc>
      </w:tr>
      <w:tr>
        <w:trPr>
          <w:trHeight w:hRule="exact" w:val="926"/>
        </w:trPr>
        <w:tc>
          <w:tcPr>
            <w:tcW w:type="dxa" w:w="468"/>
            <w:tcBorders>
              <w:start w:sz="4.800000000000011" w:val="single" w:color="#000000"/>
              <w:top w:sz="4.0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2.10.</w:t>
            </w:r>
          </w:p>
        </w:tc>
        <w:tc>
          <w:tcPr>
            <w:tcW w:type="dxa" w:w="3962"/>
            <w:tcBorders>
              <w:start w:sz="4.7999999999999545" w:val="single" w:color="#000000"/>
              <w:top w:sz="4.0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Домашние и дикие животные (различия в условиях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жизни).</w:t>
            </w:r>
          </w:p>
        </w:tc>
        <w:tc>
          <w:tcPr>
            <w:tcW w:type="dxa" w:w="528"/>
            <w:tcBorders>
              <w:start w:sz="4.7999999999999545" w:val="single" w:color="#000000"/>
              <w:top w:sz="4.0" w:val="single" w:color="#000000"/>
              <w:end w:sz="5.599999999999909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1106"/>
            <w:tcBorders>
              <w:start w:sz="5.599999999999909" w:val="single" w:color="#000000"/>
              <w:top w:sz="4.0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0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864"/>
            <w:tcBorders>
              <w:start w:sz="4.800000000000182" w:val="single" w:color="#000000"/>
              <w:top w:sz="4.0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17.03.2023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24.03.2023</w:t>
            </w:r>
          </w:p>
        </w:tc>
        <w:tc>
          <w:tcPr>
            <w:tcW w:type="dxa" w:w="4528"/>
            <w:tcBorders>
              <w:start w:sz="4.800000000000182" w:val="single" w:color="#000000"/>
              <w:top w:sz="4.0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Наблюдения за поведением животных в естественных условиях: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повадки птиц, движения зверей, условия обитаний насекомых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(во время экскурсий, целевых прогулок, просмотра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видеоматериалов);</w:t>
            </w:r>
          </w:p>
        </w:tc>
        <w:tc>
          <w:tcPr>
            <w:tcW w:type="dxa" w:w="1284"/>
            <w:tcBorders>
              <w:start w:sz="4.800000000000182" w:val="single" w:color="#000000"/>
              <w:top w:sz="4.0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Практическая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работа;</w:t>
            </w:r>
          </w:p>
        </w:tc>
        <w:tc>
          <w:tcPr>
            <w:tcW w:type="dxa" w:w="1622"/>
            <w:tcBorders>
              <w:start w:sz="4.800000000000182" w:val="single" w:color="#000000"/>
              <w:top w:sz="4.0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мир",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Учи.ру, РЭШ</w:t>
            </w:r>
          </w:p>
        </w:tc>
      </w:tr>
      <w:tr>
        <w:trPr>
          <w:trHeight w:hRule="exact" w:val="924"/>
        </w:trPr>
        <w:tc>
          <w:tcPr>
            <w:tcW w:type="dxa" w:w="468"/>
            <w:tcBorders>
              <w:start w:sz="4.800000000000011" w:val="single" w:color="#000000"/>
              <w:top w:sz="4.800000000000182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2.11.</w:t>
            </w:r>
          </w:p>
        </w:tc>
        <w:tc>
          <w:tcPr>
            <w:tcW w:type="dxa" w:w="3962"/>
            <w:tcBorders>
              <w:start w:sz="4.7999999999999545" w:val="single" w:color="#000000"/>
              <w:top w:sz="4.800000000000182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Забота о домашних питомцах.</w:t>
            </w:r>
          </w:p>
        </w:tc>
        <w:tc>
          <w:tcPr>
            <w:tcW w:type="dxa" w:w="528"/>
            <w:tcBorders>
              <w:start w:sz="4.7999999999999545" w:val="single" w:color="#000000"/>
              <w:top w:sz="4.800000000000182" w:val="single" w:color="#000000"/>
              <w:end w:sz="5.599999999999909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1106"/>
            <w:tcBorders>
              <w:start w:sz="5.599999999999909" w:val="single" w:color="#000000"/>
              <w:top w:sz="4.800000000000182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86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05.04.2023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12.04.2023</w:t>
            </w:r>
          </w:p>
        </w:tc>
        <w:tc>
          <w:tcPr>
            <w:tcW w:type="dxa" w:w="4528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Рассказы детей по теме «Мой домашний питомец»;</w:t>
            </w:r>
          </w:p>
        </w:tc>
        <w:tc>
          <w:tcPr>
            <w:tcW w:type="dxa" w:w="128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Устный опрос;</w:t>
            </w:r>
          </w:p>
        </w:tc>
        <w:tc>
          <w:tcPr>
            <w:tcW w:type="dxa" w:w="1622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 "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 класс, Учи.ру, РЭШ</w:t>
            </w:r>
          </w:p>
        </w:tc>
      </w:tr>
      <w:tr>
        <w:trPr>
          <w:trHeight w:hRule="exact" w:val="348"/>
        </w:trPr>
        <w:tc>
          <w:tcPr>
            <w:tcW w:type="dxa" w:w="4430"/>
            <w:gridSpan w:val="2"/>
            <w:tcBorders>
              <w:start w:sz="4.800000000000011" w:val="single" w:color="#000000"/>
              <w:top w:sz="4.7999999999999545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Итого по разделу</w:t>
            </w:r>
          </w:p>
        </w:tc>
        <w:tc>
          <w:tcPr>
            <w:tcW w:type="dxa" w:w="528"/>
            <w:tcBorders>
              <w:start w:sz="4.7999999999999545" w:val="single" w:color="#000000"/>
              <w:top w:sz="4.7999999999999545" w:val="single" w:color="#000000"/>
              <w:end w:sz="5.599999999999909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37</w:t>
            </w:r>
          </w:p>
        </w:tc>
        <w:tc>
          <w:tcPr>
            <w:tcW w:type="dxa" w:w="10544"/>
            <w:gridSpan w:val="6"/>
            <w:tcBorders>
              <w:start w:sz="5.599999999999909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48"/>
        </w:trPr>
        <w:tc>
          <w:tcPr>
            <w:tcW w:type="dxa" w:w="15502"/>
            <w:gridSpan w:val="9"/>
            <w:tcBorders>
              <w:start w:sz="4.800000000000011" w:val="single" w:color="#000000"/>
              <w:top w:sz="4.7999999999999545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Раздел 3.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 Правила безопасной жизни.</w:t>
            </w:r>
          </w:p>
        </w:tc>
      </w:tr>
      <w:tr>
        <w:trPr>
          <w:trHeight w:hRule="exact" w:val="1010"/>
        </w:trPr>
        <w:tc>
          <w:tcPr>
            <w:tcW w:type="dxa" w:w="468"/>
            <w:tcBorders>
              <w:start w:sz="4.800000000000011" w:val="single" w:color="#000000"/>
              <w:top w:sz="4.800000000000182" w:val="single" w:color="#000000"/>
              <w:end w:sz="4.7999999999999545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3.1.</w:t>
            </w:r>
          </w:p>
        </w:tc>
        <w:tc>
          <w:tcPr>
            <w:tcW w:type="dxa" w:w="3962"/>
            <w:tcBorders>
              <w:start w:sz="4.7999999999999545" w:val="single" w:color="#000000"/>
              <w:top w:sz="4.800000000000182" w:val="single" w:color="#000000"/>
              <w:end w:sz="4.7999999999999545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432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Необходимость соблюдения режима дня, правил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здорового питания и личной гигиены.</w:t>
            </w:r>
          </w:p>
        </w:tc>
        <w:tc>
          <w:tcPr>
            <w:tcW w:type="dxa" w:w="528"/>
            <w:tcBorders>
              <w:start w:sz="4.7999999999999545" w:val="single" w:color="#000000"/>
              <w:top w:sz="4.800000000000182" w:val="single" w:color="#000000"/>
              <w:end w:sz="5.599999999999909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1106"/>
            <w:tcBorders>
              <w:start w:sz="5.599999999999909" w:val="single" w:color="#000000"/>
              <w:top w:sz="4.800000000000182" w:val="single" w:color="#000000"/>
              <w:end w:sz="4.800000000000182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86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14.04.2023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19.04.2023</w:t>
            </w:r>
          </w:p>
        </w:tc>
        <w:tc>
          <w:tcPr>
            <w:tcW w:type="dxa" w:w="4528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8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Беседа по теме «Что такое режим дня»: обсуждение режима дня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первоклассника;</w:t>
            </w:r>
          </w:p>
        </w:tc>
        <w:tc>
          <w:tcPr>
            <w:tcW w:type="dxa" w:w="128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Устный опрос;</w:t>
            </w:r>
          </w:p>
        </w:tc>
        <w:tc>
          <w:tcPr>
            <w:tcW w:type="dxa" w:w="1622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 1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класс, Учи.ру, РЭШ</w:t>
            </w:r>
          </w:p>
        </w:tc>
      </w:tr>
      <w:tr>
        <w:trPr>
          <w:trHeight w:hRule="exact" w:val="924"/>
        </w:trPr>
        <w:tc>
          <w:tcPr>
            <w:tcW w:type="dxa" w:w="468"/>
            <w:tcBorders>
              <w:start w:sz="4.800000000000011" w:val="single" w:color="#000000"/>
              <w:top w:sz="5.599999999999909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4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3.2.</w:t>
            </w:r>
          </w:p>
        </w:tc>
        <w:tc>
          <w:tcPr>
            <w:tcW w:type="dxa" w:w="3962"/>
            <w:tcBorders>
              <w:start w:sz="4.7999999999999545" w:val="single" w:color="#000000"/>
              <w:top w:sz="5.599999999999909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4" w:after="0"/>
              <w:ind w:left="72" w:right="144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Правила безопасности в быту: пользование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бытовыми электро приборами, газовыми плитами.</w:t>
            </w:r>
          </w:p>
        </w:tc>
        <w:tc>
          <w:tcPr>
            <w:tcW w:type="dxa" w:w="528"/>
            <w:tcBorders>
              <w:start w:sz="4.7999999999999545" w:val="single" w:color="#000000"/>
              <w:top w:sz="5.599999999999909" w:val="single" w:color="#000000"/>
              <w:end w:sz="5.599999999999909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4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1106"/>
            <w:tcBorders>
              <w:start w:sz="5.599999999999909" w:val="single" w:color="#000000"/>
              <w:top w:sz="5.599999999999909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4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5.599999999999909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4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864"/>
            <w:tcBorders>
              <w:start w:sz="4.800000000000182" w:val="single" w:color="#000000"/>
              <w:top w:sz="5.599999999999909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4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21.04.2023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26.04.2023</w:t>
            </w:r>
          </w:p>
        </w:tc>
        <w:tc>
          <w:tcPr>
            <w:tcW w:type="dxa" w:w="4528"/>
            <w:tcBorders>
              <w:start w:sz="4.800000000000182" w:val="single" w:color="#000000"/>
              <w:top w:sz="5.599999999999909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4" w:after="0"/>
              <w:ind w:left="72" w:right="576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Беседа поправилам поведения и пользованием бытовыми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элекртоприборами;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газовыми плитами.;</w:t>
            </w:r>
          </w:p>
        </w:tc>
        <w:tc>
          <w:tcPr>
            <w:tcW w:type="dxa" w:w="1284"/>
            <w:tcBorders>
              <w:start w:sz="4.800000000000182" w:val="single" w:color="#000000"/>
              <w:top w:sz="5.599999999999909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4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Устный опрос;</w:t>
            </w:r>
          </w:p>
        </w:tc>
        <w:tc>
          <w:tcPr>
            <w:tcW w:type="dxa" w:w="1622"/>
            <w:tcBorders>
              <w:start w:sz="4.800000000000182" w:val="single" w:color="#000000"/>
              <w:top w:sz="5.599999999999909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4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 1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класс, Учи.ру, РЭШ</w:t>
            </w:r>
          </w:p>
        </w:tc>
      </w:tr>
      <w:tr>
        <w:trPr>
          <w:trHeight w:hRule="exact" w:val="924"/>
        </w:trPr>
        <w:tc>
          <w:tcPr>
            <w:tcW w:type="dxa" w:w="468"/>
            <w:tcBorders>
              <w:start w:sz="4.800000000000011" w:val="single" w:color="#000000"/>
              <w:top w:sz="4.800000000000182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3.3.</w:t>
            </w:r>
          </w:p>
        </w:tc>
        <w:tc>
          <w:tcPr>
            <w:tcW w:type="dxa" w:w="3962"/>
            <w:tcBorders>
              <w:start w:sz="4.7999999999999545" w:val="single" w:color="#000000"/>
              <w:top w:sz="4.800000000000182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6" w:after="0"/>
              <w:ind w:left="72" w:right="288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Дорога от дома до школы. Правила безопасного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поведения пешехода (дорожные знаки, дорожная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разметка, дорожные сигналы).</w:t>
            </w:r>
          </w:p>
        </w:tc>
        <w:tc>
          <w:tcPr>
            <w:tcW w:type="dxa" w:w="528"/>
            <w:tcBorders>
              <w:start w:sz="4.7999999999999545" w:val="single" w:color="#000000"/>
              <w:top w:sz="4.800000000000182" w:val="single" w:color="#000000"/>
              <w:end w:sz="5.599999999999909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1106"/>
            <w:tcBorders>
              <w:start w:sz="5.599999999999909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1140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86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76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28.04.2023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03.05.2023</w:t>
            </w:r>
          </w:p>
        </w:tc>
        <w:tc>
          <w:tcPr>
            <w:tcW w:type="dxa" w:w="4528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Практическое занятие в кабинете;</w:t>
            </w:r>
          </w:p>
        </w:tc>
        <w:tc>
          <w:tcPr>
            <w:tcW w:type="dxa" w:w="1284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Устный опрос;</w:t>
            </w:r>
          </w:p>
        </w:tc>
        <w:tc>
          <w:tcPr>
            <w:tcW w:type="dxa" w:w="1622"/>
            <w:tcBorders>
              <w:start w:sz="4.800000000000182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6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Приложенике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 1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класс, Учи.ру, РЭШ</w:t>
            </w:r>
          </w:p>
        </w:tc>
      </w:tr>
      <w:tr>
        <w:trPr>
          <w:trHeight w:hRule="exact" w:val="924"/>
        </w:trPr>
        <w:tc>
          <w:tcPr>
            <w:tcW w:type="dxa" w:w="468"/>
            <w:tcBorders>
              <w:start w:sz="4.800000000000011" w:val="single" w:color="#000000"/>
              <w:top w:sz="4.799999999999727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3.4.</w:t>
            </w:r>
          </w:p>
        </w:tc>
        <w:tc>
          <w:tcPr>
            <w:tcW w:type="dxa" w:w="3962"/>
            <w:tcBorders>
              <w:start w:sz="4.7999999999999545" w:val="single" w:color="#000000"/>
              <w:top w:sz="4.799999999999727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7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Безопасность в сети Интернет (электронный дневник </w:t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 xml:space="preserve">и электронные ресурсы школы) в условиях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контролируемого доступа в Интернет.</w:t>
            </w:r>
          </w:p>
        </w:tc>
        <w:tc>
          <w:tcPr>
            <w:tcW w:type="dxa" w:w="528"/>
            <w:tcBorders>
              <w:start w:sz="4.7999999999999545" w:val="single" w:color="#000000"/>
              <w:top w:sz="4.799999999999727" w:val="single" w:color="#000000"/>
              <w:end w:sz="5.599999999999909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1106"/>
            <w:tcBorders>
              <w:start w:sz="5.599999999999909" w:val="single" w:color="#000000"/>
              <w:top w:sz="4.799999999999727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</w:t>
            </w:r>
          </w:p>
        </w:tc>
        <w:tc>
          <w:tcPr>
            <w:tcW w:type="dxa" w:w="1140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864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0" w:right="0" w:firstLine="0"/>
              <w:jc w:val="center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05.05.2023</w:t>
            </w:r>
          </w:p>
        </w:tc>
        <w:tc>
          <w:tcPr>
            <w:tcW w:type="dxa" w:w="4528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Практическое занятие в кабинете;</w:t>
            </w:r>
          </w:p>
        </w:tc>
        <w:tc>
          <w:tcPr>
            <w:tcW w:type="dxa" w:w="1284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Устный опрос;</w:t>
            </w:r>
          </w:p>
        </w:tc>
        <w:tc>
          <w:tcPr>
            <w:tcW w:type="dxa" w:w="1622"/>
            <w:tcBorders>
              <w:start w:sz="4.800000000000182" w:val="single" w:color="#000000"/>
              <w:top w:sz="4.799999999999727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Приложение к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учебнику </w:t>
            </w:r>
            <w:r>
              <w:br/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 xml:space="preserve">"Окружающий мир" 1 </w:t>
            </w: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класс, Учи.ру, РЭШ</w:t>
            </w:r>
          </w:p>
        </w:tc>
      </w:tr>
      <w:tr>
        <w:trPr>
          <w:trHeight w:hRule="exact" w:val="348"/>
        </w:trPr>
        <w:tc>
          <w:tcPr>
            <w:tcW w:type="dxa" w:w="4430"/>
            <w:gridSpan w:val="2"/>
            <w:tcBorders>
              <w:start w:sz="4.800000000000011" w:val="single" w:color="#000000"/>
              <w:top w:sz="4.799999999999727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Итого по разделу</w:t>
            </w:r>
          </w:p>
        </w:tc>
        <w:tc>
          <w:tcPr>
            <w:tcW w:type="dxa" w:w="528"/>
            <w:tcBorders>
              <w:start w:sz="4.7999999999999545" w:val="single" w:color="#000000"/>
              <w:top w:sz="4.799999999999727" w:val="single" w:color="#000000"/>
              <w:end w:sz="5.599999999999909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7</w:t>
            </w:r>
          </w:p>
        </w:tc>
        <w:tc>
          <w:tcPr>
            <w:tcW w:type="dxa" w:w="10544"/>
            <w:gridSpan w:val="6"/>
            <w:tcBorders>
              <w:start w:sz="5.599999999999909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50"/>
        </w:trPr>
        <w:tc>
          <w:tcPr>
            <w:tcW w:type="dxa" w:w="4430"/>
            <w:gridSpan w:val="2"/>
            <w:tcBorders>
              <w:start w:sz="4.800000000000011" w:val="single" w:color="#000000"/>
              <w:top w:sz="4.800000000000182" w:val="single" w:color="#000000"/>
              <w:end w:sz="4.7999999999999545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Резервное время</w:t>
            </w:r>
          </w:p>
        </w:tc>
        <w:tc>
          <w:tcPr>
            <w:tcW w:type="dxa" w:w="528"/>
            <w:tcBorders>
              <w:start w:sz="4.7999999999999545" w:val="single" w:color="#000000"/>
              <w:top w:sz="4.800000000000182" w:val="single" w:color="#000000"/>
              <w:end w:sz="5.599999999999909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8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6</w:t>
            </w:r>
          </w:p>
        </w:tc>
        <w:tc>
          <w:tcPr>
            <w:tcW w:type="dxa" w:w="10544"/>
            <w:gridSpan w:val="6"/>
            <w:tcBorders>
              <w:start w:sz="5.599999999999909" w:val="single" w:color="#000000"/>
              <w:top w:sz="4.800000000000182" w:val="single" w:color="#000000"/>
              <w:end w:sz="4.800000000000182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28"/>
        </w:trPr>
        <w:tc>
          <w:tcPr>
            <w:tcW w:type="dxa" w:w="4430"/>
            <w:gridSpan w:val="2"/>
            <w:tcBorders>
              <w:start w:sz="4.800000000000011" w:val="single" w:color="#000000"/>
              <w:top w:sz="5.599999999999909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4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ОБЩЕЕ КОЛИЧЕСТВО ЧАСОВ ПО ПРОГРАММЕ</w:t>
            </w:r>
          </w:p>
        </w:tc>
        <w:tc>
          <w:tcPr>
            <w:tcW w:type="dxa" w:w="528"/>
            <w:tcBorders>
              <w:start w:sz="4.7999999999999545" w:val="single" w:color="#000000"/>
              <w:top w:sz="5.599999999999909" w:val="single" w:color="#000000"/>
              <w:end w:sz="5.599999999999909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4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66</w:t>
            </w:r>
          </w:p>
        </w:tc>
        <w:tc>
          <w:tcPr>
            <w:tcW w:type="dxa" w:w="1106"/>
            <w:tcBorders>
              <w:start w:sz="5.599999999999909" w:val="single" w:color="#000000"/>
              <w:top w:sz="5.599999999999909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4" w:after="0"/>
              <w:ind w:left="70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1140"/>
            <w:tcBorders>
              <w:start w:sz="4.800000000000182" w:val="single" w:color="#000000"/>
              <w:top w:sz="5.599999999999909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74" w:after="0"/>
              <w:ind w:left="72" w:right="0" w:firstLine="0"/>
              <w:jc w:val="left"/>
            </w:pPr>
            <w:r>
              <w:rPr>
                <w:w w:val="97.55591154098511"/>
                <w:rFonts w:ascii="Times New Roman" w:hAnsi="Times New Roman" w:eastAsia="Times New Roman"/>
                <w:b w:val="0"/>
                <w:i w:val="0"/>
                <w:color w:val="000000"/>
                <w:sz w:val="16"/>
              </w:rPr>
              <w:t>53</w:t>
            </w:r>
          </w:p>
        </w:tc>
        <w:tc>
          <w:tcPr>
            <w:tcW w:type="dxa" w:w="8298"/>
            <w:gridSpan w:val="4"/>
            <w:tcBorders>
              <w:start w:sz="4.800000000000182" w:val="single" w:color="#000000"/>
              <w:top w:sz="5.599999999999909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40" w:h="11900"/>
          <w:pgMar w:top="284" w:right="640" w:bottom="1048" w:left="666" w:header="720" w:footer="720" w:gutter="0"/>
          <w:cols w:space="720" w:num="1" w:equalWidth="0">
            <w:col w:w="15534" w:space="0"/>
            <w:col w:w="15534" w:space="0"/>
            <w:col w:w="15534" w:space="0"/>
            <w:col w:w="9974" w:space="0"/>
            <w:col w:w="10584" w:space="0"/>
            <w:col w:w="10264" w:space="0"/>
            <w:col w:w="10584" w:space="0"/>
            <w:col w:w="10586" w:space="0"/>
            <w:col w:w="10258" w:space="0"/>
            <w:col w:w="10584" w:space="0"/>
            <w:col w:w="10468" w:space="0"/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78"/>
        <w:ind w:left="0" w:right="0"/>
      </w:pPr>
    </w:p>
    <w:p>
      <w:pPr>
        <w:autoSpaceDN w:val="0"/>
        <w:autoSpaceDE w:val="0"/>
        <w:widowControl/>
        <w:spacing w:line="230" w:lineRule="auto" w:before="0" w:after="320"/>
        <w:ind w:left="0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ПОУРОЧНОЕ ПЛАНИРОВАНИЕ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1512"/>
        <w:gridCol w:w="1512"/>
        <w:gridCol w:w="1512"/>
        <w:gridCol w:w="1512"/>
        <w:gridCol w:w="1512"/>
        <w:gridCol w:w="1512"/>
        <w:gridCol w:w="1512"/>
      </w:tblGrid>
      <w:tr>
        <w:trPr>
          <w:trHeight w:hRule="exact" w:val="492"/>
        </w:trPr>
        <w:tc>
          <w:tcPr>
            <w:tcW w:type="dxa" w:w="504"/>
            <w:vMerge w:val="restart"/>
            <w:tcBorders>
              <w:start w:sz="4.800000000000011" w:val="single" w:color="#000000"/>
              <w:top w:sz="4.800000000000011" w:val="single" w:color="#000000"/>
              <w:end w:sz="4.800000000000011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п/п</w:t>
            </w:r>
          </w:p>
        </w:tc>
        <w:tc>
          <w:tcPr>
            <w:tcW w:type="dxa" w:w="3146"/>
            <w:vMerge w:val="restart"/>
            <w:tcBorders>
              <w:start w:sz="4.800000000000011" w:val="single" w:color="#000000"/>
              <w:top w:sz="4.800000000000011" w:val="single" w:color="#000000"/>
              <w:end w:sz="4.0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Тема урока</w:t>
            </w:r>
          </w:p>
        </w:tc>
        <w:tc>
          <w:tcPr>
            <w:tcW w:type="dxa" w:w="4020"/>
            <w:gridSpan w:val="3"/>
            <w:tcBorders>
              <w:start w:sz="4.0" w:val="single" w:color="#000000"/>
              <w:top w:sz="4.800000000000011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type="dxa" w:w="1236"/>
            <w:vMerge w:val="restart"/>
            <w:tcBorders>
              <w:start w:sz="4.799999999999727" w:val="single" w:color="#000000"/>
              <w:top w:sz="4.800000000000011" w:val="single" w:color="#000000"/>
              <w:end w:sz="4.799999999999727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 xml:space="preserve">Дата </w:t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изучения</w:t>
            </w:r>
          </w:p>
        </w:tc>
        <w:tc>
          <w:tcPr>
            <w:tcW w:type="dxa" w:w="1646"/>
            <w:vMerge w:val="restart"/>
            <w:tcBorders>
              <w:start w:sz="4.799999999999727" w:val="single" w:color="#000000"/>
              <w:top w:sz="4.800000000000011" w:val="single" w:color="#000000"/>
              <w:end w:sz="4.800000000000182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1" w:lineRule="auto" w:before="98" w:after="0"/>
              <w:ind w:left="72" w:right="432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 xml:space="preserve">Виды, </w:t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 xml:space="preserve">формы </w:t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контроля</w:t>
            </w:r>
          </w:p>
        </w:tc>
      </w:tr>
      <w:tr>
        <w:trPr>
          <w:trHeight w:hRule="exact" w:val="828"/>
        </w:trPr>
        <w:tc>
          <w:tcPr>
            <w:tcW w:type="dxa" w:w="1512"/>
            <w:vMerge/>
            <w:tcBorders>
              <w:start w:sz="4.800000000000011" w:val="single" w:color="#000000"/>
              <w:top w:sz="4.800000000000011" w:val="single" w:color="#000000"/>
              <w:end w:sz="4.800000000000011" w:val="single" w:color="#000000"/>
              <w:bottom w:sz="4.800000000000068" w:val="single" w:color="#000000"/>
            </w:tcBorders>
          </w:tcPr>
          <w:p/>
        </w:tc>
        <w:tc>
          <w:tcPr>
            <w:tcW w:type="dxa" w:w="1512"/>
            <w:vMerge/>
            <w:tcBorders>
              <w:start w:sz="4.800000000000011" w:val="single" w:color="#000000"/>
              <w:top w:sz="4.800000000000011" w:val="single" w:color="#000000"/>
              <w:end w:sz="4.0" w:val="single" w:color="#000000"/>
              <w:bottom w:sz="4.800000000000068" w:val="single" w:color="#000000"/>
            </w:tcBorders>
          </w:tcPr>
          <w:p/>
        </w:tc>
        <w:tc>
          <w:tcPr>
            <w:tcW w:type="dxa" w:w="732"/>
            <w:tcBorders>
              <w:start w:sz="4.0" w:val="single" w:color="#000000"/>
              <w:top w:sz="4.7999999999999545" w:val="single" w:color="#000000"/>
              <w:end w:sz="4.7999999999999545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 xml:space="preserve">всего 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9545" w:val="single" w:color="#000000"/>
              <w:end w:sz="4.800000000000182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 xml:space="preserve">контрольные </w:t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работы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9545" w:val="single" w:color="#000000"/>
              <w:end w:sz="4.799999999999727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 xml:space="preserve">практические </w:t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работы</w:t>
            </w:r>
          </w:p>
        </w:tc>
        <w:tc>
          <w:tcPr>
            <w:tcW w:type="dxa" w:w="1512"/>
            <w:vMerge/>
            <w:tcBorders>
              <w:start w:sz="4.799999999999727" w:val="single" w:color="#000000"/>
              <w:top w:sz="4.800000000000011" w:val="single" w:color="#000000"/>
              <w:end w:sz="4.799999999999727" w:val="single" w:color="#000000"/>
              <w:bottom w:sz="4.800000000000068" w:val="single" w:color="#000000"/>
            </w:tcBorders>
          </w:tcPr>
          <w:p/>
        </w:tc>
        <w:tc>
          <w:tcPr>
            <w:tcW w:type="dxa" w:w="1512"/>
            <w:vMerge/>
            <w:tcBorders>
              <w:start w:sz="4.799999999999727" w:val="single" w:color="#000000"/>
              <w:top w:sz="4.800000000000011" w:val="single" w:color="#000000"/>
              <w:end w:sz="4.800000000000182" w:val="single" w:color="#000000"/>
              <w:bottom w:sz="4.800000000000068" w:val="single" w:color="#000000"/>
            </w:tcBorders>
          </w:tcPr>
          <w:p/>
        </w:tc>
      </w:tr>
      <w:tr>
        <w:trPr>
          <w:trHeight w:hRule="exact" w:val="1164"/>
        </w:trPr>
        <w:tc>
          <w:tcPr>
            <w:tcW w:type="dxa" w:w="504"/>
            <w:tcBorders>
              <w:start w:sz="4.800000000000011" w:val="single" w:color="#000000"/>
              <w:top w:sz="4.800000000000068" w:val="single" w:color="#000000"/>
              <w:end w:sz="4.800000000000011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068" w:val="single" w:color="#000000"/>
              <w:end w:sz="4.0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Задавайте вопросы!</w:t>
            </w:r>
          </w:p>
        </w:tc>
        <w:tc>
          <w:tcPr>
            <w:tcW w:type="dxa" w:w="732"/>
            <w:tcBorders>
              <w:start w:sz="4.0" w:val="single" w:color="#000000"/>
              <w:top w:sz="4.800000000000068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068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068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068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02.09.2022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068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1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работа;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Тестирование;</w:t>
            </w:r>
          </w:p>
        </w:tc>
      </w:tr>
      <w:tr>
        <w:trPr>
          <w:trHeight w:hRule="exact" w:val="830"/>
        </w:trPr>
        <w:tc>
          <w:tcPr>
            <w:tcW w:type="dxa" w:w="504"/>
            <w:tcBorders>
              <w:start w:sz="4.800000000000011" w:val="single" w:color="#000000"/>
              <w:top w:sz="4.7999999999999545" w:val="single" w:color="#000000"/>
              <w:end w:sz="4.800000000000011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954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Что такое Родина?</w:t>
            </w:r>
          </w:p>
        </w:tc>
        <w:tc>
          <w:tcPr>
            <w:tcW w:type="dxa" w:w="732"/>
            <w:tcBorders>
              <w:start w:sz="4.0" w:val="single" w:color="#000000"/>
              <w:top w:sz="4.7999999999999545" w:val="single" w:color="#000000"/>
              <w:end w:sz="4.799999999999954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9545" w:val="single" w:color="#000000"/>
              <w:end w:sz="4.80000000000018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9545" w:val="single" w:color="#000000"/>
              <w:end w:sz="4.799999999999727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9545" w:val="single" w:color="#000000"/>
              <w:end w:sz="4.799999999999727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07.09.2022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9545" w:val="single" w:color="#000000"/>
              <w:end w:sz="4.800000000000182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0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0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3.</w:t>
            </w:r>
          </w:p>
        </w:tc>
        <w:tc>
          <w:tcPr>
            <w:tcW w:type="dxa" w:w="3146"/>
            <w:tcBorders>
              <w:start w:sz="4.800000000000011" w:val="single" w:color="#000000"/>
              <w:top w:sz="4.0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0" w:after="0"/>
              <w:ind w:left="72" w:right="576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Что мы знаем о народах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России?</w:t>
            </w:r>
          </w:p>
        </w:tc>
        <w:tc>
          <w:tcPr>
            <w:tcW w:type="dxa" w:w="732"/>
            <w:tcBorders>
              <w:start w:sz="4.0" w:val="single" w:color="#000000"/>
              <w:top w:sz="4.0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0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0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0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09.09.2022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0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0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4.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Что мы знаем о Москве?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14.09.2022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799999999999727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5.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727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008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Проект «Моя малая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Родина».</w:t>
            </w:r>
          </w:p>
        </w:tc>
        <w:tc>
          <w:tcPr>
            <w:tcW w:type="dxa" w:w="732"/>
            <w:tcBorders>
              <w:start w:sz="4.0" w:val="single" w:color="#000000"/>
              <w:top w:sz="4.799999999999727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727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727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16.09.2022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6.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Что у нас над головой?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21.09.2022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7.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Что у нас под ногами?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23.09.2022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3182"/>
        </w:trPr>
        <w:tc>
          <w:tcPr>
            <w:tcW w:type="dxa" w:w="504"/>
            <w:tcBorders>
              <w:start w:sz="4.800000000000011" w:val="single" w:color="#000000"/>
              <w:top w:sz="4.799999999999727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8.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727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86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Что общего у разных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растений?</w:t>
            </w:r>
          </w:p>
        </w:tc>
        <w:tc>
          <w:tcPr>
            <w:tcW w:type="dxa" w:w="732"/>
            <w:tcBorders>
              <w:start w:sz="4.0" w:val="single" w:color="#000000"/>
              <w:top w:sz="4.799999999999727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727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727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28.09.2022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6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Письменный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контроль;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работа;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Зачет;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9.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Что растёт на подоконнике?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30.09.2022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10.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Что растёт на клумбе?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05.10.2022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1164"/>
        </w:trPr>
        <w:tc>
          <w:tcPr>
            <w:tcW w:type="dxa" w:w="504"/>
            <w:tcBorders>
              <w:start w:sz="4.800000000000011" w:val="single" w:color="#000000"/>
              <w:top w:sz="4.79999999999927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11.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27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Что это за листья?</w:t>
            </w:r>
          </w:p>
          <w:p>
            <w:pPr>
              <w:autoSpaceDN w:val="0"/>
              <w:autoSpaceDE w:val="0"/>
              <w:widowControl/>
              <w:spacing w:line="262" w:lineRule="auto" w:before="70" w:after="0"/>
              <w:ind w:left="0" w:right="576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Экскурсия «Сезонные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изменения в природе».</w:t>
            </w:r>
          </w:p>
        </w:tc>
        <w:tc>
          <w:tcPr>
            <w:tcW w:type="dxa" w:w="732"/>
            <w:tcBorders>
              <w:start w:sz="4.0" w:val="single" w:color="#000000"/>
              <w:top w:sz="4.79999999999927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27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27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27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07.10.2022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27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80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12.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Что такое хвоинки?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12.10.2022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0" w:h="16840"/>
          <w:pgMar w:top="298" w:right="650" w:bottom="680" w:left="666" w:header="720" w:footer="720" w:gutter="0"/>
          <w:cols w:space="720" w:num="1" w:equalWidth="0">
            <w:col w:w="10584" w:space="0"/>
            <w:col w:w="15534" w:space="0"/>
            <w:col w:w="15534" w:space="0"/>
            <w:col w:w="15534" w:space="0"/>
            <w:col w:w="9974" w:space="0"/>
            <w:col w:w="10584" w:space="0"/>
            <w:col w:w="10264" w:space="0"/>
            <w:col w:w="10584" w:space="0"/>
            <w:col w:w="10586" w:space="0"/>
            <w:col w:w="10258" w:space="0"/>
            <w:col w:w="10584" w:space="0"/>
            <w:col w:w="10468" w:space="0"/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1512"/>
        <w:gridCol w:w="1512"/>
        <w:gridCol w:w="1512"/>
        <w:gridCol w:w="1512"/>
        <w:gridCol w:w="1512"/>
        <w:gridCol w:w="1512"/>
        <w:gridCol w:w="1512"/>
      </w:tblGrid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011" w:val="single" w:color="#000000"/>
              <w:end w:sz="4.800000000000011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13.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011" w:val="single" w:color="#000000"/>
              <w:end w:sz="4.0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Кто такие насекомые?</w:t>
            </w:r>
          </w:p>
        </w:tc>
        <w:tc>
          <w:tcPr>
            <w:tcW w:type="dxa" w:w="732"/>
            <w:tcBorders>
              <w:start w:sz="4.0" w:val="single" w:color="#000000"/>
              <w:top w:sz="4.800000000000011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011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011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14.10.2022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7999999999999545" w:val="single" w:color="#000000"/>
              <w:end w:sz="4.800000000000011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14.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9545" w:val="single" w:color="#000000"/>
              <w:end w:sz="4.0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Кто такие рыбы?</w:t>
            </w:r>
          </w:p>
        </w:tc>
        <w:tc>
          <w:tcPr>
            <w:tcW w:type="dxa" w:w="732"/>
            <w:tcBorders>
              <w:start w:sz="4.0" w:val="single" w:color="#000000"/>
              <w:top w:sz="4.7999999999999545" w:val="single" w:color="#000000"/>
              <w:end w:sz="4.7999999999999545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9545" w:val="single" w:color="#000000"/>
              <w:end w:sz="4.800000000000182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9545" w:val="single" w:color="#000000"/>
              <w:end w:sz="4.799999999999727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9545" w:val="single" w:color="#000000"/>
              <w:end w:sz="4.799999999999727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19.10.2022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9545" w:val="single" w:color="#000000"/>
              <w:end w:sz="4.800000000000182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068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15.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068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Кто такие птицы?</w:t>
            </w:r>
          </w:p>
        </w:tc>
        <w:tc>
          <w:tcPr>
            <w:tcW w:type="dxa" w:w="732"/>
            <w:tcBorders>
              <w:start w:sz="4.0" w:val="single" w:color="#000000"/>
              <w:top w:sz="4.800000000000068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068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068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068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21.10.2022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068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830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16.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Кто такие звери?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26.10.2022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17.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Что окружает нас дома?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28.10.2022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7999999999999545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18.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9545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Что умеет компьютер?</w:t>
            </w:r>
          </w:p>
        </w:tc>
        <w:tc>
          <w:tcPr>
            <w:tcW w:type="dxa" w:w="732"/>
            <w:tcBorders>
              <w:start w:sz="4.0" w:val="single" w:color="#000000"/>
              <w:top w:sz="4.7999999999999545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9545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9545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9545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09.11.2022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9545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19.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Что вокруг нас может быть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опасным?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11.11.2022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20.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86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На что похожа наша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планета?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16.11.2022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1164"/>
        </w:trPr>
        <w:tc>
          <w:tcPr>
            <w:tcW w:type="dxa" w:w="504"/>
            <w:tcBorders>
              <w:start w:sz="4.800000000000011" w:val="single" w:color="#000000"/>
              <w:top w:sz="4.799999999999727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21.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727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1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Проверим себя и оценим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свои достижения по разделу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«Что и кто?» .</w:t>
            </w:r>
          </w:p>
        </w:tc>
        <w:tc>
          <w:tcPr>
            <w:tcW w:type="dxa" w:w="732"/>
            <w:tcBorders>
              <w:start w:sz="4.0" w:val="single" w:color="#000000"/>
              <w:top w:sz="4.799999999999727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727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727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18.11.2022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22.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432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Как живёт семья? Проект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«Моя семья».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23.11.2022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23.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Откуда в наш дом приходит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вода и куда она уходит?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25.11.2022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799999999999727" w:val="single" w:color="#000000"/>
              <w:end w:sz="4.800000000000011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24.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727" w:val="single" w:color="#000000"/>
              <w:end w:sz="4.0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Откуда в наш дом приходит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электричество?</w:t>
            </w:r>
          </w:p>
        </w:tc>
        <w:tc>
          <w:tcPr>
            <w:tcW w:type="dxa" w:w="732"/>
            <w:tcBorders>
              <w:start w:sz="4.0" w:val="single" w:color="#000000"/>
              <w:top w:sz="4.799999999999727" w:val="single" w:color="#000000"/>
              <w:end w:sz="4.7999999999999545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727" w:val="single" w:color="#000000"/>
              <w:end w:sz="4.800000000000182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727" w:val="single" w:color="#000000"/>
              <w:end w:sz="4.799999999999727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727" w:val="single" w:color="#000000"/>
              <w:end w:sz="4.799999999999727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30.11.2022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727" w:val="single" w:color="#000000"/>
              <w:end w:sz="4.800000000000182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79999999999927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25.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27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Как путешествует письмо?</w:t>
            </w:r>
          </w:p>
        </w:tc>
        <w:tc>
          <w:tcPr>
            <w:tcW w:type="dxa" w:w="732"/>
            <w:tcBorders>
              <w:start w:sz="4.0" w:val="single" w:color="#000000"/>
              <w:top w:sz="4.79999999999927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27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27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27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02.12.2022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27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0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30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26.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Куда текут реки?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07.12.2022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0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27.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Откуда берутся снег и лёд?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09.12.2022 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tabs>
                <w:tab w:pos="156" w:val="left"/>
              </w:tabs>
              <w:autoSpaceDE w:val="0"/>
              <w:widowControl/>
              <w:spacing w:line="262" w:lineRule="auto" w:before="98" w:after="0"/>
              <w:ind w:left="0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 Практическая </w:t>
            </w:r>
            <w:r>
              <w:tab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1164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28.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1" w:lineRule="auto" w:before="98" w:after="0"/>
              <w:ind w:left="72" w:right="576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Как живут растения?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Экскурсия «Сезонные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изменения в природе».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14.12.2022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79999999999927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29.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27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Как живут животные?</w:t>
            </w:r>
          </w:p>
        </w:tc>
        <w:tc>
          <w:tcPr>
            <w:tcW w:type="dxa" w:w="732"/>
            <w:tcBorders>
              <w:start w:sz="4.0" w:val="single" w:color="#000000"/>
              <w:top w:sz="4.79999999999927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27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27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27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16.12.2022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27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80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30.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Как зимой помочь птицам?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21.12.2022 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tabs>
                <w:tab w:pos="156" w:val="left"/>
              </w:tabs>
              <w:autoSpaceDE w:val="0"/>
              <w:widowControl/>
              <w:spacing w:line="262" w:lineRule="auto" w:before="98" w:after="0"/>
              <w:ind w:left="0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 Практическая </w:t>
            </w:r>
            <w:r>
              <w:tab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0" w:h="16840"/>
          <w:pgMar w:top="284" w:right="650" w:bottom="340" w:left="666" w:header="720" w:footer="720" w:gutter="0"/>
          <w:cols w:space="720" w:num="1" w:equalWidth="0">
            <w:col w:w="10584" w:space="0"/>
            <w:col w:w="10584" w:space="0"/>
            <w:col w:w="15534" w:space="0"/>
            <w:col w:w="15534" w:space="0"/>
            <w:col w:w="15534" w:space="0"/>
            <w:col w:w="9974" w:space="0"/>
            <w:col w:w="10584" w:space="0"/>
            <w:col w:w="10264" w:space="0"/>
            <w:col w:w="10584" w:space="0"/>
            <w:col w:w="10586" w:space="0"/>
            <w:col w:w="10258" w:space="0"/>
            <w:col w:w="10584" w:space="0"/>
            <w:col w:w="10468" w:space="0"/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1512"/>
        <w:gridCol w:w="1512"/>
        <w:gridCol w:w="1512"/>
        <w:gridCol w:w="1512"/>
        <w:gridCol w:w="1512"/>
        <w:gridCol w:w="1512"/>
        <w:gridCol w:w="1512"/>
      </w:tblGrid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011" w:val="single" w:color="#000000"/>
              <w:end w:sz="4.800000000000011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31.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011" w:val="single" w:color="#000000"/>
              <w:end w:sz="4.0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Откуда берётся и куда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девается мусор?</w:t>
            </w:r>
          </w:p>
        </w:tc>
        <w:tc>
          <w:tcPr>
            <w:tcW w:type="dxa" w:w="732"/>
            <w:tcBorders>
              <w:start w:sz="4.0" w:val="single" w:color="#000000"/>
              <w:top w:sz="4.800000000000011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011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011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23.12.2022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7999999999999545" w:val="single" w:color="#000000"/>
              <w:end w:sz="4.800000000000011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32.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9545" w:val="single" w:color="#000000"/>
              <w:end w:sz="4.0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Откуда в снежках грязь?</w:t>
            </w:r>
          </w:p>
        </w:tc>
        <w:tc>
          <w:tcPr>
            <w:tcW w:type="dxa" w:w="732"/>
            <w:tcBorders>
              <w:start w:sz="4.0" w:val="single" w:color="#000000"/>
              <w:top w:sz="4.7999999999999545" w:val="single" w:color="#000000"/>
              <w:end w:sz="4.7999999999999545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9545" w:val="single" w:color="#000000"/>
              <w:end w:sz="4.800000000000182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9545" w:val="single" w:color="#000000"/>
              <w:end w:sz="4.799999999999727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9545" w:val="single" w:color="#000000"/>
              <w:end w:sz="4.799999999999727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11.01.2023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9545" w:val="single" w:color="#000000"/>
              <w:end w:sz="4.800000000000182" w:val="single" w:color="#000000"/>
              <w:bottom w:sz="4.80000000000006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1838"/>
        </w:trPr>
        <w:tc>
          <w:tcPr>
            <w:tcW w:type="dxa" w:w="504"/>
            <w:tcBorders>
              <w:start w:sz="4.800000000000011" w:val="single" w:color="#000000"/>
              <w:top w:sz="4.800000000000068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33.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068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1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Проверим себя и оценим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свои достижения по разделу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«Как, откуда и куда?»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Презентация проекта «Моя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семья».</w:t>
            </w:r>
          </w:p>
        </w:tc>
        <w:tc>
          <w:tcPr>
            <w:tcW w:type="dxa" w:w="732"/>
            <w:tcBorders>
              <w:start w:sz="4.0" w:val="single" w:color="#000000"/>
              <w:top w:sz="4.800000000000068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068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068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068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13.01.2023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068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1164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34.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1" w:lineRule="auto" w:before="98" w:after="0"/>
              <w:ind w:left="72" w:right="288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Когда учиться интересно?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Условия интересной и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успешной учебы.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18.01.2023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35.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432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Проект «Мой класс и моя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школа».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20.01.2023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799999999999727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36.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727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Когда придёт суббота?</w:t>
            </w:r>
          </w:p>
        </w:tc>
        <w:tc>
          <w:tcPr>
            <w:tcW w:type="dxa" w:w="732"/>
            <w:tcBorders>
              <w:start w:sz="4.0" w:val="single" w:color="#000000"/>
              <w:top w:sz="4.799999999999727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727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727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25.01.2023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37.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Когда наступит лето?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27.01.2023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799999999999727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38.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727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Где живут белые медведи?</w:t>
            </w:r>
          </w:p>
        </w:tc>
        <w:tc>
          <w:tcPr>
            <w:tcW w:type="dxa" w:w="732"/>
            <w:tcBorders>
              <w:start w:sz="4.0" w:val="single" w:color="#000000"/>
              <w:top w:sz="4.799999999999727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727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727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01.02.2023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39.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Где живут слоны?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03.02.2023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1164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40.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Где зимуют птицы?</w:t>
            </w:r>
          </w:p>
          <w:p>
            <w:pPr>
              <w:autoSpaceDN w:val="0"/>
              <w:autoSpaceDE w:val="0"/>
              <w:widowControl/>
              <w:spacing w:line="262" w:lineRule="auto" w:before="70" w:after="0"/>
              <w:ind w:left="72" w:right="432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Зимующие и перелётные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птицы. 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15.02.2023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41.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Когда появилась одежда?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17.02.2023 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tabs>
                <w:tab w:pos="156" w:val="left"/>
              </w:tabs>
              <w:autoSpaceDE w:val="0"/>
              <w:widowControl/>
              <w:spacing w:line="262" w:lineRule="auto" w:before="98" w:after="0"/>
              <w:ind w:left="0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 Практическая </w:t>
            </w:r>
            <w:r>
              <w:tab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работа;</w:t>
            </w:r>
          </w:p>
        </w:tc>
      </w:tr>
      <w:tr>
        <w:trPr>
          <w:trHeight w:hRule="exact" w:val="830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42.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Когда изобрели велосипед?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22.02.2023 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tabs>
                <w:tab w:pos="156" w:val="left"/>
              </w:tabs>
              <w:autoSpaceDE w:val="0"/>
              <w:widowControl/>
              <w:spacing w:line="262" w:lineRule="auto" w:before="100" w:after="0"/>
              <w:ind w:left="0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 Письменный </w:t>
            </w:r>
            <w:r>
              <w:tab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контроль;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43.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296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Когда мы станем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взрослыми?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24.02.2023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1816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44.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1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 Проверим себя и оценим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свои достижения по разделу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«Где и когда?» Презентация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проекта «Мой класс и моя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школа».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01.03.2023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0" w:h="16840"/>
          <w:pgMar w:top="284" w:right="650" w:bottom="988" w:left="666" w:header="720" w:footer="720" w:gutter="0"/>
          <w:cols w:space="720" w:num="1" w:equalWidth="0">
            <w:col w:w="10584" w:space="0"/>
            <w:col w:w="10584" w:space="0"/>
            <w:col w:w="10584" w:space="0"/>
            <w:col w:w="15534" w:space="0"/>
            <w:col w:w="15534" w:space="0"/>
            <w:col w:w="15534" w:space="0"/>
            <w:col w:w="9974" w:space="0"/>
            <w:col w:w="10584" w:space="0"/>
            <w:col w:w="10264" w:space="0"/>
            <w:col w:w="10584" w:space="0"/>
            <w:col w:w="10586" w:space="0"/>
            <w:col w:w="10258" w:space="0"/>
            <w:col w:w="10584" w:space="0"/>
            <w:col w:w="10468" w:space="0"/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1512"/>
        <w:gridCol w:w="1512"/>
        <w:gridCol w:w="1512"/>
        <w:gridCol w:w="1512"/>
        <w:gridCol w:w="1512"/>
        <w:gridCol w:w="1512"/>
        <w:gridCol w:w="1512"/>
      </w:tblGrid>
      <w:tr>
        <w:trPr>
          <w:trHeight w:hRule="exact" w:val="1500"/>
        </w:trPr>
        <w:tc>
          <w:tcPr>
            <w:tcW w:type="dxa" w:w="504"/>
            <w:tcBorders>
              <w:start w:sz="4.800000000000011" w:val="single" w:color="#000000"/>
              <w:top w:sz="4.800000000000011" w:val="single" w:color="#000000"/>
              <w:end w:sz="4.800000000000011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45.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011" w:val="single" w:color="#000000"/>
              <w:end w:sz="4.0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6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Почему Солнце светит днём,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а звёзды ночью? Экскурсия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«Сезонные изменения в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природе».</w:t>
            </w:r>
          </w:p>
        </w:tc>
        <w:tc>
          <w:tcPr>
            <w:tcW w:type="dxa" w:w="732"/>
            <w:tcBorders>
              <w:start w:sz="4.0" w:val="single" w:color="#000000"/>
              <w:top w:sz="4.800000000000011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011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011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03.03.2023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7999999999999545" w:val="single" w:color="#000000"/>
              <w:end w:sz="4.800000000000011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46.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9545" w:val="single" w:color="#000000"/>
              <w:end w:sz="4.0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86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Почему Луна бывает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разной?</w:t>
            </w:r>
          </w:p>
        </w:tc>
        <w:tc>
          <w:tcPr>
            <w:tcW w:type="dxa" w:w="732"/>
            <w:tcBorders>
              <w:start w:sz="4.0" w:val="single" w:color="#000000"/>
              <w:top w:sz="4.7999999999999545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9545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9545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10.03.2023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7999999999999545" w:val="single" w:color="#000000"/>
              <w:end w:sz="4.800000000000011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47.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9545" w:val="single" w:color="#000000"/>
              <w:end w:sz="4.0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288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Почему идёт дождь и дует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ветер?</w:t>
            </w:r>
          </w:p>
        </w:tc>
        <w:tc>
          <w:tcPr>
            <w:tcW w:type="dxa" w:w="732"/>
            <w:tcBorders>
              <w:start w:sz="4.0" w:val="single" w:color="#000000"/>
              <w:top w:sz="4.7999999999999545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9545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9545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15.03.2023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92"/>
        </w:trPr>
        <w:tc>
          <w:tcPr>
            <w:tcW w:type="dxa" w:w="504"/>
            <w:tcBorders>
              <w:start w:sz="4.800000000000011" w:val="single" w:color="#000000"/>
              <w:top w:sz="4.7999999999999545" w:val="single" w:color="#000000"/>
              <w:end w:sz="4.800000000000011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48.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9545" w:val="single" w:color="#000000"/>
              <w:end w:sz="4.0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Почему звенит звонок?</w:t>
            </w:r>
          </w:p>
        </w:tc>
        <w:tc>
          <w:tcPr>
            <w:tcW w:type="dxa" w:w="732"/>
            <w:tcBorders>
              <w:start w:sz="4.0" w:val="single" w:color="#000000"/>
              <w:top w:sz="4.7999999999999545" w:val="single" w:color="#000000"/>
              <w:end w:sz="4.7999999999999545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9545" w:val="single" w:color="#000000"/>
              <w:end w:sz="4.800000000000182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9545" w:val="single" w:color="#000000"/>
              <w:end w:sz="4.799999999999727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9545" w:val="single" w:color="#000000"/>
              <w:end w:sz="4.799999999999727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17.03.2023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9545" w:val="single" w:color="#000000"/>
              <w:end w:sz="4.800000000000182" w:val="single" w:color="#000000"/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30"/>
        </w:trPr>
        <w:tc>
          <w:tcPr>
            <w:tcW w:type="dxa" w:w="504"/>
            <w:tcBorders>
              <w:start w:sz="4.800000000000011" w:val="single" w:color="#000000"/>
              <w:top w:sz="5.599999999999909" w:val="single" w:color="#000000"/>
              <w:end w:sz="4.800000000000011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49.</w:t>
            </w:r>
          </w:p>
        </w:tc>
        <w:tc>
          <w:tcPr>
            <w:tcW w:type="dxa" w:w="3146"/>
            <w:tcBorders>
              <w:start w:sz="4.800000000000011" w:val="single" w:color="#000000"/>
              <w:top w:sz="5.599999999999909" w:val="single" w:color="#000000"/>
              <w:end w:sz="4.0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0" w:after="0"/>
              <w:ind w:left="0" w:right="144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Почему радуга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разноцветная?</w:t>
            </w:r>
          </w:p>
        </w:tc>
        <w:tc>
          <w:tcPr>
            <w:tcW w:type="dxa" w:w="732"/>
            <w:tcBorders>
              <w:start w:sz="4.0" w:val="single" w:color="#000000"/>
              <w:top w:sz="5.599999999999909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5.599999999999909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5.599999999999909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5.599999999999909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22.03.2023</w:t>
            </w:r>
          </w:p>
        </w:tc>
        <w:tc>
          <w:tcPr>
            <w:tcW w:type="dxa" w:w="1646"/>
            <w:tcBorders>
              <w:start w:sz="4.799999999999727" w:val="single" w:color="#000000"/>
              <w:top w:sz="5.599999999999909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7999999999999545" w:val="single" w:color="#000000"/>
              <w:end w:sz="4.800000000000011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50.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9545" w:val="single" w:color="#000000"/>
              <w:end w:sz="4.0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Почему мы любим кошек и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собак?</w:t>
            </w:r>
          </w:p>
        </w:tc>
        <w:tc>
          <w:tcPr>
            <w:tcW w:type="dxa" w:w="732"/>
            <w:tcBorders>
              <w:start w:sz="4.0" w:val="single" w:color="#000000"/>
              <w:top w:sz="4.7999999999999545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9545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9545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9545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24.03.2023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9545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799999999999727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51.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727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432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Проект «Мои домашние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питомцы».</w:t>
            </w:r>
          </w:p>
        </w:tc>
        <w:tc>
          <w:tcPr>
            <w:tcW w:type="dxa" w:w="732"/>
            <w:tcBorders>
              <w:start w:sz="4.0" w:val="single" w:color="#000000"/>
              <w:top w:sz="4.799999999999727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727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727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05.04.2023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52.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288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Почему мы не будем рвать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цветы и ловить бабочек?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07.04.2023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799999999999727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53.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727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432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Почему в лесу мы будем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соблюдать тишину?</w:t>
            </w:r>
          </w:p>
        </w:tc>
        <w:tc>
          <w:tcPr>
            <w:tcW w:type="dxa" w:w="732"/>
            <w:tcBorders>
              <w:start w:sz="4.0" w:val="single" w:color="#000000"/>
              <w:top w:sz="4.799999999999727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727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727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12.04.2023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92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54.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Зачем мы спим ночью?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14.04.2023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799999999999727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799999999999727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55.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727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288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Почему нужно есть много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овощей и фруктов?</w:t>
            </w:r>
          </w:p>
        </w:tc>
        <w:tc>
          <w:tcPr>
            <w:tcW w:type="dxa" w:w="732"/>
            <w:tcBorders>
              <w:start w:sz="4.0" w:val="single" w:color="#000000"/>
              <w:top w:sz="4.799999999999727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727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727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19.04.2023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727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56.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Почему нужно чистить зубы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и мыть руки?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21.04.2023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30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57.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86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Зачем нам телефон и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телевизор?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26.04.2023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92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58.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Зачем нужны автомобили?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28.04.2023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92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59.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Зачем нужны поезда?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03.05.2023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92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60.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Зачем строят корабли?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05.05.2023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799999999999272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79999999999927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61.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27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Зачем строят самолёты?</w:t>
            </w:r>
          </w:p>
        </w:tc>
        <w:tc>
          <w:tcPr>
            <w:tcW w:type="dxa" w:w="732"/>
            <w:tcBorders>
              <w:start w:sz="4.0" w:val="single" w:color="#000000"/>
              <w:top w:sz="4.79999999999927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27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27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27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10.05.2023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27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1164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62.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1" w:lineRule="auto" w:before="98" w:after="0"/>
              <w:ind w:left="72" w:right="432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Почему в автомобиле и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поезде нужно соблюдать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правила безопасности?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12.05.2023 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0" w:right="72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 Устный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1144"/>
        </w:trPr>
        <w:tc>
          <w:tcPr>
            <w:tcW w:type="dxa" w:w="504"/>
            <w:tcBorders>
              <w:start w:sz="4.800000000000011" w:val="single" w:color="#000000"/>
              <w:top w:sz="4.800000000000182" w:val="single" w:color="#000000"/>
              <w:end w:sz="4.800000000000011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63.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182" w:val="single" w:color="#000000"/>
              <w:end w:sz="4.0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1" w:lineRule="auto" w:before="98" w:after="0"/>
              <w:ind w:left="72" w:right="432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Почему в автомобиле и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поезде нужно соблюдать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правила безопасности?</w:t>
            </w:r>
          </w:p>
        </w:tc>
        <w:tc>
          <w:tcPr>
            <w:tcW w:type="dxa" w:w="732"/>
            <w:tcBorders>
              <w:start w:sz="4.0" w:val="single" w:color="#000000"/>
              <w:top w:sz="4.800000000000182" w:val="single" w:color="#000000"/>
              <w:end w:sz="4.7999999999999545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182" w:val="single" w:color="#000000"/>
              <w:end w:sz="4.799999999999727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17.05.2023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182" w:val="single" w:color="#000000"/>
              <w:end w:sz="4.800000000000182" w:val="single" w:color="#000000"/>
              <w:bottom w:sz="4.800000000000182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0" w:h="16840"/>
          <w:pgMar w:top="284" w:right="650" w:bottom="430" w:left="666" w:header="720" w:footer="720" w:gutter="0"/>
          <w:cols w:space="720" w:num="1" w:equalWidth="0">
            <w:col w:w="10584" w:space="0"/>
            <w:col w:w="10584" w:space="0"/>
            <w:col w:w="10584" w:space="0"/>
            <w:col w:w="10584" w:space="0"/>
            <w:col w:w="15534" w:space="0"/>
            <w:col w:w="15534" w:space="0"/>
            <w:col w:w="15534" w:space="0"/>
            <w:col w:w="9974" w:space="0"/>
            <w:col w:w="10584" w:space="0"/>
            <w:col w:w="10264" w:space="0"/>
            <w:col w:w="10584" w:space="0"/>
            <w:col w:w="10586" w:space="0"/>
            <w:col w:w="10258" w:space="0"/>
            <w:col w:w="10584" w:space="0"/>
            <w:col w:w="10468" w:space="0"/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1512"/>
        <w:gridCol w:w="1512"/>
        <w:gridCol w:w="1512"/>
        <w:gridCol w:w="1512"/>
        <w:gridCol w:w="1512"/>
        <w:gridCol w:w="1512"/>
        <w:gridCol w:w="1512"/>
      </w:tblGrid>
      <w:tr>
        <w:trPr>
          <w:trHeight w:hRule="exact" w:val="1164"/>
        </w:trPr>
        <w:tc>
          <w:tcPr>
            <w:tcW w:type="dxa" w:w="504"/>
            <w:tcBorders>
              <w:start w:sz="4.800000000000011" w:val="single" w:color="#000000"/>
              <w:top w:sz="4.800000000000011" w:val="single" w:color="#000000"/>
              <w:end w:sz="4.800000000000011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64.</w:t>
            </w:r>
          </w:p>
        </w:tc>
        <w:tc>
          <w:tcPr>
            <w:tcW w:type="dxa" w:w="3146"/>
            <w:tcBorders>
              <w:start w:sz="4.800000000000011" w:val="single" w:color="#000000"/>
              <w:top w:sz="4.800000000000011" w:val="single" w:color="#000000"/>
              <w:end w:sz="4.0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1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Почему на корабле и в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самолёте нужно соблюдать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правила безопасности?</w:t>
            </w:r>
          </w:p>
        </w:tc>
        <w:tc>
          <w:tcPr>
            <w:tcW w:type="dxa" w:w="732"/>
            <w:tcBorders>
              <w:start w:sz="4.0" w:val="single" w:color="#000000"/>
              <w:top w:sz="4.800000000000011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800000000000011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236"/>
            <w:tcBorders>
              <w:start w:sz="4.799999999999727" w:val="single" w:color="#000000"/>
              <w:top w:sz="4.800000000000011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19.05.2023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800000000000011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1164"/>
        </w:trPr>
        <w:tc>
          <w:tcPr>
            <w:tcW w:type="dxa" w:w="504"/>
            <w:tcBorders>
              <w:start w:sz="4.800000000000011" w:val="single" w:color="#000000"/>
              <w:top w:sz="4.7999999999999545" w:val="single" w:color="#000000"/>
              <w:end w:sz="4.800000000000011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65.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9545" w:val="single" w:color="#000000"/>
              <w:end w:sz="4.0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1" w:lineRule="auto" w:before="98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Почему на корабле и в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самолёте нужно соблюдать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правила безопасности?</w:t>
            </w:r>
          </w:p>
        </w:tc>
        <w:tc>
          <w:tcPr>
            <w:tcW w:type="dxa" w:w="732"/>
            <w:tcBorders>
              <w:start w:sz="4.0" w:val="single" w:color="#000000"/>
              <w:top w:sz="4.7999999999999545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9545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9545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24.05.2023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828"/>
        </w:trPr>
        <w:tc>
          <w:tcPr>
            <w:tcW w:type="dxa" w:w="504"/>
            <w:tcBorders>
              <w:start w:sz="4.800000000000011" w:val="single" w:color="#000000"/>
              <w:top w:sz="4.7999999999999545" w:val="single" w:color="#000000"/>
              <w:end w:sz="4.800000000000011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66.</w:t>
            </w:r>
          </w:p>
        </w:tc>
        <w:tc>
          <w:tcPr>
            <w:tcW w:type="dxa" w:w="3146"/>
            <w:tcBorders>
              <w:start w:sz="4.800000000000011" w:val="single" w:color="#000000"/>
              <w:top w:sz="4.7999999999999545" w:val="single" w:color="#000000"/>
              <w:end w:sz="4.0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432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Зачем люди осваивают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космос? Итоговый урок.</w:t>
            </w:r>
          </w:p>
        </w:tc>
        <w:tc>
          <w:tcPr>
            <w:tcW w:type="dxa" w:w="732"/>
            <w:tcBorders>
              <w:start w:sz="4.0" w:val="single" w:color="#000000"/>
              <w:top w:sz="4.7999999999999545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9545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236"/>
            <w:tcBorders>
              <w:start w:sz="4.799999999999727" w:val="single" w:color="#000000"/>
              <w:top w:sz="4.7999999999999545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98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26.05.2023</w:t>
            </w:r>
          </w:p>
        </w:tc>
        <w:tc>
          <w:tcPr>
            <w:tcW w:type="dxa" w:w="1646"/>
            <w:tcBorders>
              <w:start w:sz="4.799999999999727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98" w:after="0"/>
              <w:ind w:left="72" w:right="72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опрос;</w:t>
            </w:r>
          </w:p>
        </w:tc>
      </w:tr>
      <w:tr>
        <w:trPr>
          <w:trHeight w:hRule="exact" w:val="810"/>
        </w:trPr>
        <w:tc>
          <w:tcPr>
            <w:tcW w:type="dxa" w:w="3650"/>
            <w:gridSpan w:val="2"/>
            <w:tcBorders>
              <w:start w:sz="4.800000000000011" w:val="single" w:color="#000000"/>
              <w:top w:sz="4.7999999999999545" w:val="single" w:color="#000000"/>
              <w:end w:sz="4.0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0" w:after="0"/>
              <w:ind w:left="72" w:right="144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 xml:space="preserve">ОБЩЕЕ КОЛИЧЕСТВО ЧАСОВ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ПО ПРОГРАММЕ</w:t>
            </w:r>
          </w:p>
        </w:tc>
        <w:tc>
          <w:tcPr>
            <w:tcW w:type="dxa" w:w="732"/>
            <w:tcBorders>
              <w:start w:sz="4.0" w:val="single" w:color="#000000"/>
              <w:top w:sz="4.7999999999999545" w:val="single" w:color="#000000"/>
              <w:end w:sz="4.7999999999999545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4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66</w:t>
            </w:r>
          </w:p>
        </w:tc>
        <w:tc>
          <w:tcPr>
            <w:tcW w:type="dxa" w:w="1620"/>
            <w:tcBorders>
              <w:start w:sz="4.7999999999999545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0</w:t>
            </w:r>
          </w:p>
        </w:tc>
        <w:tc>
          <w:tcPr>
            <w:tcW w:type="dxa" w:w="1668"/>
            <w:tcBorders>
              <w:start w:sz="4.800000000000182" w:val="single" w:color="#000000"/>
              <w:top w:sz="4.7999999999999545" w:val="single" w:color="#000000"/>
              <w:end w:sz="4.799999999999727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auto" w:before="100" w:after="0"/>
              <w:ind w:left="72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</w:rPr>
              <w:t>49</w:t>
            </w:r>
          </w:p>
        </w:tc>
        <w:tc>
          <w:tcPr>
            <w:tcW w:type="dxa" w:w="2882"/>
            <w:gridSpan w:val="2"/>
            <w:tcBorders>
              <w:start w:sz="4.799999999999727" w:val="single" w:color="#000000"/>
              <w:top w:sz="4.7999999999999545" w:val="single" w:color="#000000"/>
              <w:end w:sz="4.800000000000182" w:val="single" w:color="#000000"/>
              <w:bottom w:sz="4.7999999999999545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0" w:h="16840"/>
          <w:pgMar w:top="284" w:right="650" w:bottom="1440" w:left="666" w:header="720" w:footer="720" w:gutter="0"/>
          <w:cols w:space="720" w:num="1" w:equalWidth="0">
            <w:col w:w="10584" w:space="0"/>
            <w:col w:w="10584" w:space="0"/>
            <w:col w:w="10584" w:space="0"/>
            <w:col w:w="10584" w:space="0"/>
            <w:col w:w="10584" w:space="0"/>
            <w:col w:w="15534" w:space="0"/>
            <w:col w:w="15534" w:space="0"/>
            <w:col w:w="15534" w:space="0"/>
            <w:col w:w="9974" w:space="0"/>
            <w:col w:w="10584" w:space="0"/>
            <w:col w:w="10264" w:space="0"/>
            <w:col w:w="10584" w:space="0"/>
            <w:col w:w="10586" w:space="0"/>
            <w:col w:w="10258" w:space="0"/>
            <w:col w:w="10584" w:space="0"/>
            <w:col w:w="10468" w:space="0"/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78"/>
        <w:ind w:left="0" w:right="0"/>
      </w:pPr>
    </w:p>
    <w:p>
      <w:pPr>
        <w:autoSpaceDN w:val="0"/>
        <w:autoSpaceDE w:val="0"/>
        <w:widowControl/>
        <w:spacing w:line="230" w:lineRule="auto" w:before="0" w:after="0"/>
        <w:ind w:left="0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УЧЕБНО-МЕТОДИЧЕСКОЕ ОБЕСПЕЧЕНИЕ ОБРАЗОВАТЕЛЬНОГО ПРОЦЕССА </w:t>
      </w:r>
    </w:p>
    <w:p>
      <w:pPr>
        <w:autoSpaceDN w:val="0"/>
        <w:autoSpaceDE w:val="0"/>
        <w:widowControl/>
        <w:spacing w:line="300" w:lineRule="auto" w:before="346" w:after="0"/>
        <w:ind w:left="0" w:right="0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ОБЯЗАТЕЛЬНЫЕ УЧЕБНЫЕ МАТЕРИАЛЫ ДЛЯ УЧЕНИКА </w:t>
      </w:r>
      <w:r>
        <w:br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Введите свой вариант:Окружающий мир (в 2 частях), 1 класс /Плешаков А.А., Акционерное общество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«Издательство«Просвещение»;</w:t>
      </w:r>
    </w:p>
    <w:p>
      <w:pPr>
        <w:autoSpaceDN w:val="0"/>
        <w:autoSpaceDE w:val="0"/>
        <w:widowControl/>
        <w:spacing w:line="302" w:lineRule="auto" w:before="262" w:after="0"/>
        <w:ind w:left="0" w:right="1008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МЕТОДИЧЕСКИЕ МАТЕРИАЛЫ ДЛЯ УЧИТЕЛЯ </w:t>
      </w:r>
      <w:r>
        <w:br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Методические рекомендации. Плешаков А.А, Ионова М.А. "Просвещение" Москва 2018год</w:t>
      </w:r>
    </w:p>
    <w:p>
      <w:pPr>
        <w:autoSpaceDN w:val="0"/>
        <w:autoSpaceDE w:val="0"/>
        <w:widowControl/>
        <w:spacing w:line="298" w:lineRule="auto" w:before="262" w:after="0"/>
        <w:ind w:left="0" w:right="288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ЦИФРОВЫЕ ОБРАЗОВАТЕЛЬНЫЕ РЕСУРСЫ И РЕСУРСЫ СЕТИ ИНТЕРНЕТ </w:t>
      </w:r>
      <w:r>
        <w:br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Сайт «Начальная школа» с онлайн-поддержкой http://1-4.prosv.ru, Сайт интернет-проекта «Копилка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уроков http://nsportal.ru </w:t>
      </w:r>
      <w:r>
        <w:br/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сайт для учителей» 1-4 класс</w:t>
      </w:r>
    </w:p>
    <w:p>
      <w:pPr>
        <w:sectPr>
          <w:pgSz w:w="11900" w:h="16840"/>
          <w:pgMar w:top="298" w:right="650" w:bottom="1440" w:left="666" w:header="720" w:footer="720" w:gutter="0"/>
          <w:cols w:space="720" w:num="1" w:equalWidth="0">
            <w:col w:w="10584" w:space="0"/>
            <w:col w:w="10584" w:space="0"/>
            <w:col w:w="10584" w:space="0"/>
            <w:col w:w="10584" w:space="0"/>
            <w:col w:w="10584" w:space="0"/>
            <w:col w:w="10584" w:space="0"/>
            <w:col w:w="15534" w:space="0"/>
            <w:col w:w="15534" w:space="0"/>
            <w:col w:w="15534" w:space="0"/>
            <w:col w:w="9974" w:space="0"/>
            <w:col w:w="10584" w:space="0"/>
            <w:col w:w="10264" w:space="0"/>
            <w:col w:w="10584" w:space="0"/>
            <w:col w:w="10586" w:space="0"/>
            <w:col w:w="10258" w:space="0"/>
            <w:col w:w="10584" w:space="0"/>
            <w:col w:w="10468" w:space="0"/>
            <w:col w:w="10584" w:space="0"/>
            <w:col w:w="9580" w:space="0"/>
          </w:cols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78"/>
        <w:ind w:left="0" w:right="0"/>
      </w:pPr>
    </w:p>
    <w:p>
      <w:pPr>
        <w:autoSpaceDN w:val="0"/>
        <w:autoSpaceDE w:val="0"/>
        <w:widowControl/>
        <w:spacing w:line="379" w:lineRule="auto" w:before="0" w:after="0"/>
        <w:ind w:left="0" w:right="432"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МАТЕРИАЛЬНО-ТЕХНИЧЕСКОЕ ОБЕСПЕЧЕНИЕ ОБРАЗОВАТЕЛЬНОГО ПРОЦЕССА 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УЧЕБНОЕ ОБОРУДОВАНИЕ </w:t>
      </w:r>
      <w:r>
        <w:br/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ОБОРУДОВАНИЕ ДЛЯ ПРОВЕДЕНИЯ ЛАБОРАТОРНЫХ, ПРАКТИЧЕСКИХ РАБОТ, 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>ДЕМОНСТРАЦИЙ</w:t>
      </w:r>
    </w:p>
    <w:p>
      <w:pPr>
        <w:sectPr>
          <w:pgSz w:w="11900" w:h="16840"/>
          <w:pgMar w:top="298" w:right="650" w:bottom="1440" w:left="666" w:header="720" w:footer="720" w:gutter="0"/>
          <w:cols w:space="720" w:num="1" w:equalWidth="0">
            <w:col w:w="10584" w:space="0"/>
            <w:col w:w="10584" w:space="0"/>
            <w:col w:w="10584" w:space="0"/>
            <w:col w:w="10584" w:space="0"/>
            <w:col w:w="10584" w:space="0"/>
            <w:col w:w="10584" w:space="0"/>
            <w:col w:w="10584" w:space="0"/>
            <w:col w:w="15534" w:space="0"/>
            <w:col w:w="15534" w:space="0"/>
            <w:col w:w="15534" w:space="0"/>
            <w:col w:w="9974" w:space="0"/>
            <w:col w:w="10584" w:space="0"/>
            <w:col w:w="10264" w:space="0"/>
            <w:col w:w="10584" w:space="0"/>
            <w:col w:w="10586" w:space="0"/>
            <w:col w:w="10258" w:space="0"/>
            <w:col w:w="10584" w:space="0"/>
            <w:col w:w="10468" w:space="0"/>
            <w:col w:w="10584" w:space="0"/>
            <w:col w:w="9580" w:space="0"/>
          </w:cols>
          <w:docGrid w:linePitch="360"/>
        </w:sectPr>
      </w:pPr>
    </w:p>
    <w:sectPr w:rsidR="00FC693F" w:rsidRPr="0006063C" w:rsidSect="00034616">
      <w:pgSz w:w="11900" w:h="16840"/>
      <w:pgMar w:top="1440" w:right="1440" w:bottom="1440" w:left="1440" w:header="720" w:footer="720" w:gutter="0"/>
      <w:cols w:space="720" w:num="1" w:equalWidth="0">
        <w:col w:w="10584" w:space="0"/>
        <w:col w:w="10584" w:space="0"/>
        <w:col w:w="10584" w:space="0"/>
        <w:col w:w="10584" w:space="0"/>
        <w:col w:w="10584" w:space="0"/>
        <w:col w:w="10584" w:space="0"/>
        <w:col w:w="10584" w:space="0"/>
        <w:col w:w="15534" w:space="0"/>
        <w:col w:w="15534" w:space="0"/>
        <w:col w:w="15534" w:space="0"/>
        <w:col w:w="9974" w:space="0"/>
        <w:col w:w="10584" w:space="0"/>
        <w:col w:w="10264" w:space="0"/>
        <w:col w:w="10584" w:space="0"/>
        <w:col w:w="10586" w:space="0"/>
        <w:col w:w="10258" w:space="0"/>
        <w:col w:w="10584" w:space="0"/>
        <w:col w:w="10468" w:space="0"/>
        <w:col w:w="10584" w:space="0"/>
        <w:col w:w="9580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