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3" w:rsidRDefault="00054DE3">
      <w:pPr>
        <w:autoSpaceDE w:val="0"/>
        <w:autoSpaceDN w:val="0"/>
        <w:spacing w:after="78" w:line="220" w:lineRule="exact"/>
      </w:pPr>
    </w:p>
    <w:p w:rsidR="00054DE3" w:rsidRPr="001153C6" w:rsidRDefault="001153C6">
      <w:pPr>
        <w:autoSpaceDE w:val="0"/>
        <w:autoSpaceDN w:val="0"/>
        <w:spacing w:after="0" w:line="230" w:lineRule="auto"/>
        <w:ind w:left="1494"/>
        <w:rPr>
          <w:lang w:val="ru-RU"/>
        </w:rPr>
      </w:pP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054DE3" w:rsidRPr="001153C6" w:rsidRDefault="001153C6">
      <w:pPr>
        <w:autoSpaceDE w:val="0"/>
        <w:autoSpaceDN w:val="0"/>
        <w:spacing w:before="670" w:after="0" w:line="230" w:lineRule="auto"/>
        <w:ind w:left="1134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образования, науки и молодежной политики Краснодарского края</w:t>
      </w:r>
    </w:p>
    <w:p w:rsidR="00054DE3" w:rsidRPr="001153C6" w:rsidRDefault="001153C6">
      <w:pPr>
        <w:autoSpaceDE w:val="0"/>
        <w:autoSpaceDN w:val="0"/>
        <w:spacing w:before="670" w:after="0" w:line="230" w:lineRule="auto"/>
        <w:ind w:left="1536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М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униципальное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образовани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е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управление образования Калининский район</w:t>
      </w:r>
    </w:p>
    <w:p w:rsidR="00054DE3" w:rsidRDefault="001153C6">
      <w:pPr>
        <w:autoSpaceDE w:val="0"/>
        <w:autoSpaceDN w:val="0"/>
        <w:spacing w:before="670" w:after="1376" w:line="230" w:lineRule="auto"/>
        <w:ind w:right="2794"/>
        <w:jc w:val="right"/>
      </w:pPr>
      <w:r>
        <w:rPr>
          <w:rFonts w:ascii="Times New Roman" w:eastAsia="Times New Roman" w:hAnsi="Times New Roman"/>
          <w:color w:val="000000"/>
          <w:sz w:val="24"/>
        </w:rPr>
        <w:t>МБОУ – СОШ № 5 ст. Старовеличковской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02"/>
        <w:gridCol w:w="3760"/>
        <w:gridCol w:w="3080"/>
      </w:tblGrid>
      <w:tr w:rsidR="00054DE3">
        <w:trPr>
          <w:trHeight w:hRule="exact" w:val="274"/>
        </w:trPr>
        <w:tc>
          <w:tcPr>
            <w:tcW w:w="2502" w:type="dxa"/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48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760" w:type="dxa"/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48" w:after="0" w:line="230" w:lineRule="auto"/>
              <w:ind w:right="1198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080" w:type="dxa"/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48" w:after="0" w:line="230" w:lineRule="auto"/>
              <w:ind w:right="924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054DE3">
        <w:trPr>
          <w:trHeight w:hRule="exact" w:val="276"/>
        </w:trPr>
        <w:tc>
          <w:tcPr>
            <w:tcW w:w="2502" w:type="dxa"/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на МО</w:t>
            </w:r>
          </w:p>
        </w:tc>
        <w:tc>
          <w:tcPr>
            <w:tcW w:w="3760" w:type="dxa"/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after="0" w:line="230" w:lineRule="auto"/>
              <w:ind w:right="748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зам. директора по УВР</w:t>
            </w:r>
          </w:p>
        </w:tc>
        <w:tc>
          <w:tcPr>
            <w:tcW w:w="3080" w:type="dxa"/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after="0" w:line="230" w:lineRule="auto"/>
              <w:ind w:right="1510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директор</w:t>
            </w:r>
          </w:p>
        </w:tc>
      </w:tr>
    </w:tbl>
    <w:p w:rsidR="00054DE3" w:rsidRDefault="00054DE3">
      <w:pPr>
        <w:autoSpaceDE w:val="0"/>
        <w:autoSpaceDN w:val="0"/>
        <w:spacing w:after="0" w:line="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42"/>
        <w:gridCol w:w="3600"/>
        <w:gridCol w:w="3240"/>
      </w:tblGrid>
      <w:tr w:rsidR="00054DE3">
        <w:trPr>
          <w:trHeight w:hRule="exact" w:val="362"/>
        </w:trPr>
        <w:tc>
          <w:tcPr>
            <w:tcW w:w="2342" w:type="dxa"/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60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Зубарева Е.А.</w:t>
            </w:r>
          </w:p>
        </w:tc>
        <w:tc>
          <w:tcPr>
            <w:tcW w:w="3600" w:type="dxa"/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60" w:after="0" w:line="230" w:lineRule="auto"/>
              <w:ind w:right="1082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Шевченко О.Н.</w:t>
            </w:r>
          </w:p>
        </w:tc>
        <w:tc>
          <w:tcPr>
            <w:tcW w:w="3240" w:type="dxa"/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60" w:after="0" w:line="230" w:lineRule="auto"/>
              <w:ind w:right="1176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Топка Н.И.</w:t>
            </w:r>
          </w:p>
        </w:tc>
      </w:tr>
      <w:tr w:rsidR="00054DE3">
        <w:trPr>
          <w:trHeight w:hRule="exact" w:val="420"/>
        </w:trPr>
        <w:tc>
          <w:tcPr>
            <w:tcW w:w="2342" w:type="dxa"/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106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 №</w:t>
            </w:r>
          </w:p>
        </w:tc>
        <w:tc>
          <w:tcPr>
            <w:tcW w:w="3600" w:type="dxa"/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106" w:after="0" w:line="230" w:lineRule="auto"/>
              <w:ind w:right="1334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 №</w:t>
            </w:r>
          </w:p>
        </w:tc>
        <w:tc>
          <w:tcPr>
            <w:tcW w:w="3240" w:type="dxa"/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106" w:after="0" w:line="230" w:lineRule="auto"/>
              <w:ind w:right="1274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 №</w:t>
            </w:r>
          </w:p>
        </w:tc>
      </w:tr>
      <w:tr w:rsidR="00054DE3">
        <w:trPr>
          <w:trHeight w:hRule="exact" w:val="380"/>
        </w:trPr>
        <w:tc>
          <w:tcPr>
            <w:tcW w:w="2342" w:type="dxa"/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94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 "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   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"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   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2022 г.</w:t>
            </w:r>
          </w:p>
        </w:tc>
        <w:tc>
          <w:tcPr>
            <w:tcW w:w="3600" w:type="dxa"/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94" w:after="0" w:line="230" w:lineRule="auto"/>
              <w:ind w:right="1280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  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 "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 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" 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2022 г.</w:t>
            </w:r>
          </w:p>
        </w:tc>
        <w:tc>
          <w:tcPr>
            <w:tcW w:w="3240" w:type="dxa"/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9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 "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   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"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     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2022 г.</w:t>
            </w:r>
          </w:p>
        </w:tc>
      </w:tr>
    </w:tbl>
    <w:p w:rsidR="00054DE3" w:rsidRDefault="001153C6">
      <w:pPr>
        <w:autoSpaceDE w:val="0"/>
        <w:autoSpaceDN w:val="0"/>
        <w:spacing w:before="978" w:after="0" w:line="230" w:lineRule="auto"/>
        <w:ind w:right="3646"/>
        <w:jc w:val="right"/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</w:rPr>
        <w:t>РАБОЧАЯ ПРОГРАММА</w:t>
      </w:r>
    </w:p>
    <w:p w:rsidR="00054DE3" w:rsidRDefault="001153C6">
      <w:pPr>
        <w:autoSpaceDE w:val="0"/>
        <w:autoSpaceDN w:val="0"/>
        <w:spacing w:before="70" w:after="0" w:line="230" w:lineRule="auto"/>
        <w:ind w:right="4418"/>
        <w:jc w:val="right"/>
      </w:pPr>
      <w:r>
        <w:rPr>
          <w:rFonts w:ascii="Times New Roman" w:eastAsia="Times New Roman" w:hAnsi="Times New Roman"/>
          <w:b/>
          <w:color w:val="000000"/>
          <w:sz w:val="24"/>
        </w:rPr>
        <w:t>(ID 3184087)</w:t>
      </w:r>
    </w:p>
    <w:p w:rsidR="00054DE3" w:rsidRDefault="001153C6">
      <w:pPr>
        <w:autoSpaceDE w:val="0"/>
        <w:autoSpaceDN w:val="0"/>
        <w:spacing w:before="166" w:after="0" w:line="230" w:lineRule="auto"/>
        <w:ind w:right="4018"/>
        <w:jc w:val="right"/>
      </w:pPr>
      <w:r>
        <w:rPr>
          <w:rFonts w:ascii="Times New Roman" w:eastAsia="Times New Roman" w:hAnsi="Times New Roman"/>
          <w:color w:val="000000"/>
          <w:sz w:val="24"/>
        </w:rPr>
        <w:t>учебного предмета</w:t>
      </w:r>
    </w:p>
    <w:p w:rsidR="00054DE3" w:rsidRDefault="001153C6">
      <w:pPr>
        <w:autoSpaceDE w:val="0"/>
        <w:autoSpaceDN w:val="0"/>
        <w:spacing w:before="70" w:after="0" w:line="230" w:lineRule="auto"/>
        <w:ind w:right="3184"/>
        <w:jc w:val="right"/>
      </w:pPr>
      <w:r>
        <w:rPr>
          <w:rFonts w:ascii="Times New Roman" w:eastAsia="Times New Roman" w:hAnsi="Times New Roman"/>
          <w:color w:val="000000"/>
          <w:sz w:val="24"/>
        </w:rPr>
        <w:t>«Иностранный язык (английский)»</w:t>
      </w:r>
    </w:p>
    <w:p w:rsidR="00054DE3" w:rsidRDefault="001153C6">
      <w:pPr>
        <w:autoSpaceDE w:val="0"/>
        <w:autoSpaceDN w:val="0"/>
        <w:spacing w:before="670" w:after="0" w:line="230" w:lineRule="auto"/>
        <w:ind w:right="2732"/>
        <w:jc w:val="right"/>
      </w:pPr>
      <w:r>
        <w:rPr>
          <w:rFonts w:ascii="Times New Roman" w:eastAsia="Times New Roman" w:hAnsi="Times New Roman"/>
          <w:color w:val="000000"/>
          <w:sz w:val="24"/>
        </w:rPr>
        <w:t>для 5 класса основного общего образования</w:t>
      </w:r>
    </w:p>
    <w:p w:rsidR="00054DE3" w:rsidRDefault="001153C6">
      <w:pPr>
        <w:autoSpaceDE w:val="0"/>
        <w:autoSpaceDN w:val="0"/>
        <w:spacing w:before="70" w:after="0" w:line="230" w:lineRule="auto"/>
        <w:ind w:right="3616"/>
        <w:jc w:val="right"/>
      </w:pPr>
      <w:r>
        <w:rPr>
          <w:rFonts w:ascii="Times New Roman" w:eastAsia="Times New Roman" w:hAnsi="Times New Roman"/>
          <w:color w:val="000000"/>
          <w:sz w:val="24"/>
        </w:rPr>
        <w:t>на 2022-2023  учебный год</w:t>
      </w:r>
    </w:p>
    <w:p w:rsidR="00054DE3" w:rsidRDefault="001153C6">
      <w:pPr>
        <w:autoSpaceDE w:val="0"/>
        <w:autoSpaceDN w:val="0"/>
        <w:spacing w:before="2112" w:after="0" w:line="230" w:lineRule="auto"/>
        <w:ind w:right="26"/>
        <w:jc w:val="right"/>
      </w:pPr>
      <w:r>
        <w:rPr>
          <w:rFonts w:ascii="Times New Roman" w:eastAsia="Times New Roman" w:hAnsi="Times New Roman"/>
          <w:color w:val="000000"/>
          <w:sz w:val="24"/>
        </w:rPr>
        <w:t>Составитель: Нарежная Екатерина Ивановна</w:t>
      </w:r>
    </w:p>
    <w:p w:rsidR="00054DE3" w:rsidRDefault="001153C6">
      <w:pPr>
        <w:autoSpaceDE w:val="0"/>
        <w:autoSpaceDN w:val="0"/>
        <w:spacing w:before="70" w:after="0" w:line="230" w:lineRule="auto"/>
        <w:ind w:right="20"/>
        <w:jc w:val="right"/>
      </w:pPr>
      <w:r>
        <w:rPr>
          <w:rFonts w:ascii="Times New Roman" w:eastAsia="Times New Roman" w:hAnsi="Times New Roman"/>
          <w:color w:val="000000"/>
          <w:sz w:val="24"/>
        </w:rPr>
        <w:t>учитель английского языка</w:t>
      </w:r>
    </w:p>
    <w:p w:rsidR="00054DE3" w:rsidRDefault="001153C6">
      <w:pPr>
        <w:autoSpaceDE w:val="0"/>
        <w:autoSpaceDN w:val="0"/>
        <w:spacing w:before="2830" w:after="0" w:line="230" w:lineRule="auto"/>
        <w:ind w:right="3584"/>
        <w:jc w:val="right"/>
      </w:pPr>
      <w:r>
        <w:rPr>
          <w:rFonts w:ascii="Times New Roman" w:eastAsia="Times New Roman" w:hAnsi="Times New Roman"/>
          <w:color w:val="000000"/>
          <w:sz w:val="24"/>
        </w:rPr>
        <w:t>ст. Старовеличковская 2022</w:t>
      </w:r>
    </w:p>
    <w:p w:rsidR="00054DE3" w:rsidRDefault="00054DE3">
      <w:pPr>
        <w:sectPr w:rsidR="00054DE3">
          <w:pgSz w:w="11900" w:h="16840"/>
          <w:pgMar w:top="298" w:right="874" w:bottom="296" w:left="738" w:header="720" w:footer="720" w:gutter="0"/>
          <w:cols w:space="720" w:equalWidth="0">
            <w:col w:w="10288" w:space="0"/>
          </w:cols>
          <w:docGrid w:linePitch="360"/>
        </w:sectPr>
      </w:pPr>
    </w:p>
    <w:p w:rsidR="00054DE3" w:rsidRDefault="003F77D3" w:rsidP="003F77D3">
      <w:pPr>
        <w:tabs>
          <w:tab w:val="left" w:pos="3418"/>
        </w:tabs>
      </w:pPr>
      <w:r>
        <w:lastRenderedPageBreak/>
        <w:tab/>
      </w:r>
      <w:r w:rsidR="001153C6">
        <w:rPr>
          <w:rFonts w:ascii="Times New Roman" w:eastAsia="Times New Roman" w:hAnsi="Times New Roman"/>
          <w:b/>
          <w:color w:val="000000"/>
          <w:sz w:val="24"/>
        </w:rPr>
        <w:t>ПОЯСНИТЕЛЬНАЯ ЗАПИСКА</w:t>
      </w:r>
    </w:p>
    <w:p w:rsidR="00054DE3" w:rsidRPr="001153C6" w:rsidRDefault="001153C6">
      <w:pPr>
        <w:autoSpaceDE w:val="0"/>
        <w:autoSpaceDN w:val="0"/>
        <w:spacing w:before="346" w:after="0" w:line="286" w:lineRule="auto"/>
        <w:ind w:right="144" w:firstLine="180"/>
        <w:rPr>
          <w:lang w:val="ru-RU"/>
        </w:rPr>
      </w:pPr>
      <w:bookmarkStart w:id="0" w:name="_GoBack"/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Рабочая программа по английскому языку для обучающихся 5 классов составлена на основе</w:t>
      </w:r>
      <w:r w:rsidR="00FC3B24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«Требований к результатам освоения основной образовательной программы», представленных в Федеральном государственном образовательном стандарте основного общего образования,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содержания,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представленных в Универсальном кодификаторе по иностранному (английскому) языку, а также на основе характеристики планируемых результатов духовно-нравственного развития, воспитания и социализации обучающихся, представленной в Примерной программе воспитания (одобрено решением ФУМО от 02.06.2020 г.).</w:t>
      </w:r>
      <w:bookmarkEnd w:id="0"/>
    </w:p>
    <w:p w:rsidR="00054DE3" w:rsidRPr="001153C6" w:rsidRDefault="001153C6">
      <w:pPr>
        <w:autoSpaceDE w:val="0"/>
        <w:autoSpaceDN w:val="0"/>
        <w:spacing w:before="264" w:after="0" w:line="262" w:lineRule="auto"/>
        <w:rPr>
          <w:lang w:val="ru-RU"/>
        </w:rPr>
      </w:pP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ПРЕДМЕТА «ИНОСТРАННЫЙ (АНГЛИЙСКИЙ) ЯЗЫК »</w:t>
      </w:r>
    </w:p>
    <w:p w:rsidR="00054DE3" w:rsidRPr="001153C6" w:rsidRDefault="001153C6">
      <w:pPr>
        <w:autoSpaceDE w:val="0"/>
        <w:autoSpaceDN w:val="0"/>
        <w:spacing w:before="166" w:after="0" w:line="286" w:lineRule="auto"/>
        <w:ind w:right="288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Предмету «Иностранный (английский) язык» принадлежит важное место в системе общего образования и воспитания современного школьника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языков как инструмента межличностного и межкультурного взаимодействия, способствует их общему речевому развитию, воспитанию гражданской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идентичности, расширению кругозора, воспитанию чувств и эмоций. Наряду с этим иностранный язык выступает инструментом овладения другими предметными областями в сфере гуманитарных, математических, естественно-научных и других наук и становится важной составляющей базы для общего и специального образования.</w:t>
      </w:r>
    </w:p>
    <w:p w:rsidR="00054DE3" w:rsidRPr="001153C6" w:rsidRDefault="001153C6">
      <w:pPr>
        <w:autoSpaceDE w:val="0"/>
        <w:autoSpaceDN w:val="0"/>
        <w:spacing w:before="190" w:after="0" w:line="281" w:lineRule="auto"/>
        <w:ind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В последние десятилетия наблюдается трансформация взглядов на владение иностранным языком, усиление общественных запросов на квалифицированных и мобильных людей, способных быстро адаптироваться к изменяющимся потребностям общества, овладевать новыми компетенциями. Владение иностранным языком обеспечивает быстрый доступ к передовым международным научным и технологическим достижениям и расширяет возможности образования и самообразования.</w:t>
      </w:r>
    </w:p>
    <w:p w:rsidR="00054DE3" w:rsidRPr="001153C6" w:rsidRDefault="001153C6">
      <w:pPr>
        <w:autoSpaceDE w:val="0"/>
        <w:autoSpaceDN w:val="0"/>
        <w:spacing w:before="70" w:after="0" w:line="281" w:lineRule="auto"/>
        <w:ind w:right="144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Владение иностранным языком сейчас рассматривается как часть профессии, поэтому он является универсальным предметом, которым стремятся овладеть современные школьники независимо от выбранных ими профильных предметов (математика, история, химия, физика и др.). Таким образом, владение иностранным языком становится одним из важнейших средств социализации и успешной профессиональной деятельности выпускника школы.</w:t>
      </w:r>
    </w:p>
    <w:p w:rsidR="00054DE3" w:rsidRPr="001153C6" w:rsidRDefault="001153C6">
      <w:pPr>
        <w:autoSpaceDE w:val="0"/>
        <w:autoSpaceDN w:val="0"/>
        <w:spacing w:before="190" w:after="0" w:line="281" w:lineRule="auto"/>
        <w:ind w:right="288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Возрастает значимость владения разными иностранными языками как в качестве первого, так и в качество второго. Расширение номенклатуры изучаемых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более эффективное общение,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учитывающее особенности культуры партнёра, что позволяет успешнее решать возникающие проблемы и избегать конфликтов.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 w:line="262" w:lineRule="auto"/>
        <w:ind w:right="1728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Естественно, возрастание значимости владения иностранными языками приводит к переосмыслению целей и содержания обучения предмету.</w:t>
      </w:r>
    </w:p>
    <w:p w:rsidR="00054DE3" w:rsidRPr="001153C6" w:rsidRDefault="001153C6">
      <w:pPr>
        <w:autoSpaceDE w:val="0"/>
        <w:autoSpaceDN w:val="0"/>
        <w:spacing w:before="262" w:after="0" w:line="230" w:lineRule="auto"/>
        <w:rPr>
          <w:lang w:val="ru-RU"/>
        </w:rPr>
      </w:pP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>ЦЕЛИ ИЗУЧЕНИЯ УЧЕБНОГО ПРЕДМЕТА «ИНОСТРАННЫЙ (АНГЛИЙСКИЙ) ЯЗЫК»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66" w:after="0" w:line="262" w:lineRule="auto"/>
        <w:ind w:right="144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 свете сказанного выше цели иноязычного образования становятся более сложными по структуре, формулируются на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ценностном, когнитивном и прагматическом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уровнях и, соответственно,</w:t>
      </w:r>
    </w:p>
    <w:p w:rsidR="00054DE3" w:rsidRPr="001153C6" w:rsidRDefault="00054DE3">
      <w:pPr>
        <w:rPr>
          <w:lang w:val="ru-RU"/>
        </w:rPr>
        <w:sectPr w:rsidR="00054DE3" w:rsidRPr="001153C6">
          <w:pgSz w:w="11900" w:h="16840"/>
          <w:pgMar w:top="436" w:right="650" w:bottom="356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54DE3" w:rsidRPr="001153C6" w:rsidRDefault="00054DE3">
      <w:pPr>
        <w:autoSpaceDE w:val="0"/>
        <w:autoSpaceDN w:val="0"/>
        <w:spacing w:after="66" w:line="220" w:lineRule="exact"/>
        <w:rPr>
          <w:lang w:val="ru-RU"/>
        </w:rPr>
      </w:pPr>
    </w:p>
    <w:p w:rsidR="00054DE3" w:rsidRPr="001153C6" w:rsidRDefault="001153C6">
      <w:pPr>
        <w:autoSpaceDE w:val="0"/>
        <w:autoSpaceDN w:val="0"/>
        <w:spacing w:after="0" w:line="281" w:lineRule="auto"/>
        <w:ind w:right="432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воплощаются в личностных, метапредметных/общеучебных/универсальных и предметных результатах обучения. А иностранные языки признаются средством общения и ценным ресурсом личности для самореализации и социальной адаптации; инструментом развития умений поиска, обработки и использования информации в познавательных целях, одним из средств воспитания качеств гражданина, патриота; развития национального самосознания, стремления к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взаимопониманию между людьми разных стран.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 w:line="288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На прагматическом уровне </w:t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целью иноязычного образования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провозглашено формирование коммуникативной компетенции обучающихся в единстве таких её составляющих, как речевая, языковая, социокультурная, компенсаторная компетенции: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—  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речевая компетенция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— развитие коммуникативных умений в четырёх основных видах речевой деятельности (говорении, аудировании, чтении, письме);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—  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языковая компетенция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— овладение новыми языковыми средствами (фонетическими,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орфографическими, лексическими, грамматическими) в соответствии </w:t>
      </w:r>
      <w:r>
        <w:rPr>
          <w:rFonts w:ascii="Times New Roman" w:eastAsia="Times New Roman" w:hAnsi="Times New Roman"/>
          <w:color w:val="000000"/>
          <w:sz w:val="24"/>
        </w:rPr>
        <w:t>c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—  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социокультурная/межкультурная компетенция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— приобщение к культуре, традициям реалиям стран/страны изучаемого языка в рамках тем и ситуаций общения, отвечающих опыту, интересам, психологическим особенностям учащихся основной школы на разных её этапах; формирование умения представлять свою страну, её культуру в условиях межкультурного общения;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—  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компенсаторная компетенция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— развитие умений выходить из положения в условиях дефицита языковых средств при получении и передаче информации.</w:t>
      </w:r>
    </w:p>
    <w:p w:rsidR="00054DE3" w:rsidRPr="001153C6" w:rsidRDefault="001153C6">
      <w:pPr>
        <w:autoSpaceDE w:val="0"/>
        <w:autoSpaceDN w:val="0"/>
        <w:spacing w:before="190" w:after="0"/>
        <w:ind w:right="720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Наряду с иноязычной коммуникативной компетенцией средствами иностранного языка формируются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>ключевые универсальные учебные компетенции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</w:t>
      </w:r>
    </w:p>
    <w:p w:rsidR="00054DE3" w:rsidRPr="001153C6" w:rsidRDefault="001153C6">
      <w:pPr>
        <w:autoSpaceDE w:val="0"/>
        <w:autoSpaceDN w:val="0"/>
        <w:spacing w:before="190" w:after="0" w:line="283" w:lineRule="auto"/>
        <w:ind w:right="288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 соответствии с личностно ориентированной парадигмой образования основными подходами к обучению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иностранным языкам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признаются компетентностный, системно-деятельностный, межкультурный и коммуникативно-когнитивный. Совокупность перечисленных подходов предполагает возможность реализовать поставленные цели, добиться достижения планируемых результатов в рамках содержания, отобранного для основной школы, использования новых педагогических технологий (дифференциация, индивидуализация, проектная деятельность и др.) и использования современных средств обучения.</w:t>
      </w:r>
    </w:p>
    <w:p w:rsidR="00054DE3" w:rsidRPr="001153C6" w:rsidRDefault="001153C6">
      <w:pPr>
        <w:autoSpaceDE w:val="0"/>
        <w:autoSpaceDN w:val="0"/>
        <w:spacing w:before="264" w:after="0" w:line="262" w:lineRule="auto"/>
        <w:ind w:right="4176"/>
        <w:rPr>
          <w:lang w:val="ru-RU"/>
        </w:rPr>
      </w:pP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>МЕСТО УЧЕБНОГО ПРЕДМЕТА В УЧЕБНОМ ПЛАНЕ«ИНОСТРАННЫЙ (АНГЛИЙСКИЙ) ЯЗЫК»</w:t>
      </w:r>
    </w:p>
    <w:p w:rsidR="00054DE3" w:rsidRPr="001153C6" w:rsidRDefault="001153C6">
      <w:pPr>
        <w:autoSpaceDE w:val="0"/>
        <w:autoSpaceDN w:val="0"/>
        <w:spacing w:before="166" w:after="0" w:line="271" w:lineRule="auto"/>
        <w:ind w:right="144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Обязательный учебный предмет «Иностранный язык» входит в предметную область «Иностранные языки» и изучается обязательно со 2-го по 11-ый класс. На изучение иностранного языка в 5 классе отведено 102 учебных часа, по 3 часа в неделю.</w:t>
      </w:r>
    </w:p>
    <w:p w:rsidR="00054DE3" w:rsidRPr="001153C6" w:rsidRDefault="00054DE3">
      <w:pPr>
        <w:rPr>
          <w:lang w:val="ru-RU"/>
        </w:rPr>
        <w:sectPr w:rsidR="00054DE3" w:rsidRPr="001153C6">
          <w:pgSz w:w="11900" w:h="16840"/>
          <w:pgMar w:top="286" w:right="660" w:bottom="1440" w:left="666" w:header="720" w:footer="720" w:gutter="0"/>
          <w:cols w:space="720" w:equalWidth="0">
            <w:col w:w="10574" w:space="0"/>
          </w:cols>
          <w:docGrid w:linePitch="360"/>
        </w:sectPr>
      </w:pPr>
    </w:p>
    <w:p w:rsidR="00054DE3" w:rsidRPr="001153C6" w:rsidRDefault="00054DE3">
      <w:pPr>
        <w:autoSpaceDE w:val="0"/>
        <w:autoSpaceDN w:val="0"/>
        <w:spacing w:after="78" w:line="220" w:lineRule="exact"/>
        <w:rPr>
          <w:lang w:val="ru-RU"/>
        </w:rPr>
      </w:pPr>
    </w:p>
    <w:p w:rsidR="00054DE3" w:rsidRPr="001153C6" w:rsidRDefault="001153C6">
      <w:pPr>
        <w:autoSpaceDE w:val="0"/>
        <w:autoSpaceDN w:val="0"/>
        <w:spacing w:after="0" w:line="230" w:lineRule="auto"/>
        <w:rPr>
          <w:lang w:val="ru-RU"/>
        </w:rPr>
      </w:pP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СОДЕРЖАНИЕ УЧЕБНОГО ПРЕДМЕТА 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346" w:after="0" w:line="271" w:lineRule="auto"/>
        <w:ind w:right="1152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КОММУНИКАТИВНЫЕ УМЕНИЯ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054DE3" w:rsidRPr="001153C6" w:rsidRDefault="001153C6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Моя семья. Мои друзья. Семейные праздники: день рождения, Новый год.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62" w:lineRule="auto"/>
        <w:ind w:right="144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Внешность и характер человека/литературного персонажа. Досуг и увлечения/хобби современного подростка (чтение, кино, спорт).</w:t>
      </w:r>
    </w:p>
    <w:p w:rsidR="00054DE3" w:rsidRPr="001153C6" w:rsidRDefault="001153C6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Здоровый образ жизни: режим труда и отдыха, здоровое питание.</w:t>
      </w:r>
    </w:p>
    <w:p w:rsidR="00054DE3" w:rsidRPr="001153C6" w:rsidRDefault="001153C6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Покупки: одежда, обувь и продукты питания.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2" w:after="0" w:line="262" w:lineRule="auto"/>
        <w:ind w:right="864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Школа, школьная жизнь, школьная форма, изучаемые предметы. Переписка с зарубежными сверстниками.</w:t>
      </w:r>
    </w:p>
    <w:p w:rsidR="00054DE3" w:rsidRPr="001153C6" w:rsidRDefault="001153C6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Каникулы в различное время года. Виды отдыха.</w:t>
      </w:r>
    </w:p>
    <w:p w:rsidR="00054DE3" w:rsidRPr="001153C6" w:rsidRDefault="001153C6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Природа: дикие и домашние животные. Погода. Родной город/село. Транспорт.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71" w:lineRule="auto"/>
        <w:ind w:right="576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Родная страна и страна/страны изучаемого языка. Их географическое положение, столицы; достопримечательности, культурные особенности (национальные праздники, традиции, обычаи).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Выдающиеся люди родной страны и страны/стран изучаемого языка: писатели, поэты.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 w:line="286" w:lineRule="auto"/>
        <w:ind w:right="144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Говорение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Развитие коммуникативных умений </w:t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диалогической речи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на базе умений, сформированных в начальной школе: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>диалог этикетного  характера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:  начинать,  поддерживать и заканчивать разговор (в том числе разговор по телефону); поздравлять с праздником и вежливо реагировать на поздравление; выражать благодарность; вежливо соглашаться на предложение/отказываться от предложения собеседника;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>диалог-побуждение к действию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: обращаться с просьбой, вежливо соглашаться/не соглашаться выполнить просьбу; приглашать собеседника к совместной деятельности, вежливо соглашаться/не соглашаться на предложение собеседника;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>диалог-расспрос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: сообщать фактическую информацию, отвечая на вопросы разных видов; запрашивать интересующую информацию.</w:t>
      </w:r>
    </w:p>
    <w:p w:rsidR="00054DE3" w:rsidRPr="001153C6" w:rsidRDefault="001153C6">
      <w:pPr>
        <w:autoSpaceDE w:val="0"/>
        <w:autoSpaceDN w:val="0"/>
        <w:spacing w:before="70" w:after="0"/>
        <w:ind w:right="288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Вышеперечисленные умения диалогической речи развиваются в стандартных ситуациях неофициального общения в рамках тематического содержания речи класса с опорой на речевые ситуации, ключевые слова и/или иллюстрации, фотографии с соблюдением норм речевого этикета, принятых в стране/странах изучаемого языка.</w:t>
      </w:r>
    </w:p>
    <w:p w:rsidR="00054DE3" w:rsidRPr="001153C6" w:rsidRDefault="001153C6">
      <w:pPr>
        <w:autoSpaceDE w:val="0"/>
        <w:autoSpaceDN w:val="0"/>
        <w:spacing w:before="72" w:after="0" w:line="230" w:lineRule="auto"/>
        <w:ind w:left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Объём диалога — до 5 реплик со стороны каждого собеседника.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86" w:lineRule="auto"/>
        <w:ind w:right="576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Развитие коммуникативных умений </w:t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монологической речи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на базе умений, сформированных в начальной школе: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1) создание устных  связных  монологических  высказываний с использованием основных коммуникативных типов речи: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—   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—   повествование/сообщение;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2) изложение (пересказ) основного содержания прочитанного текста;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3) краткое изложение результатов выполненной проектной работы.</w:t>
      </w:r>
    </w:p>
    <w:p w:rsidR="00054DE3" w:rsidRPr="001153C6" w:rsidRDefault="001153C6">
      <w:pPr>
        <w:autoSpaceDE w:val="0"/>
        <w:autoSpaceDN w:val="0"/>
        <w:spacing w:before="70" w:after="0" w:line="271" w:lineRule="auto"/>
        <w:ind w:right="144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слова, вопросы, план и/или иллюстрации, фотографии.</w:t>
      </w:r>
    </w:p>
    <w:p w:rsidR="00054DE3" w:rsidRPr="001153C6" w:rsidRDefault="001153C6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Объём монологического высказывания — 5-6 фраз.</w:t>
      </w:r>
    </w:p>
    <w:p w:rsidR="00054DE3" w:rsidRPr="001153C6" w:rsidRDefault="00054DE3">
      <w:pPr>
        <w:rPr>
          <w:lang w:val="ru-RU"/>
        </w:rPr>
        <w:sectPr w:rsidR="00054DE3" w:rsidRPr="001153C6">
          <w:pgSz w:w="11900" w:h="16840"/>
          <w:pgMar w:top="298" w:right="650" w:bottom="39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54DE3" w:rsidRPr="001153C6" w:rsidRDefault="00054DE3">
      <w:pPr>
        <w:autoSpaceDE w:val="0"/>
        <w:autoSpaceDN w:val="0"/>
        <w:spacing w:after="78" w:line="220" w:lineRule="exact"/>
        <w:rPr>
          <w:lang w:val="ru-RU"/>
        </w:rPr>
      </w:pPr>
    </w:p>
    <w:p w:rsidR="00054DE3" w:rsidRPr="001153C6" w:rsidRDefault="001153C6">
      <w:pPr>
        <w:tabs>
          <w:tab w:val="left" w:pos="180"/>
        </w:tabs>
        <w:autoSpaceDE w:val="0"/>
        <w:autoSpaceDN w:val="0"/>
        <w:spacing w:after="0" w:line="286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Аудирование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Развитие коммуникативных умений </w:t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аудирования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на базе умений, сформированных в начальной школе: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при непосредственном общении: понимание на слух речи учителя и одноклассников и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вербальная/невербальная реакция на услышанное;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опорой и без опоры на иллюстрации.</w:t>
      </w:r>
    </w:p>
    <w:p w:rsidR="00054DE3" w:rsidRPr="001153C6" w:rsidRDefault="001153C6">
      <w:pPr>
        <w:autoSpaceDE w:val="0"/>
        <w:autoSpaceDN w:val="0"/>
        <w:spacing w:before="72" w:after="0" w:line="271" w:lineRule="auto"/>
        <w:ind w:right="864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факты/события в воспринимаемом на слух тексте; игнорировать незнакомые слова, несущественные для понимания основного содержания.</w:t>
      </w:r>
    </w:p>
    <w:p w:rsidR="00054DE3" w:rsidRPr="001153C6" w:rsidRDefault="001153C6">
      <w:pPr>
        <w:autoSpaceDE w:val="0"/>
        <w:autoSpaceDN w:val="0"/>
        <w:spacing w:before="70" w:after="0" w:line="271" w:lineRule="auto"/>
        <w:ind w:right="144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Аудирование с пониманием запрашиваемой информации предполагает умение выделять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запрашиваемую информацию, представленную в эксплицитной (явной) форме, в воспринимаемом на слух тексте.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054DE3" w:rsidRPr="001153C6" w:rsidRDefault="001153C6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Время звучания текста/текстов для аудирования — до 1 минуты.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 w:line="281" w:lineRule="auto"/>
        <w:ind w:right="432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Смысловое чтение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Развитие сформированных в начальной школе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054DE3" w:rsidRPr="001153C6" w:rsidRDefault="001153C6">
      <w:pPr>
        <w:autoSpaceDE w:val="0"/>
        <w:autoSpaceDN w:val="0"/>
        <w:spacing w:before="70" w:after="0" w:line="271" w:lineRule="auto"/>
        <w:ind w:right="432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Чтение с пониманием основного содержания текста предполагает умение определять основную тему и главные факты/события в прочитанном тексте, игнорировать незнакомые слова,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несущественные для понимания основного содержания.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71" w:lineRule="auto"/>
        <w:ind w:right="288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Чтение несплошных текстов (таблиц) и понимание представленной в них информации.</w:t>
      </w:r>
    </w:p>
    <w:p w:rsidR="00054DE3" w:rsidRPr="001153C6" w:rsidRDefault="001153C6">
      <w:pPr>
        <w:autoSpaceDE w:val="0"/>
        <w:autoSpaceDN w:val="0"/>
        <w:spacing w:before="72" w:after="0" w:line="271" w:lineRule="auto"/>
        <w:ind w:right="102" w:firstLine="180"/>
        <w:jc w:val="both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Тексты для чтения: беседа/диалог, рассказ, сказка, сообщение личного характера, отрывок из статьи научно-популярного характера, сообщение информационного характера, стихотворение; несплошной текст (таблица).</w:t>
      </w:r>
    </w:p>
    <w:p w:rsidR="00054DE3" w:rsidRPr="001153C6" w:rsidRDefault="001153C6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Объём текста/текстов для чтения — 180-200 слов.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 w:line="286" w:lineRule="auto"/>
        <w:ind w:right="288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Письменная речь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Развитие умений письменной речи на базе умений, сформированных в начальной школе: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списывание текста и выписывание из него слов, словосочетаний, предложений в соответствии с решаемой коммуникативной задачей;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написание коротких поздравлений с праздниками (с Новым годом, Рождеством, днём рождения);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заполнение анкет и формуляров: сообщение о себе основных сведений в соответствии с нормами, принятыми в стране/странах изучаемого языка;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написание электронного сообщения личного характера: сообщение кратких сведений о себе; оформление обращения, завершающей фразы и подписи в соответствии с нормами неофициального общения, принятыми в стране/странах изучаемого языка. Объём сообщения — до 60 слов.</w:t>
      </w:r>
    </w:p>
    <w:p w:rsidR="00054DE3" w:rsidRPr="001153C6" w:rsidRDefault="00054DE3">
      <w:pPr>
        <w:rPr>
          <w:lang w:val="ru-RU"/>
        </w:rPr>
        <w:sectPr w:rsidR="00054DE3" w:rsidRPr="001153C6">
          <w:pgSz w:w="11900" w:h="16840"/>
          <w:pgMar w:top="298" w:right="648" w:bottom="476" w:left="666" w:header="720" w:footer="720" w:gutter="0"/>
          <w:cols w:space="720" w:equalWidth="0">
            <w:col w:w="10586" w:space="0"/>
          </w:cols>
          <w:docGrid w:linePitch="360"/>
        </w:sectPr>
      </w:pPr>
    </w:p>
    <w:p w:rsidR="00054DE3" w:rsidRPr="001153C6" w:rsidRDefault="00054DE3">
      <w:pPr>
        <w:autoSpaceDE w:val="0"/>
        <w:autoSpaceDN w:val="0"/>
        <w:spacing w:after="78" w:line="220" w:lineRule="exact"/>
        <w:rPr>
          <w:lang w:val="ru-RU"/>
        </w:rPr>
      </w:pPr>
    </w:p>
    <w:p w:rsidR="00054DE3" w:rsidRPr="001153C6" w:rsidRDefault="001153C6">
      <w:pPr>
        <w:tabs>
          <w:tab w:val="left" w:pos="180"/>
        </w:tabs>
        <w:autoSpaceDE w:val="0"/>
        <w:autoSpaceDN w:val="0"/>
        <w:spacing w:after="0" w:line="281" w:lineRule="auto"/>
        <w:ind w:right="144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ЯЗЫКОВЫЕ ЗНАНИЯ И УМЕНИЯ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Фонетическая сторона речи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Различение на  слух  и  адекватное,  без  ошибок, 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чтения.</w:t>
      </w:r>
    </w:p>
    <w:p w:rsidR="00054DE3" w:rsidRPr="001153C6" w:rsidRDefault="001153C6">
      <w:pPr>
        <w:autoSpaceDE w:val="0"/>
        <w:autoSpaceDN w:val="0"/>
        <w:spacing w:before="70" w:after="0" w:line="271" w:lineRule="auto"/>
        <w:ind w:right="864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демонстрирующее понимание текста.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62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Тексты для чтения вслух: беседа/диалог, рассказ, отрывок из статьи научно-популярного характера, сообщение информационного характера.</w:t>
      </w:r>
    </w:p>
    <w:p w:rsidR="00054DE3" w:rsidRPr="001153C6" w:rsidRDefault="001153C6">
      <w:pPr>
        <w:autoSpaceDE w:val="0"/>
        <w:autoSpaceDN w:val="0"/>
        <w:spacing w:before="72" w:after="0" w:line="230" w:lineRule="auto"/>
        <w:ind w:left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Объём текста для чтения вслух — до 90 слов.</w:t>
      </w:r>
    </w:p>
    <w:p w:rsidR="00054DE3" w:rsidRPr="001153C6" w:rsidRDefault="001153C6">
      <w:pPr>
        <w:autoSpaceDE w:val="0"/>
        <w:autoSpaceDN w:val="0"/>
        <w:spacing w:before="190" w:after="0" w:line="262" w:lineRule="auto"/>
        <w:ind w:left="180" w:right="6192"/>
        <w:rPr>
          <w:lang w:val="ru-RU"/>
        </w:rPr>
      </w:pP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Графика, орфография и пунктуация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Правильное написание изученных слов.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62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62" w:lineRule="auto"/>
        <w:ind w:right="1008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Пунктуационно правильное, в соответствии с нормами речевого этикета, принятыми в стране/странах изучаемого языка, оформление электронного сообщения личного характера.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 w:line="281" w:lineRule="auto"/>
        <w:ind w:right="288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Лексическая сторона речи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54DE3" w:rsidRPr="001153C6" w:rsidRDefault="001153C6">
      <w:pPr>
        <w:autoSpaceDE w:val="0"/>
        <w:autoSpaceDN w:val="0"/>
        <w:spacing w:before="70" w:after="0" w:line="271" w:lineRule="auto"/>
        <w:ind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Объём изучаемой лексики: 625 лексических единиц для продуктивного использования (включая 500 лексических единиц, изученных в начальной школе) и 675 лексических единиц для рецептивного усвоения (включая 625 лексических единиц продуктивного минимума).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86" w:lineRule="auto"/>
        <w:ind w:right="144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Основные способы словообразования: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аффиксация: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образование имён существительных при помощи суффиксов -</w:t>
      </w:r>
      <w:r>
        <w:rPr>
          <w:rFonts w:ascii="Times New Roman" w:eastAsia="Times New Roman" w:hAnsi="Times New Roman"/>
          <w:color w:val="000000"/>
          <w:sz w:val="24"/>
        </w:rPr>
        <w:t>er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/-</w:t>
      </w:r>
      <w:r>
        <w:rPr>
          <w:rFonts w:ascii="Times New Roman" w:eastAsia="Times New Roman" w:hAnsi="Times New Roman"/>
          <w:color w:val="000000"/>
          <w:sz w:val="24"/>
        </w:rPr>
        <w:t>or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(</w:t>
      </w:r>
      <w:r>
        <w:rPr>
          <w:rFonts w:ascii="Times New Roman" w:eastAsia="Times New Roman" w:hAnsi="Times New Roman"/>
          <w:color w:val="000000"/>
          <w:sz w:val="24"/>
        </w:rPr>
        <w:t>teacher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visitor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), -</w:t>
      </w:r>
      <w:r>
        <w:rPr>
          <w:rFonts w:ascii="Times New Roman" w:eastAsia="Times New Roman" w:hAnsi="Times New Roman"/>
          <w:color w:val="000000"/>
          <w:sz w:val="24"/>
        </w:rPr>
        <w:t>ist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(</w:t>
      </w:r>
      <w:r>
        <w:rPr>
          <w:rFonts w:ascii="Times New Roman" w:eastAsia="Times New Roman" w:hAnsi="Times New Roman"/>
          <w:color w:val="000000"/>
          <w:sz w:val="24"/>
        </w:rPr>
        <w:t>scientist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</w:rPr>
        <w:t>tourist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), -</w:t>
      </w:r>
      <w:r>
        <w:rPr>
          <w:rFonts w:ascii="Times New Roman" w:eastAsia="Times New Roman" w:hAnsi="Times New Roman"/>
          <w:color w:val="000000"/>
          <w:sz w:val="24"/>
        </w:rPr>
        <w:t>sion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/-</w:t>
      </w:r>
      <w:r>
        <w:rPr>
          <w:rFonts w:ascii="Times New Roman" w:eastAsia="Times New Roman" w:hAnsi="Times New Roman"/>
          <w:color w:val="000000"/>
          <w:sz w:val="24"/>
        </w:rPr>
        <w:t>tion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(</w:t>
      </w:r>
      <w:r>
        <w:rPr>
          <w:rFonts w:ascii="Times New Roman" w:eastAsia="Times New Roman" w:hAnsi="Times New Roman"/>
          <w:color w:val="000000"/>
          <w:sz w:val="24"/>
        </w:rPr>
        <w:t>dis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- </w:t>
      </w:r>
      <w:r>
        <w:rPr>
          <w:rFonts w:ascii="Times New Roman" w:eastAsia="Times New Roman" w:hAnsi="Times New Roman"/>
          <w:color w:val="000000"/>
          <w:sz w:val="24"/>
        </w:rPr>
        <w:t>cussion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invitation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);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образование имён  прилагательных при помощи суффиксов -</w:t>
      </w:r>
      <w:r>
        <w:rPr>
          <w:rFonts w:ascii="Times New Roman" w:eastAsia="Times New Roman" w:hAnsi="Times New Roman"/>
          <w:color w:val="000000"/>
          <w:sz w:val="24"/>
        </w:rPr>
        <w:t>ful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(</w:t>
      </w:r>
      <w:r>
        <w:rPr>
          <w:rFonts w:ascii="Times New Roman" w:eastAsia="Times New Roman" w:hAnsi="Times New Roman"/>
          <w:color w:val="000000"/>
          <w:sz w:val="24"/>
        </w:rPr>
        <w:t>wonderful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), -</w:t>
      </w:r>
      <w:r>
        <w:rPr>
          <w:rFonts w:ascii="Times New Roman" w:eastAsia="Times New Roman" w:hAnsi="Times New Roman"/>
          <w:color w:val="000000"/>
          <w:sz w:val="24"/>
        </w:rPr>
        <w:t>ian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/-</w:t>
      </w:r>
      <w:r>
        <w:rPr>
          <w:rFonts w:ascii="Times New Roman" w:eastAsia="Times New Roman" w:hAnsi="Times New Roman"/>
          <w:color w:val="000000"/>
          <w:sz w:val="24"/>
        </w:rPr>
        <w:t>an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/>
          <w:color w:val="000000"/>
          <w:sz w:val="24"/>
        </w:rPr>
        <w:t>Russian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American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);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образование наречий при помощи суффикса -</w:t>
      </w:r>
      <w:r>
        <w:rPr>
          <w:rFonts w:ascii="Times New Roman" w:eastAsia="Times New Roman" w:hAnsi="Times New Roman"/>
          <w:color w:val="000000"/>
          <w:sz w:val="24"/>
        </w:rPr>
        <w:t>ly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(</w:t>
      </w:r>
      <w:r>
        <w:rPr>
          <w:rFonts w:ascii="Times New Roman" w:eastAsia="Times New Roman" w:hAnsi="Times New Roman"/>
          <w:color w:val="000000"/>
          <w:sz w:val="24"/>
        </w:rPr>
        <w:t>recently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);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образование имён прилагательных, имён существительных и наречий при помощи отрицательного префикса </w:t>
      </w:r>
      <w:r>
        <w:rPr>
          <w:rFonts w:ascii="Times New Roman" w:eastAsia="Times New Roman" w:hAnsi="Times New Roman"/>
          <w:color w:val="000000"/>
          <w:sz w:val="24"/>
        </w:rPr>
        <w:t>un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- (</w:t>
      </w:r>
      <w:r>
        <w:rPr>
          <w:rFonts w:ascii="Times New Roman" w:eastAsia="Times New Roman" w:hAnsi="Times New Roman"/>
          <w:color w:val="000000"/>
          <w:sz w:val="24"/>
        </w:rPr>
        <w:t>unhappy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</w:rPr>
        <w:t>unreality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</w:rPr>
        <w:t>unusually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).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 w:line="271" w:lineRule="auto"/>
        <w:ind w:right="720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Грамматическая сторона речи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:rsidR="00054DE3" w:rsidRPr="001153C6" w:rsidRDefault="001153C6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Предложения с несколькими обстоятельствами, следующими в определённом порядке.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62" w:lineRule="auto"/>
        <w:ind w:right="432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eastAsia="Times New Roman" w:hAnsi="Times New Roman"/>
          <w:color w:val="000000"/>
          <w:sz w:val="24"/>
        </w:rPr>
        <w:t>Present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Past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Future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Simple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Tense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).</w:t>
      </w:r>
    </w:p>
    <w:p w:rsidR="00054DE3" w:rsidRPr="001153C6" w:rsidRDefault="001153C6">
      <w:pPr>
        <w:autoSpaceDE w:val="0"/>
        <w:autoSpaceDN w:val="0"/>
        <w:spacing w:before="70" w:after="0" w:line="271" w:lineRule="auto"/>
        <w:ind w:right="144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Глаголы в видо-временных формах действительного залога в изъявительном наклонении в </w:t>
      </w:r>
      <w:r>
        <w:rPr>
          <w:rFonts w:ascii="Times New Roman" w:eastAsia="Times New Roman" w:hAnsi="Times New Roman"/>
          <w:color w:val="000000"/>
          <w:sz w:val="24"/>
        </w:rPr>
        <w:t>Present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Perfect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Tense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в повествовательных (утвердительных и отрицательных) и вопросительных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предложениях.</w:t>
      </w:r>
    </w:p>
    <w:p w:rsidR="00054DE3" w:rsidRPr="001153C6" w:rsidRDefault="001153C6">
      <w:pPr>
        <w:autoSpaceDE w:val="0"/>
        <w:autoSpaceDN w:val="0"/>
        <w:spacing w:before="70" w:after="0" w:line="230" w:lineRule="auto"/>
        <w:jc w:val="center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Имена существительные во множественном числе, в том числе имена существительные, имеющие</w:t>
      </w:r>
    </w:p>
    <w:p w:rsidR="00054DE3" w:rsidRPr="001153C6" w:rsidRDefault="00054DE3">
      <w:pPr>
        <w:rPr>
          <w:lang w:val="ru-RU"/>
        </w:rPr>
        <w:sectPr w:rsidR="00054DE3" w:rsidRPr="001153C6">
          <w:pgSz w:w="11900" w:h="16840"/>
          <w:pgMar w:top="298" w:right="698" w:bottom="416" w:left="666" w:header="720" w:footer="720" w:gutter="0"/>
          <w:cols w:space="720" w:equalWidth="0">
            <w:col w:w="10536" w:space="0"/>
          </w:cols>
          <w:docGrid w:linePitch="360"/>
        </w:sectPr>
      </w:pPr>
    </w:p>
    <w:p w:rsidR="00054DE3" w:rsidRPr="001153C6" w:rsidRDefault="00054DE3">
      <w:pPr>
        <w:autoSpaceDE w:val="0"/>
        <w:autoSpaceDN w:val="0"/>
        <w:spacing w:after="66" w:line="220" w:lineRule="exact"/>
        <w:rPr>
          <w:lang w:val="ru-RU"/>
        </w:rPr>
      </w:pPr>
    </w:p>
    <w:p w:rsidR="00054DE3" w:rsidRPr="001153C6" w:rsidRDefault="001153C6">
      <w:pPr>
        <w:autoSpaceDE w:val="0"/>
        <w:autoSpaceDN w:val="0"/>
        <w:spacing w:after="0" w:line="230" w:lineRule="auto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форму только множественного числа.</w:t>
      </w:r>
    </w:p>
    <w:p w:rsidR="00054DE3" w:rsidRPr="001153C6" w:rsidRDefault="001153C6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Имена существительные с причастиями настоящего и прошедшего времени.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/>
        <w:ind w:right="288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СОЦИОКУЛЬТУРНЫЕ ЗНАНИЯ И УМЕНИЯ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Знание и использование социокультурных элементов речевого поведенческого этикета в стране/странах изучаемого языка в рамках тематического содержания (в ситуациях общения, в том числе «В семье», «В школе», «На улице»).</w:t>
      </w:r>
    </w:p>
    <w:p w:rsidR="00054DE3" w:rsidRPr="001153C6" w:rsidRDefault="001153C6">
      <w:pPr>
        <w:autoSpaceDE w:val="0"/>
        <w:autoSpaceDN w:val="0"/>
        <w:spacing w:before="70" w:after="0" w:line="271" w:lineRule="auto"/>
        <w:ind w:right="576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(некоторые национальные праздники, традиции в проведении досуга и питании).</w:t>
      </w:r>
    </w:p>
    <w:p w:rsidR="00054DE3" w:rsidRPr="001153C6" w:rsidRDefault="001153C6">
      <w:pPr>
        <w:autoSpaceDE w:val="0"/>
        <w:autoSpaceDN w:val="0"/>
        <w:spacing w:before="72" w:after="0" w:line="281" w:lineRule="auto"/>
        <w:ind w:right="144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Знание социокультурного портрета родной страны и страны/стран изучаемого языка: знакомство с традициями проведения основных национальных праздников (Рождества, Нового года и т. д.); с особенностями образа жизни и культуры страны/ стран изучаемого языка (известных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достопримечательностях, выдающихся людях); с доступными в языковом отношении образцами детской поэзии и прозы на английском языке.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83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Формирование умений: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писать свои имя и фамилию, а также имена и фамилии своих родственников и друзей на английском языке;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правильно оформлять свой адрес на английском языке (в анкете, формуляре);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кратко представлять Россию и страну/страны изучаемого языка;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кратко представлять некоторые культурные явления родной страны и страны/стран изучаемого языка (основные национальные праздники, традиции в проведении досуга и питании).</w:t>
      </w:r>
    </w:p>
    <w:p w:rsidR="00054DE3" w:rsidRPr="001153C6" w:rsidRDefault="001153C6">
      <w:pPr>
        <w:autoSpaceDE w:val="0"/>
        <w:autoSpaceDN w:val="0"/>
        <w:spacing w:before="190" w:after="0" w:line="262" w:lineRule="auto"/>
        <w:ind w:left="180" w:right="864"/>
        <w:rPr>
          <w:lang w:val="ru-RU"/>
        </w:rPr>
      </w:pP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КОМПЕНСАТОРНЫЕ УМЕНИЯ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Использование при чтении и аудировании языковой, в том числе контекстуальной, догадки.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62" w:lineRule="auto"/>
        <w:ind w:right="576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Использование в качестве опоры при порождении собственных высказываний ключевых слов, плана.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:rsidR="00054DE3" w:rsidRPr="001153C6" w:rsidRDefault="00054DE3">
      <w:pPr>
        <w:rPr>
          <w:lang w:val="ru-RU"/>
        </w:rPr>
        <w:sectPr w:rsidR="00054DE3" w:rsidRPr="001153C6">
          <w:pgSz w:w="11900" w:h="16840"/>
          <w:pgMar w:top="286" w:right="678" w:bottom="1440" w:left="666" w:header="720" w:footer="720" w:gutter="0"/>
          <w:cols w:space="720" w:equalWidth="0">
            <w:col w:w="10556" w:space="0"/>
          </w:cols>
          <w:docGrid w:linePitch="360"/>
        </w:sectPr>
      </w:pPr>
    </w:p>
    <w:p w:rsidR="00054DE3" w:rsidRPr="001153C6" w:rsidRDefault="00054DE3">
      <w:pPr>
        <w:autoSpaceDE w:val="0"/>
        <w:autoSpaceDN w:val="0"/>
        <w:spacing w:after="78" w:line="220" w:lineRule="exact"/>
        <w:rPr>
          <w:lang w:val="ru-RU"/>
        </w:rPr>
      </w:pPr>
    </w:p>
    <w:p w:rsidR="00054DE3" w:rsidRPr="001153C6" w:rsidRDefault="001153C6">
      <w:pPr>
        <w:autoSpaceDE w:val="0"/>
        <w:autoSpaceDN w:val="0"/>
        <w:spacing w:after="0" w:line="230" w:lineRule="auto"/>
        <w:rPr>
          <w:lang w:val="ru-RU"/>
        </w:rPr>
      </w:pP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ОБРАЗОВАТЕЛЬНЫЕ РЕЗУЛЬТАТЫ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346" w:after="0" w:line="262" w:lineRule="auto"/>
        <w:ind w:right="432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Изучение английского языка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:rsidR="00054DE3" w:rsidRPr="001153C6" w:rsidRDefault="001153C6">
      <w:pPr>
        <w:autoSpaceDE w:val="0"/>
        <w:autoSpaceDN w:val="0"/>
        <w:spacing w:before="262" w:after="0" w:line="230" w:lineRule="auto"/>
        <w:rPr>
          <w:lang w:val="ru-RU"/>
        </w:rPr>
      </w:pP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054DE3" w:rsidRPr="001153C6" w:rsidRDefault="001153C6">
      <w:pPr>
        <w:autoSpaceDE w:val="0"/>
        <w:autoSpaceDN w:val="0"/>
        <w:spacing w:before="166" w:after="0" w:line="281" w:lineRule="auto"/>
        <w:ind w:right="576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2" w:after="0" w:line="288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Личностные результаты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Гражданского воспитания</w:t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активное участие в жизни семьи, Организации, местного сообщества, родного края, страны;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неприятие любых форм экстремизма, дискриминации; понимание роли различных социальных институтов в жизни человека;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представление о способах противодействия коррупции; готовность к разнообразной совместной деятельности, стремление к взаимопониманию и взаимопомощи, активное участие в школьном самоуправлении;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готовность к участию в гуманитарной деятельности (волонтёрство, помощь людям, нуждающимся в ней).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86" w:lineRule="auto"/>
        <w:ind w:right="432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Патриотического воспитания</w:t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ценностное отношение к достижениям своей Родины – России, к науке, искусству, спорту, технологиям, боевым подвигам и трудовым достижениям народа;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81" w:lineRule="auto"/>
        <w:ind w:right="288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Духовно-нравственного воспитания</w:t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ориентация на моральные ценности и нормы в ситуациях нравственного выбора;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/>
        <w:ind w:right="288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Эстетическоговоспитания</w:t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</w:t>
      </w:r>
    </w:p>
    <w:p w:rsidR="00054DE3" w:rsidRPr="001153C6" w:rsidRDefault="00054DE3">
      <w:pPr>
        <w:rPr>
          <w:lang w:val="ru-RU"/>
        </w:rPr>
        <w:sectPr w:rsidR="00054DE3" w:rsidRPr="001153C6">
          <w:pgSz w:w="11900" w:h="16840"/>
          <w:pgMar w:top="298" w:right="650" w:bottom="42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54DE3" w:rsidRPr="001153C6" w:rsidRDefault="00054DE3">
      <w:pPr>
        <w:autoSpaceDE w:val="0"/>
        <w:autoSpaceDN w:val="0"/>
        <w:spacing w:after="78" w:line="220" w:lineRule="exact"/>
        <w:rPr>
          <w:lang w:val="ru-RU"/>
        </w:rPr>
      </w:pPr>
    </w:p>
    <w:p w:rsidR="00054DE3" w:rsidRPr="001153C6" w:rsidRDefault="001153C6">
      <w:pPr>
        <w:tabs>
          <w:tab w:val="left" w:pos="180"/>
        </w:tabs>
        <w:autoSpaceDE w:val="0"/>
        <w:autoSpaceDN w:val="0"/>
        <w:spacing w:after="0" w:line="271" w:lineRule="auto"/>
        <w:ind w:right="144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стремление к самовыражению в разных видах искусства.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88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Физического воспитания, формирования культуры здоровья и эмоционального благополучия</w:t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: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осознание ценности жизни;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соблюдение правил безопасности, в том числе навыков безопасного поведения в интернет-среде;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способность адаптироваться к стрессовым ситуациям и меняющимся социальным,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информационным и природным условиям, в том числе осмысляя собственный опыт и выстраивая дальнейшие цели;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умение принимать себя и других, не осуждая;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умение осознавать эмоциональное состояние себя и других, умение управлять собственным эмоциональным состоянием;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 навыка рефлексии, признание своего права на ошибку и такого же права другого человека.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88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Трудового воспитания</w:t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установка на активное участие в решении практических задач (в рамках семьи,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готовность адаптироваться в профессиональной среде;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уважение к труду и результатам трудовой деятельности;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2" w:after="0" w:line="286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Экологического воспитания</w:t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осознание своей роли как гражданина и потребителя в условиях взаимосвязи природной,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технологической и социальной сред;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готовность к участию в практической деятельности экологической направленности.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81" w:lineRule="auto"/>
        <w:ind w:right="144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Ценности научного познания</w:t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овладение языковой и читательской культурой как средством познания мира;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овладение основными навыками исследовательской деятельности, установка на осмысление опыта,</w:t>
      </w:r>
    </w:p>
    <w:p w:rsidR="00054DE3" w:rsidRPr="001153C6" w:rsidRDefault="00054DE3">
      <w:pPr>
        <w:rPr>
          <w:lang w:val="ru-RU"/>
        </w:rPr>
        <w:sectPr w:rsidR="00054DE3" w:rsidRPr="001153C6">
          <w:pgSz w:w="11900" w:h="16840"/>
          <w:pgMar w:top="298" w:right="640" w:bottom="428" w:left="666" w:header="720" w:footer="720" w:gutter="0"/>
          <w:cols w:space="720" w:equalWidth="0">
            <w:col w:w="10594" w:space="0"/>
          </w:cols>
          <w:docGrid w:linePitch="360"/>
        </w:sectPr>
      </w:pPr>
    </w:p>
    <w:p w:rsidR="00054DE3" w:rsidRPr="001153C6" w:rsidRDefault="00054DE3">
      <w:pPr>
        <w:autoSpaceDE w:val="0"/>
        <w:autoSpaceDN w:val="0"/>
        <w:spacing w:after="66" w:line="220" w:lineRule="exact"/>
        <w:rPr>
          <w:lang w:val="ru-RU"/>
        </w:rPr>
      </w:pPr>
    </w:p>
    <w:p w:rsidR="00054DE3" w:rsidRPr="001153C6" w:rsidRDefault="001153C6">
      <w:pPr>
        <w:autoSpaceDE w:val="0"/>
        <w:autoSpaceDN w:val="0"/>
        <w:spacing w:after="0" w:line="262" w:lineRule="auto"/>
        <w:ind w:right="864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наблюдений, поступков и стремление совершенствовать пути достижения индивидуального и коллективного благополучия.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90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Личностные результаты, обеспечивающие адаптацию обучающегосяк изменяющимся условиям социальной и природной среды, включают</w:t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деятельности, а также в рамках социального взаимодействия с людьми из другой культурной среды;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способность обучающихся взаимодействовать в условиях неопределённости, открытость опыту и знаниям других;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— оперировать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понятиями), а также оперировать терминами и представлениями в области концепции устойчивого развития;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умение анализировать и выявлять взаимосвязи природы, общества и экономики;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умение оценивать свои действия с учётом влияния на окружающую среду, достижений целей и преодоления вызовов, возможных глобальных последствий;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способность обучающихся осознавать стрессовую ситуацию, оценивать происходящие изменения и их последствия;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воспринимать стрессовую ситуацию как вызов, требующий контрмер;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оценивать ситуацию стресса, корректировать принимаемые решения и действия;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быть готовым действовать в отсутствие гарантий успеха.</w:t>
      </w:r>
    </w:p>
    <w:p w:rsidR="00054DE3" w:rsidRPr="001153C6" w:rsidRDefault="001153C6">
      <w:pPr>
        <w:autoSpaceDE w:val="0"/>
        <w:autoSpaceDN w:val="0"/>
        <w:spacing w:before="264" w:after="0" w:line="230" w:lineRule="auto"/>
        <w:rPr>
          <w:lang w:val="ru-RU"/>
        </w:rPr>
      </w:pP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68" w:after="0" w:line="288" w:lineRule="auto"/>
        <w:ind w:right="144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Метапредметные результаты освоения программы основного общего образования, в том числе адаптированной, должны отражать: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Овладение универсальными учебными познавательными действиями</w:t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1) базовые логические действия: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выявлять и характеризовать существенные признаки объектов (явлений);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устанавливать существенный признак классификации, основания для обобщения и сравнения, критерии проводимого анализа;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 учётом предложенной задачи выявлять закономерности и противоречия в рассматриваемых фактах, данных и наблюдениях;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предлагать критерии для выявления закономерностей и противоречий;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выявлять дефицит информации, данных, необходимых для решения поставленной задачи;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выявлять причинно-следственные связи при изучении явлений и процессов;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054DE3" w:rsidRPr="001153C6" w:rsidRDefault="00054DE3">
      <w:pPr>
        <w:rPr>
          <w:lang w:val="ru-RU"/>
        </w:rPr>
        <w:sectPr w:rsidR="00054DE3" w:rsidRPr="001153C6">
          <w:pgSz w:w="11900" w:h="16840"/>
          <w:pgMar w:top="286" w:right="654" w:bottom="296" w:left="666" w:header="720" w:footer="720" w:gutter="0"/>
          <w:cols w:space="720" w:equalWidth="0">
            <w:col w:w="10580" w:space="0"/>
          </w:cols>
          <w:docGrid w:linePitch="360"/>
        </w:sectPr>
      </w:pPr>
    </w:p>
    <w:p w:rsidR="00054DE3" w:rsidRPr="001153C6" w:rsidRDefault="00054DE3">
      <w:pPr>
        <w:autoSpaceDE w:val="0"/>
        <w:autoSpaceDN w:val="0"/>
        <w:spacing w:after="90" w:line="220" w:lineRule="exact"/>
        <w:rPr>
          <w:lang w:val="ru-RU"/>
        </w:rPr>
      </w:pPr>
    </w:p>
    <w:p w:rsidR="00054DE3" w:rsidRPr="001153C6" w:rsidRDefault="001153C6">
      <w:pPr>
        <w:tabs>
          <w:tab w:val="left" w:pos="180"/>
        </w:tabs>
        <w:autoSpaceDE w:val="0"/>
        <w:autoSpaceDN w:val="0"/>
        <w:spacing w:after="0" w:line="290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самостоятельно выбирать способ решения учебной задачи (сравнивать несколько вариантов решения,  выбирать  наиболее подходящий с учётом самостоятельно выделенных критериев);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2) базовые исследовательские действия: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использовать вопросы как исследовательский инструмент познания;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формулировать вопросы, фиксирующие разрыв между реальным и желательным состоянием ситуации, объекта, самостоятельно устанавливать искомое и данное;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формулировать гипотезу об истинности собственных суждений и суждений других,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аргументировать свою позицию, мнение;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оценивать на применимость и достоверность информацию, полученную в ходе исследования (эксперимента);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прогнозировать возможное дальнейшее развитие процессов, событий и их последствия в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аналогичных или сходных ситуациях, выдвигать предположения об их развитии в новых условиях и контекстах;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3) работа с информацией: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выбирать, анализировать, систематизировать и интерпретировать информацию различных видов и форм представления;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находить сходные аргументы (подтверждающие или опровергающие одну и ту же идею, версию) в различных информационных источниках;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оценивать надёжность информации по критериям, предложенным педагогическим работником или сформулированным самостоятельно;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эффективно запоминать и систематизировать информацию.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2" w:after="0" w:line="262" w:lineRule="auto"/>
        <w:ind w:right="1296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Овладение системой универсальных учебных познавательных действий обеспечивает сформированность когнитивных навыков у обучающихся.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 w:line="288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Овладение универсальными учебными коммуникативными действиями</w:t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1) общение: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воспринимать и формулировать суждения, выражать эмоции в соответствии с целями и условиями общения;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выражать себя (свою точку зрения) в устных и письменных текстах;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понимать намерения других, проявлять уважительное отношение к собеседнику и в корректной форме формулировать свои возражения;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 ходе диалога и(или)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54DE3" w:rsidRPr="001153C6" w:rsidRDefault="00054DE3">
      <w:pPr>
        <w:rPr>
          <w:lang w:val="ru-RU"/>
        </w:rPr>
        <w:sectPr w:rsidR="00054DE3" w:rsidRPr="001153C6">
          <w:pgSz w:w="11900" w:h="16840"/>
          <w:pgMar w:top="310" w:right="822" w:bottom="356" w:left="666" w:header="720" w:footer="720" w:gutter="0"/>
          <w:cols w:space="720" w:equalWidth="0">
            <w:col w:w="10412" w:space="0"/>
          </w:cols>
          <w:docGrid w:linePitch="360"/>
        </w:sectPr>
      </w:pPr>
    </w:p>
    <w:p w:rsidR="00054DE3" w:rsidRPr="001153C6" w:rsidRDefault="00054DE3">
      <w:pPr>
        <w:autoSpaceDE w:val="0"/>
        <w:autoSpaceDN w:val="0"/>
        <w:spacing w:after="78" w:line="220" w:lineRule="exact"/>
        <w:rPr>
          <w:lang w:val="ru-RU"/>
        </w:rPr>
      </w:pPr>
    </w:p>
    <w:p w:rsidR="00054DE3" w:rsidRPr="001153C6" w:rsidRDefault="001153C6">
      <w:pPr>
        <w:tabs>
          <w:tab w:val="left" w:pos="180"/>
        </w:tabs>
        <w:autoSpaceDE w:val="0"/>
        <w:autoSpaceDN w:val="0"/>
        <w:spacing w:after="0" w:line="290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публично представлять результаты выполненного опыта (эксперимента, исследования, проекта);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2) совместная деятельность: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уметь обобщать мнения нескольких людей, проявлять готовность руководить, выполнять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поручения, подчиняться;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команды;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оценивать качество своего вклада в общий продукт по критериям, самостоятельно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сформулированным участниками взаимодействия;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сравнивать результаты с исходной задачей и вклад каждого члена команды в достижение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результатов, разделять сферу ответственности и проявлять готовность к предоставлению отчёта перед группой.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70" w:after="0" w:line="262" w:lineRule="auto"/>
        <w:ind w:right="1152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 w:line="290" w:lineRule="auto"/>
        <w:ind w:right="288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Овладение универсальными учебными регулятивными действиями</w:t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1) самоорганизация: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выявлять проблемы для решения в жизненных и учебных ситуациях;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ориентироваться в различных подходах принятия решений (индивидуальное, принятие решения в группе, принятие решений группой);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самостоятельно составлять алгоритм решения  задачи 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делать выбор и брать ответственность за решение;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2) самоконтроль: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владеть способами самоконтроля, самомотивации и рефлексии;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давать адекватную оценку ситуации и предлагать план её изменения;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обстоятельствам;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вносить коррективы в деятельность на основе новых обстоятельств, изменившихся ситуаций, установленных ошибок, возникших трудностей;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оценивать соответствие результата цели и условиям;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>3) эмоциональный интеллект:</w:t>
      </w:r>
    </w:p>
    <w:p w:rsidR="00054DE3" w:rsidRPr="001153C6" w:rsidRDefault="00054DE3">
      <w:pPr>
        <w:rPr>
          <w:lang w:val="ru-RU"/>
        </w:rPr>
        <w:sectPr w:rsidR="00054DE3" w:rsidRPr="001153C6">
          <w:pgSz w:w="11900" w:h="16840"/>
          <w:pgMar w:top="298" w:right="688" w:bottom="368" w:left="666" w:header="720" w:footer="720" w:gutter="0"/>
          <w:cols w:space="720" w:equalWidth="0">
            <w:col w:w="10546" w:space="0"/>
          </w:cols>
          <w:docGrid w:linePitch="360"/>
        </w:sectPr>
      </w:pPr>
    </w:p>
    <w:p w:rsidR="00054DE3" w:rsidRPr="001153C6" w:rsidRDefault="00054DE3">
      <w:pPr>
        <w:autoSpaceDE w:val="0"/>
        <w:autoSpaceDN w:val="0"/>
        <w:spacing w:after="78" w:line="220" w:lineRule="exact"/>
        <w:rPr>
          <w:lang w:val="ru-RU"/>
        </w:rPr>
      </w:pPr>
    </w:p>
    <w:p w:rsidR="00054DE3" w:rsidRPr="001153C6" w:rsidRDefault="001153C6">
      <w:pPr>
        <w:tabs>
          <w:tab w:val="left" w:pos="180"/>
        </w:tabs>
        <w:autoSpaceDE w:val="0"/>
        <w:autoSpaceDN w:val="0"/>
        <w:spacing w:after="0" w:line="286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различать, называть и управлять собственными эмоциями и эмоциями других;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выявлять и анализировать причины эмоций;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ставить себя на место другого человека, понимать мотивы и намерения другого;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регулировать способ выражения эмоций;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4) принятие себя и других: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осознанно относиться к другому человеку, его мнению; признавать своё право на ошибку и такое же право другого; принимать себя и других, не осуждая;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открытость себе и другим;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осознавать невозможность контролировать всё вокруг.</w:t>
      </w:r>
    </w:p>
    <w:p w:rsidR="00054DE3" w:rsidRPr="001153C6" w:rsidRDefault="001153C6">
      <w:pPr>
        <w:autoSpaceDE w:val="0"/>
        <w:autoSpaceDN w:val="0"/>
        <w:spacing w:before="70" w:after="0" w:line="274" w:lineRule="auto"/>
        <w:ind w:right="144"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054DE3" w:rsidRPr="001153C6" w:rsidRDefault="001153C6">
      <w:pPr>
        <w:autoSpaceDE w:val="0"/>
        <w:autoSpaceDN w:val="0"/>
        <w:spacing w:before="262" w:after="0" w:line="230" w:lineRule="auto"/>
        <w:rPr>
          <w:lang w:val="ru-RU"/>
        </w:rPr>
      </w:pP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054DE3" w:rsidRPr="001153C6" w:rsidRDefault="001153C6">
      <w:pPr>
        <w:autoSpaceDE w:val="0"/>
        <w:autoSpaceDN w:val="0"/>
        <w:spacing w:before="166" w:after="0" w:line="281" w:lineRule="auto"/>
        <w:ind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Предметные результаты по учебному предмету «Иностранный (английский)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её составляющих — речевой, языковой, социокультурной, компенсаторной, метапредметной (учебно-познавательной).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 w:line="290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1) Владеть основными видами речевой деятельности: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говорение: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вести разные виды диалогов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(диалог этикетного характера, диалог — побуждение к действию, диалог-расспрос) в рамках тематического содержания речи в стандартных ситуациях неофициального общения с вербальными и/или зрительными опорами, с соблюдением норм речевого этикета, принятого в стране/странах изучаемого языка (до 5 реплик со стороны каждого собеседника); 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создавать разные виды монологических высказываний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(описание, в том числе характеристика; повествование/сообщение) с вербальными и/или зрительными опорами в рамках тематического содержания речи (объём монологического высказывания — 5-6 фраз);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излагать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основное содержание прочитанного текста с вербальными и/или зрительными опорами (объём — 5-6 фраз); кратко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излагать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результаты  выполненной проектной работы (объём — до 6 фраз);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аудирование: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воспринимать на слух и понимать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текста/текстов для аудирования — до 1 минуты);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смысловоечтение: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читать про себя и понимать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текста/текстов для чтения — 180-200 слов); читать про себя несплошные тексты (таблицы) и понимать представленную в них информацию;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письменная речь: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писать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короткие поздравления с праздниками; заполнять анкеты и формуляры, сообщая о себе основные сведения, в соответствии с нормами, принятыми в стране/странах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изучаемого языка;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писать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электронное сообщение личного характера, соблюдая речевой этикет, принятый в стране/странах изучаемого языка (объём сообщения — до 60 слов);</w:t>
      </w:r>
    </w:p>
    <w:p w:rsidR="00054DE3" w:rsidRPr="001153C6" w:rsidRDefault="001153C6">
      <w:pPr>
        <w:autoSpaceDE w:val="0"/>
        <w:autoSpaceDN w:val="0"/>
        <w:spacing w:before="190" w:after="0" w:line="271" w:lineRule="auto"/>
        <w:ind w:firstLine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2)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>владеть</w:t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фонетическими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навыками: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различать на слух и адекватно,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без ошибок, ведущих к сбою коммуникации,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произносить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слова с правильным ударением и фразы с соблюдением их ритмико-интонационных особенностей, в том числе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применять правила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отсутствия фразового ударения на</w:t>
      </w:r>
    </w:p>
    <w:p w:rsidR="00054DE3" w:rsidRPr="001153C6" w:rsidRDefault="00054DE3">
      <w:pPr>
        <w:rPr>
          <w:lang w:val="ru-RU"/>
        </w:rPr>
        <w:sectPr w:rsidR="00054DE3" w:rsidRPr="001153C6">
          <w:pgSz w:w="11900" w:h="16840"/>
          <w:pgMar w:top="298" w:right="676" w:bottom="332" w:left="666" w:header="720" w:footer="720" w:gutter="0"/>
          <w:cols w:space="720" w:equalWidth="0">
            <w:col w:w="10558" w:space="0"/>
          </w:cols>
          <w:docGrid w:linePitch="360"/>
        </w:sectPr>
      </w:pPr>
    </w:p>
    <w:p w:rsidR="00054DE3" w:rsidRPr="001153C6" w:rsidRDefault="00054DE3">
      <w:pPr>
        <w:autoSpaceDE w:val="0"/>
        <w:autoSpaceDN w:val="0"/>
        <w:spacing w:after="66" w:line="220" w:lineRule="exact"/>
        <w:rPr>
          <w:lang w:val="ru-RU"/>
        </w:rPr>
      </w:pPr>
    </w:p>
    <w:p w:rsidR="00054DE3" w:rsidRPr="001153C6" w:rsidRDefault="001153C6">
      <w:pPr>
        <w:tabs>
          <w:tab w:val="left" w:pos="180"/>
        </w:tabs>
        <w:autoSpaceDE w:val="0"/>
        <w:autoSpaceDN w:val="0"/>
        <w:spacing w:after="0" w:line="286" w:lineRule="auto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служебных словах;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выразительно читать вслух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читать новые слова согласно основным правилам чтения;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>владеть</w:t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орфографическими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навыками: правильно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писать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изученные слова;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>владеть</w:t>
      </w: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пунктуационными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навыками: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использовать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точку, вопросительный и восклицательный знаки в конце предложения, запятую при перечислении и обращении, апостроф; пунктуационно правильно оформлять электронное сообщение личного характера;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 w:line="286" w:lineRule="auto"/>
        <w:ind w:right="144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3)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распознавать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 звучащем и письменном тексте 675 лексических единиц (слов, словосочетаний, речевых клише) и правильно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употреблять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 устной и письменной речи 625 лексических единиц (включая  500  лексических  единиц, освоенных в начальной школе), обслуживающих ситуации общения в рамках отобранного тематического содержания, с соблюдением существующей нормы лексической сочетаемости;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распознавать и употреблять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eastAsia="Times New Roman" w:hAnsi="Times New Roman"/>
          <w:color w:val="000000"/>
          <w:sz w:val="24"/>
        </w:rPr>
        <w:t>er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/-</w:t>
      </w:r>
      <w:r>
        <w:rPr>
          <w:rFonts w:ascii="Times New Roman" w:eastAsia="Times New Roman" w:hAnsi="Times New Roman"/>
          <w:color w:val="000000"/>
          <w:sz w:val="24"/>
        </w:rPr>
        <w:t>or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, -</w:t>
      </w:r>
      <w:r>
        <w:rPr>
          <w:rFonts w:ascii="Times New Roman" w:eastAsia="Times New Roman" w:hAnsi="Times New Roman"/>
          <w:color w:val="000000"/>
          <w:sz w:val="24"/>
        </w:rPr>
        <w:t>ist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, -</w:t>
      </w:r>
      <w:r>
        <w:rPr>
          <w:rFonts w:ascii="Times New Roman" w:eastAsia="Times New Roman" w:hAnsi="Times New Roman"/>
          <w:color w:val="000000"/>
          <w:sz w:val="24"/>
        </w:rPr>
        <w:t>sion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/- </w:t>
      </w:r>
      <w:r>
        <w:rPr>
          <w:rFonts w:ascii="Times New Roman" w:eastAsia="Times New Roman" w:hAnsi="Times New Roman"/>
          <w:color w:val="000000"/>
          <w:sz w:val="24"/>
        </w:rPr>
        <w:t>tion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; имена прилагательные с суффиксами -</w:t>
      </w:r>
      <w:r>
        <w:rPr>
          <w:rFonts w:ascii="Times New Roman" w:eastAsia="Times New Roman" w:hAnsi="Times New Roman"/>
          <w:color w:val="000000"/>
          <w:sz w:val="24"/>
        </w:rPr>
        <w:t>ful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, -</w:t>
      </w:r>
      <w:r>
        <w:rPr>
          <w:rFonts w:ascii="Times New Roman" w:eastAsia="Times New Roman" w:hAnsi="Times New Roman"/>
          <w:color w:val="000000"/>
          <w:sz w:val="24"/>
        </w:rPr>
        <w:t>ian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/-</w:t>
      </w:r>
      <w:r>
        <w:rPr>
          <w:rFonts w:ascii="Times New Roman" w:eastAsia="Times New Roman" w:hAnsi="Times New Roman"/>
          <w:color w:val="000000"/>
          <w:sz w:val="24"/>
        </w:rPr>
        <w:t>an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; наречия с суффиксом -</w:t>
      </w:r>
      <w:r>
        <w:rPr>
          <w:rFonts w:ascii="Times New Roman" w:eastAsia="Times New Roman" w:hAnsi="Times New Roman"/>
          <w:color w:val="000000"/>
          <w:sz w:val="24"/>
        </w:rPr>
        <w:t>ly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; имена прилагательные, имена существительные и наречия с отрицательным префиксом </w:t>
      </w:r>
      <w:r>
        <w:rPr>
          <w:rFonts w:ascii="Times New Roman" w:eastAsia="Times New Roman" w:hAnsi="Times New Roman"/>
          <w:color w:val="000000"/>
          <w:sz w:val="24"/>
        </w:rPr>
        <w:t>un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-;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распознавать и употреблять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 устной и письменной речи изученные синонимы и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интернациональные слова;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 w:line="288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4)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знать и понимать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особенности структуры простых и сложных предложений английского языка; различных коммуникативных типов предложений английского языка; 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распознавать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в письменном и звучащем тексте и употреблять в устной и письменной речи:</w:t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-  предложения с несколькими обстоятельствами, следующими в определённом порядке;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- вопросительные предложения (альтернативный и разделительный вопросы в </w:t>
      </w:r>
      <w:r>
        <w:rPr>
          <w:rFonts w:ascii="Times New Roman" w:eastAsia="Times New Roman" w:hAnsi="Times New Roman"/>
          <w:color w:val="000000"/>
          <w:sz w:val="24"/>
        </w:rPr>
        <w:t>Present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Past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Future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Simple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Tense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);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- глаголы в  видо-временных  формах  действительного  залога в изъявительном наклонении в </w:t>
      </w:r>
      <w:r>
        <w:rPr>
          <w:rFonts w:ascii="Times New Roman" w:eastAsia="Times New Roman" w:hAnsi="Times New Roman"/>
          <w:color w:val="000000"/>
          <w:sz w:val="24"/>
        </w:rPr>
        <w:t>Present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Perfect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Tense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в повествовательных (утвердительных и отрицательных) и вопросительных предложениях;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- имена существительные во множественном числе, в том числе имена существительные, имеющие форму только множественного числа;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- имена существительные с причастиями настоящего и прошедшего времени;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- наречия в положительной, сравнительной и превосходной степенях, образованные по правилу, и исключения;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 w:line="286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5)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владеть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социокультурными знаниями и умениями: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- использовать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отдельные социокультурные элементы речевого поведенческого этикета в стране/странах изучаемого языка в рамках тематического содержания;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- знать/понимать и использовать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в устной и письменной речи наиболее употребительную лексику, обозначающую фоновую лексику и реалии страны/стран изучаемого языка в рамках тематического содержания речи;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- правильно оформлять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адрес, писать фамилии и имена (свои, родственников и друзей) на английском языке (в анкете, формуляре);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- обладать базовыми знаниями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о социокультурном портрете родной страны и страны/стран изучаемого языка;</w:t>
      </w:r>
      <w:r w:rsidRPr="001153C6">
        <w:rPr>
          <w:lang w:val="ru-RU"/>
        </w:rPr>
        <w:br/>
      </w: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-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кратко представлять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Россию и страны/стран изучаемого языка;</w:t>
      </w:r>
    </w:p>
    <w:p w:rsidR="00054DE3" w:rsidRPr="001153C6" w:rsidRDefault="001153C6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6) </w:t>
      </w:r>
      <w:r w:rsidRPr="001153C6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владеть 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компенсаторными умениями: использовать при чтении и аудировании языковую</w:t>
      </w:r>
    </w:p>
    <w:p w:rsidR="00054DE3" w:rsidRPr="001153C6" w:rsidRDefault="00054DE3">
      <w:pPr>
        <w:rPr>
          <w:lang w:val="ru-RU"/>
        </w:rPr>
        <w:sectPr w:rsidR="00054DE3" w:rsidRPr="001153C6">
          <w:pgSz w:w="11900" w:h="16840"/>
          <w:pgMar w:top="286" w:right="728" w:bottom="368" w:left="666" w:header="720" w:footer="720" w:gutter="0"/>
          <w:cols w:space="720" w:equalWidth="0">
            <w:col w:w="10506" w:space="0"/>
          </w:cols>
          <w:docGrid w:linePitch="360"/>
        </w:sectPr>
      </w:pPr>
    </w:p>
    <w:p w:rsidR="00054DE3" w:rsidRPr="001153C6" w:rsidRDefault="00054DE3">
      <w:pPr>
        <w:autoSpaceDE w:val="0"/>
        <w:autoSpaceDN w:val="0"/>
        <w:spacing w:after="66" w:line="220" w:lineRule="exact"/>
        <w:rPr>
          <w:lang w:val="ru-RU"/>
        </w:rPr>
      </w:pPr>
    </w:p>
    <w:p w:rsidR="00054DE3" w:rsidRPr="001153C6" w:rsidRDefault="001153C6">
      <w:pPr>
        <w:autoSpaceDE w:val="0"/>
        <w:autoSpaceDN w:val="0"/>
        <w:spacing w:after="0" w:line="271" w:lineRule="auto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догадку, в том числе контекстуальную; игнорировать информацию, не являющуюся необходимой для понимания основного содержания прочитанного/ прослушанного текста или для нахождения в тексте запрашиваемой информации;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 w:line="262" w:lineRule="auto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054DE3" w:rsidRPr="001153C6" w:rsidRDefault="001153C6">
      <w:pPr>
        <w:tabs>
          <w:tab w:val="left" w:pos="180"/>
        </w:tabs>
        <w:autoSpaceDE w:val="0"/>
        <w:autoSpaceDN w:val="0"/>
        <w:spacing w:before="190" w:after="0" w:line="262" w:lineRule="auto"/>
        <w:ind w:right="576"/>
        <w:rPr>
          <w:lang w:val="ru-RU"/>
        </w:rPr>
      </w:pPr>
      <w:r w:rsidRPr="001153C6">
        <w:rPr>
          <w:lang w:val="ru-RU"/>
        </w:rPr>
        <w:tab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8) использовать иноязычные словари и справочники, в том числе информационно-справочные системы в электронной форме.</w:t>
      </w:r>
    </w:p>
    <w:p w:rsidR="00054DE3" w:rsidRPr="001153C6" w:rsidRDefault="00054DE3">
      <w:pPr>
        <w:rPr>
          <w:lang w:val="ru-RU"/>
        </w:rPr>
        <w:sectPr w:rsidR="00054DE3" w:rsidRPr="001153C6">
          <w:pgSz w:w="11900" w:h="16840"/>
          <w:pgMar w:top="286" w:right="728" w:bottom="1440" w:left="666" w:header="720" w:footer="720" w:gutter="0"/>
          <w:cols w:space="720" w:equalWidth="0">
            <w:col w:w="10506" w:space="0"/>
          </w:cols>
          <w:docGrid w:linePitch="360"/>
        </w:sectPr>
      </w:pPr>
    </w:p>
    <w:p w:rsidR="00054DE3" w:rsidRPr="001153C6" w:rsidRDefault="00054DE3">
      <w:pPr>
        <w:autoSpaceDE w:val="0"/>
        <w:autoSpaceDN w:val="0"/>
        <w:spacing w:after="64" w:line="220" w:lineRule="exact"/>
        <w:rPr>
          <w:lang w:val="ru-RU"/>
        </w:rPr>
      </w:pPr>
    </w:p>
    <w:p w:rsidR="00054DE3" w:rsidRDefault="001153C6">
      <w:pPr>
        <w:autoSpaceDE w:val="0"/>
        <w:autoSpaceDN w:val="0"/>
        <w:spacing w:after="258" w:line="233" w:lineRule="auto"/>
      </w:pPr>
      <w:r>
        <w:rPr>
          <w:rFonts w:ascii="Times New Roman" w:eastAsia="Times New Roman" w:hAnsi="Times New Roman"/>
          <w:b/>
          <w:color w:val="000000"/>
          <w:w w:val="101"/>
          <w:sz w:val="19"/>
        </w:rPr>
        <w:t xml:space="preserve">ТЕМАТИЧЕСКОЕ ПЛАНИРОВАНИЕ 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84"/>
        <w:gridCol w:w="4792"/>
        <w:gridCol w:w="528"/>
        <w:gridCol w:w="1104"/>
        <w:gridCol w:w="1140"/>
        <w:gridCol w:w="804"/>
        <w:gridCol w:w="1370"/>
        <w:gridCol w:w="1284"/>
        <w:gridCol w:w="4096"/>
      </w:tblGrid>
      <w:tr w:rsidR="00054DE3">
        <w:trPr>
          <w:trHeight w:hRule="exact" w:val="348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п/п</w:t>
            </w:r>
          </w:p>
        </w:tc>
        <w:tc>
          <w:tcPr>
            <w:tcW w:w="4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Наименование разделов и тем программы</w:t>
            </w:r>
          </w:p>
        </w:tc>
        <w:tc>
          <w:tcPr>
            <w:tcW w:w="2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Количество часов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изучения</w:t>
            </w:r>
          </w:p>
        </w:tc>
        <w:tc>
          <w:tcPr>
            <w:tcW w:w="1370" w:type="dxa"/>
            <w:vMerge w:val="restar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45" w:lineRule="auto"/>
              <w:ind w:left="72" w:right="288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Виды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деятельности</w:t>
            </w:r>
          </w:p>
        </w:tc>
        <w:tc>
          <w:tcPr>
            <w:tcW w:w="1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Виды, формы контроля</w:t>
            </w:r>
          </w:p>
        </w:tc>
        <w:tc>
          <w:tcPr>
            <w:tcW w:w="4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Электронные (цифровые) образовательные ресурсы</w:t>
            </w:r>
          </w:p>
        </w:tc>
      </w:tr>
      <w:tr w:rsidR="00054DE3">
        <w:trPr>
          <w:trHeight w:hRule="exact" w:val="540"/>
        </w:trPr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DE3" w:rsidRDefault="00054DE3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DE3" w:rsidRDefault="00054DE3"/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всего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контрольные работы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практические работы</w:t>
            </w: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54DE3" w:rsidRDefault="00054DE3"/>
        </w:tc>
        <w:tc>
          <w:tcPr>
            <w:tcW w:w="1726" w:type="dxa"/>
            <w:vMerge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54DE3" w:rsidRDefault="00054DE3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DE3" w:rsidRDefault="00054DE3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DE3" w:rsidRDefault="00054DE3"/>
        </w:tc>
      </w:tr>
      <w:tr w:rsidR="00054DE3">
        <w:trPr>
          <w:trHeight w:hRule="exact" w:val="3998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45" w:lineRule="auto"/>
              <w:ind w:left="72" w:right="43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Моя семья. Мои друзья. Семейные праздники (день рождения, Новый год)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37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Диалогическая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Монологическая 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Аудирование;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Смысловое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Письменная речь; Фонетическая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Орфография и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пунктуация;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Лексическая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Грамматическая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Социокультурные знания и умения; Социокультурные знания и умения;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Письменный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использованием "Оценочного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листа"; Диктант;</w:t>
            </w:r>
          </w:p>
        </w:tc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50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Презентации, аудиозаписи к УМК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Spotlight</w:t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5,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электронный образовательный ресурс "Домашние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задания.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Основное общее образование. Английский язык", 5-9 класс, АО Издательство "Просвещение"</w:t>
            </w:r>
          </w:p>
        </w:tc>
      </w:tr>
      <w:tr w:rsidR="00054DE3">
        <w:trPr>
          <w:trHeight w:hRule="exact" w:val="3596"/>
        </w:trPr>
        <w:tc>
          <w:tcPr>
            <w:tcW w:w="38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</w:t>
            </w:r>
          </w:p>
        </w:tc>
        <w:tc>
          <w:tcPr>
            <w:tcW w:w="479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6" w:after="0" w:line="23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Внешность и характер человека/литературного персонажа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6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</w:t>
            </w:r>
          </w:p>
        </w:tc>
        <w:tc>
          <w:tcPr>
            <w:tcW w:w="11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8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6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Диалогическая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Монологическая 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Аудирование;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Смысловое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Письменная речь; Фонетическая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Орфография и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пунктуация;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Лексическая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Грамматическая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Социокультурные знания и умения;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Письменный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Контрольная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Диктант;</w:t>
            </w:r>
          </w:p>
        </w:tc>
        <w:tc>
          <w:tcPr>
            <w:tcW w:w="409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6" w:after="0" w:line="250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Презентации, аудиозаписи к УМК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Spotlight</w:t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5,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электронный образовательный ресурс "Домашние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задания.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Основное общее образование. Английский язык", 5-9 класс, АО Издательство "Просвещение"</w:t>
            </w:r>
          </w:p>
        </w:tc>
      </w:tr>
    </w:tbl>
    <w:p w:rsidR="00054DE3" w:rsidRDefault="00054DE3">
      <w:pPr>
        <w:autoSpaceDE w:val="0"/>
        <w:autoSpaceDN w:val="0"/>
        <w:spacing w:after="0" w:line="14" w:lineRule="exact"/>
      </w:pPr>
    </w:p>
    <w:p w:rsidR="00054DE3" w:rsidRDefault="00054DE3">
      <w:pPr>
        <w:sectPr w:rsidR="00054DE3">
          <w:pgSz w:w="16840" w:h="11900"/>
          <w:pgMar w:top="282" w:right="640" w:bottom="1174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54DE3" w:rsidRDefault="00054DE3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84"/>
        <w:gridCol w:w="4792"/>
        <w:gridCol w:w="528"/>
        <w:gridCol w:w="1104"/>
        <w:gridCol w:w="1140"/>
        <w:gridCol w:w="804"/>
        <w:gridCol w:w="1370"/>
        <w:gridCol w:w="1284"/>
        <w:gridCol w:w="4096"/>
      </w:tblGrid>
      <w:tr w:rsidR="00054DE3">
        <w:trPr>
          <w:trHeight w:hRule="exact" w:val="2978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88" w:after="0" w:line="233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102"/>
                <w:sz w:val="14"/>
                <w:lang w:val="ru-RU"/>
              </w:rPr>
              <w:t>Досуг и увлечения/хобби современного подростка (чтение, кино, спорт)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37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Диалогическая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Монологическая 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Аудирование;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Смысловое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Письменная речь; Фонетическая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Орфография и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пунктуация;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Лексическая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сторона речи;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Письменный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Контрольная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Диктант;</w:t>
            </w:r>
          </w:p>
        </w:tc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50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Презентации, аудиозаписи к УМК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Spotlight</w:t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5,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электронный образовательный ресурс "Домашние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задания.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Основное общее образование. Английский язык", 5-9 класс, АО Издательство "Просвещение"</w:t>
            </w:r>
          </w:p>
        </w:tc>
      </w:tr>
      <w:tr w:rsidR="00054DE3">
        <w:trPr>
          <w:trHeight w:hRule="exact" w:val="3614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88" w:after="0" w:line="233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w w:val="102"/>
                <w:sz w:val="14"/>
                <w:lang w:val="ru-RU"/>
              </w:rPr>
              <w:t xml:space="preserve">Здоровый образ жизни: режим труда и отдыха.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14"/>
              </w:rPr>
              <w:t>Здоровое питание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6" w:after="0" w:line="233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37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6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Диалогическая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Монологическая 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Аудирование;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Смысловое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Письменная речь; Фонетическая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Орфография и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пунктуация;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Лексическая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Грамматическая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Социокультурные знания и умения;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Письменный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Контрольная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диктант;</w:t>
            </w:r>
          </w:p>
        </w:tc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6" w:after="0" w:line="250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Презентации, аудиозаписи к УМК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Spotlight</w:t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5,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электронный образовательный ресурс "Домашние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задания.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Основное общее образование. Английский язык", 5-9 класс, АО Издательство "Просвещение"</w:t>
            </w:r>
          </w:p>
        </w:tc>
      </w:tr>
      <w:tr w:rsidR="00054DE3">
        <w:trPr>
          <w:trHeight w:hRule="exact" w:val="3594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88" w:after="0" w:line="233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102"/>
                <w:sz w:val="14"/>
                <w:lang w:val="ru-RU"/>
              </w:rPr>
              <w:t>Покупки: одежда, обувь и продукты питания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6" w:after="0" w:line="233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37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6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Диалогическая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Монологическая 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Аудирование;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Смысловое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Письменная речь; Фонетическая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Орфография и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пунктуация;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Лексическая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Грамматическая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Социокультурные знания и умения;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Письменный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Контрольная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работа;</w:t>
            </w:r>
          </w:p>
        </w:tc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6" w:after="0" w:line="250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Презентации, аудиозаписи к УМК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Spotlight</w:t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5,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электронный образовательный ресурс "Домашние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задания.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Основное общее образование. Английский язык", 5-9 класс, АО Издательство "Просвещение"</w:t>
            </w:r>
          </w:p>
        </w:tc>
      </w:tr>
    </w:tbl>
    <w:p w:rsidR="00054DE3" w:rsidRDefault="00054DE3">
      <w:pPr>
        <w:autoSpaceDE w:val="0"/>
        <w:autoSpaceDN w:val="0"/>
        <w:spacing w:after="0" w:line="14" w:lineRule="exact"/>
      </w:pPr>
    </w:p>
    <w:p w:rsidR="00054DE3" w:rsidRDefault="00054DE3">
      <w:pPr>
        <w:sectPr w:rsidR="00054DE3">
          <w:pgSz w:w="16840" w:h="11900"/>
          <w:pgMar w:top="284" w:right="640" w:bottom="556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54DE3" w:rsidRDefault="00054DE3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84"/>
        <w:gridCol w:w="4792"/>
        <w:gridCol w:w="528"/>
        <w:gridCol w:w="1104"/>
        <w:gridCol w:w="1140"/>
        <w:gridCol w:w="804"/>
        <w:gridCol w:w="1370"/>
        <w:gridCol w:w="1284"/>
        <w:gridCol w:w="4096"/>
      </w:tblGrid>
      <w:tr w:rsidR="00054DE3">
        <w:trPr>
          <w:trHeight w:hRule="exact" w:val="3650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88" w:after="0" w:line="254" w:lineRule="auto"/>
              <w:ind w:left="72" w:right="576"/>
            </w:pPr>
            <w:r w:rsidRPr="001153C6">
              <w:rPr>
                <w:rFonts w:ascii="Times New Roman" w:eastAsia="Times New Roman" w:hAnsi="Times New Roman"/>
                <w:color w:val="000000"/>
                <w:w w:val="102"/>
                <w:sz w:val="14"/>
                <w:lang w:val="ru-RU"/>
              </w:rPr>
              <w:t xml:space="preserve">Школа, школьная жизнь, школьная форма, изучаемые предметы.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14"/>
              </w:rPr>
              <w:t>Переписка с зарубежными сверстниками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37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Диалогическая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Монологическая 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Аудирование;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Смысловое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Письменная речь; Фонетическая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Орфография и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пунктуация;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Лексическая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Грамматическая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Социокультурные знания и умения;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Письменный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Контрольная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тестирование;</w:t>
            </w:r>
          </w:p>
        </w:tc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50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Презентации, аудиозаписи к УМК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Spotlight</w:t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5,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электронный образовательный ресурс "Домашние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задания.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Основное общее образование. Английский язык", 5-9 класс, АО Издательство "Просвещение"</w:t>
            </w:r>
          </w:p>
        </w:tc>
      </w:tr>
      <w:tr w:rsidR="00054DE3">
        <w:trPr>
          <w:trHeight w:hRule="exact" w:val="3594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88" w:after="0" w:line="233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w w:val="102"/>
                <w:sz w:val="1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14"/>
              </w:rPr>
              <w:t>Виды отдыха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37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Диалогическая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Монологическая 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Аудирование;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Смысловое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Письменная речь; Фонетическая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Орфография и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пунктуация;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Лексическая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Грамматическая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Социокультурные знания и умения;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Письменный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Контрольная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использованием "Оценочного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листа";</w:t>
            </w:r>
          </w:p>
        </w:tc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50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Презентации, аудиозаписи к УМК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Spotlight</w:t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5,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электронный образовательный ресурс "Домашние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задания.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Основное общее образование. Английский язык", 5-9 класс, АО Издательство "Просвещение"</w:t>
            </w:r>
          </w:p>
        </w:tc>
      </w:tr>
    </w:tbl>
    <w:p w:rsidR="00054DE3" w:rsidRDefault="00054DE3">
      <w:pPr>
        <w:autoSpaceDE w:val="0"/>
        <w:autoSpaceDN w:val="0"/>
        <w:spacing w:after="0" w:line="14" w:lineRule="exact"/>
      </w:pPr>
    </w:p>
    <w:p w:rsidR="00054DE3" w:rsidRDefault="00054DE3">
      <w:pPr>
        <w:sectPr w:rsidR="00054DE3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54DE3" w:rsidRDefault="00054DE3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84"/>
        <w:gridCol w:w="4792"/>
        <w:gridCol w:w="528"/>
        <w:gridCol w:w="1104"/>
        <w:gridCol w:w="1140"/>
        <w:gridCol w:w="804"/>
        <w:gridCol w:w="1370"/>
        <w:gridCol w:w="1284"/>
        <w:gridCol w:w="4096"/>
      </w:tblGrid>
      <w:tr w:rsidR="00054DE3">
        <w:trPr>
          <w:trHeight w:hRule="exact" w:val="3614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88" w:after="0" w:line="233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w w:val="102"/>
                <w:sz w:val="1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14"/>
              </w:rPr>
              <w:t>Погода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37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Диалогическая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Монологическая 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Аудирование;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Смысловое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Письменная речь; Фонетическая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Орфография и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пунктуация;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Лексическая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Грамматическая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Социокультурные знания и умения;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Письменный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Контрольная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использованием "Оценочного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листа"; Диктант;</w:t>
            </w:r>
          </w:p>
        </w:tc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50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Презентации, аудиозаписи к УМК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Spotlight</w:t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5,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электронный образовательный ресурс "Домашние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задания.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Основное общее образование. Английский язык", 5-9 класс, АО Издательство "Просвещение"</w:t>
            </w:r>
          </w:p>
        </w:tc>
      </w:tr>
      <w:tr w:rsidR="00054DE3">
        <w:trPr>
          <w:trHeight w:hRule="exact" w:val="3606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9.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88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14"/>
              </w:rPr>
              <w:t>Родной город/село. Транспорт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37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Диалогическая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Монологическая 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Аудирование;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Смысловое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Письменная речь; Фонетическая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Орфография и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пунктуация;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Лексическая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Грамматическая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Социокультурные знания и умения;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Письменный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Контрольная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использованием "Оценочного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листа"; Диктант;</w:t>
            </w:r>
          </w:p>
        </w:tc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50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Презентации, аудиозаписи к УМК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Spotlight</w:t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5,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электронный образовательный ресурс "Домашние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задания.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Основное общее образование. Английский язык", 5-9 класс, АО Издательство "Просвещение"</w:t>
            </w:r>
          </w:p>
        </w:tc>
      </w:tr>
    </w:tbl>
    <w:p w:rsidR="00054DE3" w:rsidRDefault="00054DE3">
      <w:pPr>
        <w:autoSpaceDE w:val="0"/>
        <w:autoSpaceDN w:val="0"/>
        <w:spacing w:after="0" w:line="14" w:lineRule="exact"/>
      </w:pPr>
    </w:p>
    <w:p w:rsidR="00054DE3" w:rsidRDefault="00054DE3">
      <w:pPr>
        <w:sectPr w:rsidR="00054DE3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54DE3" w:rsidRDefault="00054DE3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84"/>
        <w:gridCol w:w="4792"/>
        <w:gridCol w:w="528"/>
        <w:gridCol w:w="1104"/>
        <w:gridCol w:w="1140"/>
        <w:gridCol w:w="804"/>
        <w:gridCol w:w="1370"/>
        <w:gridCol w:w="1284"/>
        <w:gridCol w:w="4096"/>
      </w:tblGrid>
      <w:tr w:rsidR="00054DE3">
        <w:trPr>
          <w:trHeight w:hRule="exact" w:val="3614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88" w:after="0" w:line="262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102"/>
                <w:sz w:val="14"/>
                <w:lang w:val="ru-RU"/>
              </w:rPr>
              <w:t>Родная страна и страна/страны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37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Диалогическая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Монологическая 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Аудирование;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Смысловое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Письменная речь; Фонетическая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Орфография и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пунктуация;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Лексическая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Грамматическая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Социокультурные знания и умения;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Письменный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Контрольная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использованием "Оценочного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листа"; Диктант;</w:t>
            </w:r>
          </w:p>
        </w:tc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50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Презентации, аудиозаписи к УМК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Spotlight</w:t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5,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электронный образовательный ресурс "Домашние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задания.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Основное общее образование. Английский язык", 5-9 класс, АО Издательство "Просвещение"</w:t>
            </w:r>
          </w:p>
        </w:tc>
      </w:tr>
      <w:tr w:rsidR="00054DE3">
        <w:trPr>
          <w:trHeight w:hRule="exact" w:val="3614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Выдающиеся люди родной страны и страны/стран изучаемого языка: писатели, поэты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  <w:tc>
          <w:tcPr>
            <w:tcW w:w="137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Диалогическая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Монологическая речь;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Аудирование;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Смысловое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чтение;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Письменная речь; Фонетическая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Орфография и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пунктуация;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Лексическая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Грамматическая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сторона речи;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Социокультурные знания и умения;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52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Письменный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использованием "Оценочного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листа"; Диктант;</w:t>
            </w:r>
          </w:p>
        </w:tc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50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Презентации, аудиозаписи к УМК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Spotlight</w:t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5,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электронный образовательный ресурс "Домашние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задания.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Основное общее образование. Английский язык", 5-9 класс, АО Издательство "Просвещение"</w:t>
            </w:r>
          </w:p>
        </w:tc>
      </w:tr>
      <w:tr w:rsidR="00054DE3">
        <w:trPr>
          <w:trHeight w:hRule="exact" w:val="328"/>
        </w:trPr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ОБЩЕЕ КОЛИЧЕСТВО ЧАСОВ ПО ПРОГРАММЕ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7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/>
        </w:tc>
      </w:tr>
    </w:tbl>
    <w:p w:rsidR="00054DE3" w:rsidRDefault="00054DE3">
      <w:pPr>
        <w:autoSpaceDE w:val="0"/>
        <w:autoSpaceDN w:val="0"/>
        <w:spacing w:after="0" w:line="14" w:lineRule="exact"/>
      </w:pPr>
    </w:p>
    <w:p w:rsidR="00054DE3" w:rsidRDefault="00054DE3">
      <w:pPr>
        <w:sectPr w:rsidR="00054DE3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54DE3" w:rsidRDefault="00054DE3">
      <w:pPr>
        <w:autoSpaceDE w:val="0"/>
        <w:autoSpaceDN w:val="0"/>
        <w:spacing w:after="78" w:line="220" w:lineRule="exact"/>
      </w:pPr>
    </w:p>
    <w:p w:rsidR="00054DE3" w:rsidRDefault="001153C6">
      <w:pPr>
        <w:autoSpaceDE w:val="0"/>
        <w:autoSpaceDN w:val="0"/>
        <w:spacing w:after="32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ПОУРОЧНОЕ ПЛАНИРОВАНИЕ </w:t>
      </w:r>
    </w:p>
    <w:tbl>
      <w:tblPr>
        <w:tblW w:w="10637" w:type="dxa"/>
        <w:tblLayout w:type="fixed"/>
        <w:tblLook w:val="04A0" w:firstRow="1" w:lastRow="0" w:firstColumn="1" w:lastColumn="0" w:noHBand="0" w:noVBand="1"/>
      </w:tblPr>
      <w:tblGrid>
        <w:gridCol w:w="6"/>
        <w:gridCol w:w="559"/>
        <w:gridCol w:w="6"/>
        <w:gridCol w:w="11"/>
        <w:gridCol w:w="4526"/>
        <w:gridCol w:w="851"/>
        <w:gridCol w:w="1276"/>
        <w:gridCol w:w="645"/>
        <w:gridCol w:w="63"/>
        <w:gridCol w:w="851"/>
        <w:gridCol w:w="1843"/>
      </w:tblGrid>
      <w:tr w:rsidR="00331BBE" w:rsidTr="003F77D3">
        <w:trPr>
          <w:trHeight w:hRule="exact" w:val="488"/>
        </w:trPr>
        <w:tc>
          <w:tcPr>
            <w:tcW w:w="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1BBE" w:rsidRDefault="00331BBE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45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1BBE" w:rsidRDefault="00331BBE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31BBE" w:rsidRDefault="00331BBE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BBE" w:rsidRDefault="00331BBE" w:rsidP="003F77D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Дата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31BBE" w:rsidRDefault="00331BBE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Виды, формы контроля</w:t>
            </w:r>
          </w:p>
        </w:tc>
      </w:tr>
      <w:tr w:rsidR="00331BBE" w:rsidTr="003F77D3">
        <w:trPr>
          <w:trHeight w:hRule="exact" w:val="1037"/>
        </w:trPr>
        <w:tc>
          <w:tcPr>
            <w:tcW w:w="5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45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31BBE" w:rsidRDefault="00331BBE" w:rsidP="003F77D3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</w:t>
            </w:r>
            <w:r w:rsidR="001153C6">
              <w:rPr>
                <w:rFonts w:ascii="Times New Roman" w:eastAsia="Times New Roman" w:hAnsi="Times New Roman"/>
                <w:b/>
                <w:color w:val="000000"/>
                <w:sz w:val="24"/>
              </w:rPr>
              <w:t>онтроль</w:t>
            </w:r>
          </w:p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ные работы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54DE3" w:rsidRPr="00331BBE" w:rsidRDefault="00331BBE" w:rsidP="003F77D3">
            <w:pPr>
              <w:autoSpaceDE w:val="0"/>
              <w:autoSpaceDN w:val="0"/>
              <w:spacing w:after="0" w:line="240" w:lineRule="auto"/>
              <w:ind w:left="72"/>
              <w:rPr>
                <w:b/>
                <w:lang w:val="ru-RU"/>
              </w:rPr>
            </w:pPr>
            <w:r w:rsidRPr="00331BBE">
              <w:rPr>
                <w:b/>
                <w:lang w:val="ru-RU"/>
              </w:rPr>
              <w:t>факт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4DE3" w:rsidRPr="00331BBE" w:rsidRDefault="00331BBE" w:rsidP="003F77D3">
            <w:pPr>
              <w:autoSpaceDE w:val="0"/>
              <w:autoSpaceDN w:val="0"/>
              <w:spacing w:after="0" w:line="240" w:lineRule="auto"/>
              <w:ind w:left="72"/>
              <w:rPr>
                <w:b/>
                <w:lang w:val="ru-RU"/>
              </w:rPr>
            </w:pPr>
            <w:r w:rsidRPr="00331BBE">
              <w:rPr>
                <w:b/>
                <w:lang w:val="ru-RU"/>
              </w:rPr>
              <w:t>план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DE3" w:rsidRDefault="00054DE3" w:rsidP="003F77D3">
            <w:pPr>
              <w:spacing w:line="240" w:lineRule="auto"/>
            </w:pPr>
          </w:p>
        </w:tc>
      </w:tr>
      <w:tr w:rsidR="00054DE3" w:rsidRPr="00FC3B24" w:rsidTr="003F77D3">
        <w:trPr>
          <w:trHeight w:hRule="exact" w:val="1429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4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Школа, школьная жизнь, школьная форма,</w:t>
            </w:r>
            <w:r w:rsidR="00331BB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и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зучаемые предметы.</w:t>
            </w:r>
          </w:p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Повторение изученного в начальной школе: алфавит, буквы, звуки.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 1.09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использованием«Оценочного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листа»; </w:t>
            </w:r>
            <w:r w:rsidRPr="001153C6">
              <w:rPr>
                <w:lang w:val="ru-RU"/>
              </w:rPr>
              <w:br/>
            </w:r>
            <w:r w:rsidR="00DF667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опрос</w:t>
            </w:r>
          </w:p>
        </w:tc>
      </w:tr>
      <w:tr w:rsidR="00054DE3" w:rsidTr="003F77D3">
        <w:trPr>
          <w:trHeight w:hRule="exact" w:val="854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4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предметы.</w:t>
            </w:r>
          </w:p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Школьное расписание (дни недели)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5.09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DF6671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</w:t>
            </w:r>
          </w:p>
        </w:tc>
      </w:tr>
      <w:tr w:rsidR="00054DE3" w:rsidTr="003F77D3">
        <w:trPr>
          <w:trHeight w:hRule="exact" w:val="838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4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предметы.</w:t>
            </w:r>
          </w:p>
          <w:p w:rsidR="00054DE3" w:rsidRPr="00331BBE" w:rsidRDefault="001153C6" w:rsidP="003F77D3">
            <w:pPr>
              <w:autoSpaceDE w:val="0"/>
              <w:autoSpaceDN w:val="0"/>
              <w:spacing w:after="0" w:line="240" w:lineRule="auto"/>
              <w:ind w:left="72" w:right="115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Школьные </w:t>
            </w:r>
            <w:r w:rsidR="00331BB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ринадлежности</w:t>
            </w:r>
            <w:r w:rsidR="00331BB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 w:rsidR="00DF6671"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054DE3" w:rsidRPr="00FC3B24" w:rsidTr="003F77D3">
        <w:trPr>
          <w:trHeight w:hRule="exact" w:val="1134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4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предметы.</w:t>
            </w:r>
          </w:p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Классный кабинет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использованием«Оценочного </w:t>
            </w:r>
            <w:r w:rsidR="00DF667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</w:t>
            </w:r>
          </w:p>
        </w:tc>
      </w:tr>
      <w:tr w:rsidR="00054DE3" w:rsidRPr="00DF6671" w:rsidTr="003F77D3">
        <w:trPr>
          <w:trHeight w:hRule="exact" w:val="838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4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DF6671" w:rsidRDefault="001153C6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предметы.</w:t>
            </w:r>
            <w:r w:rsidR="00DF667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F667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Распорядок школьного дня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DF6671" w:rsidRDefault="001153C6" w:rsidP="003F77D3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DF667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DF6671" w:rsidRDefault="00054DE3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DF6671" w:rsidRDefault="00054DE3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DF6671" w:rsidRDefault="001153C6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DF667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Письменный </w:t>
            </w:r>
            <w:r w:rsidRPr="00DF6671">
              <w:rPr>
                <w:lang w:val="ru-RU"/>
              </w:rPr>
              <w:br/>
            </w:r>
            <w:r w:rsidR="00DF667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</w:t>
            </w:r>
          </w:p>
        </w:tc>
      </w:tr>
      <w:tr w:rsidR="00054DE3" w:rsidRPr="00331BBE" w:rsidTr="003F77D3">
        <w:trPr>
          <w:trHeight w:hRule="exact" w:val="836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DF6671" w:rsidRDefault="001153C6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DF667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6.</w:t>
            </w:r>
          </w:p>
        </w:tc>
        <w:tc>
          <w:tcPr>
            <w:tcW w:w="4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предметы.</w:t>
            </w:r>
          </w:p>
          <w:p w:rsidR="00054DE3" w:rsidRPr="00DF6671" w:rsidRDefault="001153C6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DF667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Домашнее задание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</w:t>
            </w:r>
            <w:r w:rsidRPr="001153C6">
              <w:rPr>
                <w:lang w:val="ru-RU"/>
              </w:rPr>
              <w:br/>
            </w:r>
            <w:r w:rsid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Диктант</w:t>
            </w:r>
          </w:p>
        </w:tc>
      </w:tr>
      <w:tr w:rsidR="00054DE3" w:rsidTr="003F77D3">
        <w:trPr>
          <w:trHeight w:hRule="exact" w:val="848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4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предметы.</w:t>
            </w:r>
          </w:p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Школьные правила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054DE3" w:rsidTr="003F77D3">
        <w:trPr>
          <w:trHeight w:hRule="exact" w:val="988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4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предметы.</w:t>
            </w:r>
          </w:p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Школьная форма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54110D" w:rsidTr="003F77D3">
        <w:trPr>
          <w:trHeight w:hRule="exact" w:val="860"/>
        </w:trPr>
        <w:tc>
          <w:tcPr>
            <w:tcW w:w="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Default="00DF6671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Pr="001153C6" w:rsidRDefault="00DF6671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предметы.</w:t>
            </w:r>
          </w:p>
          <w:p w:rsidR="00DF6671" w:rsidRDefault="00DF6671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Школьные кружки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Default="00DF6671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Default="00DF6671" w:rsidP="003F77D3">
            <w:pPr>
              <w:spacing w:line="240" w:lineRule="auto"/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Default="00DF6671" w:rsidP="003F77D3">
            <w:pPr>
              <w:spacing w:line="240" w:lineRule="auto"/>
            </w:pP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Pr="001153C6" w:rsidRDefault="00DF6671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Default="00DF6671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 w:rsidR="003F77D3"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54110D" w:rsidRPr="00FC3B24" w:rsidTr="003F77D3">
        <w:trPr>
          <w:trHeight w:hRule="exact" w:val="843"/>
        </w:trPr>
        <w:tc>
          <w:tcPr>
            <w:tcW w:w="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Default="00DF6671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Pr="00DF6671" w:rsidRDefault="00DF6671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Школа, школьная жизнь, учебные предметы, школьная форма. </w:t>
            </w:r>
            <w:r w:rsidRPr="00DF667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Мои друзья. Мои одноклассники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Default="00DF6671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Default="00DF6671" w:rsidP="003F77D3">
            <w:pPr>
              <w:spacing w:line="240" w:lineRule="auto"/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Default="00DF6671" w:rsidP="003F77D3">
            <w:pPr>
              <w:spacing w:line="240" w:lineRule="auto"/>
            </w:pP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Pr="001153C6" w:rsidRDefault="00DF6671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Pr="001153C6" w:rsidRDefault="00DF6671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«Оценочного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</w:t>
            </w:r>
          </w:p>
        </w:tc>
      </w:tr>
      <w:tr w:rsidR="0054110D" w:rsidRPr="00DF6671" w:rsidTr="003F77D3">
        <w:trPr>
          <w:trHeight w:hRule="exact" w:val="856"/>
        </w:trPr>
        <w:tc>
          <w:tcPr>
            <w:tcW w:w="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Pr="00DF6671" w:rsidRDefault="00DF6671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DF667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11.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Pr="001153C6" w:rsidRDefault="003F77D3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Школа, школьная жизнь, учебные </w:t>
            </w:r>
            <w:r w:rsidR="00DF6671"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предметы, школьная форма.</w:t>
            </w:r>
          </w:p>
          <w:p w:rsidR="00DF6671" w:rsidRPr="00DF6671" w:rsidRDefault="00DF6671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DF667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Английская школа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Pr="00DF6671" w:rsidRDefault="00DF6671" w:rsidP="003F77D3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DF667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Pr="00DF6671" w:rsidRDefault="00DF6671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Pr="00DF6671" w:rsidRDefault="00DF6671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Pr="001153C6" w:rsidRDefault="00DF6671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F6671" w:rsidRPr="00DF6671" w:rsidRDefault="00DF6671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DF667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Письменный </w:t>
            </w:r>
            <w:r w:rsidRPr="00DF6671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</w:t>
            </w:r>
          </w:p>
        </w:tc>
      </w:tr>
      <w:tr w:rsidR="003F77D3" w:rsidRPr="003F77D3" w:rsidTr="003F77D3">
        <w:trPr>
          <w:gridBefore w:val="1"/>
          <w:wBefore w:w="6" w:type="dxa"/>
          <w:trHeight w:hRule="exact" w:val="1697"/>
        </w:trPr>
        <w:tc>
          <w:tcPr>
            <w:tcW w:w="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3F77D3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Переписка с зарубежными сверстниками. Письма друзьям по переписке в английскую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школу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before="98" w:after="0" w:line="23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rPr>
                <w:lang w:val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Диктант</w:t>
            </w:r>
          </w:p>
        </w:tc>
      </w:tr>
      <w:tr w:rsidR="003F77D3" w:rsidRPr="003F77D3" w:rsidTr="003F77D3">
        <w:trPr>
          <w:gridBefore w:val="1"/>
          <w:wBefore w:w="6" w:type="dxa"/>
          <w:trHeight w:hRule="exact" w:val="1706"/>
        </w:trPr>
        <w:tc>
          <w:tcPr>
            <w:tcW w:w="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Переписка с зарубежными сверстниками. Мои друзья.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Переписка с зарубежными сверстниками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before="98" w:after="0" w:line="23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rPr>
                <w:lang w:val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rPr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Письменный контроль</w:t>
            </w:r>
          </w:p>
        </w:tc>
      </w:tr>
    </w:tbl>
    <w:p w:rsidR="00054DE3" w:rsidRPr="00DF6671" w:rsidRDefault="00054DE3">
      <w:pPr>
        <w:autoSpaceDE w:val="0"/>
        <w:autoSpaceDN w:val="0"/>
        <w:spacing w:after="0" w:line="14" w:lineRule="exact"/>
        <w:rPr>
          <w:lang w:val="ru-RU"/>
        </w:rPr>
      </w:pPr>
    </w:p>
    <w:p w:rsidR="00054DE3" w:rsidRPr="00DF6671" w:rsidRDefault="00054DE3">
      <w:pPr>
        <w:rPr>
          <w:lang w:val="ru-RU"/>
        </w:rPr>
        <w:sectPr w:rsidR="00054DE3" w:rsidRPr="00DF6671" w:rsidSect="00DF6671">
          <w:pgSz w:w="11900" w:h="16840"/>
          <w:pgMar w:top="298" w:right="650" w:bottom="14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54DE3" w:rsidRPr="00DF6671" w:rsidRDefault="00054DE3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10631" w:type="dxa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4526"/>
        <w:gridCol w:w="851"/>
        <w:gridCol w:w="1276"/>
        <w:gridCol w:w="708"/>
        <w:gridCol w:w="789"/>
        <w:gridCol w:w="1905"/>
      </w:tblGrid>
      <w:tr w:rsidR="00054DE3" w:rsidTr="003F77D3">
        <w:trPr>
          <w:trHeight w:hRule="exact" w:val="8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1153C6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предметы.</w:t>
            </w:r>
          </w:p>
          <w:p w:rsidR="00054DE3" w:rsidRPr="003F77D3" w:rsidRDefault="001153C6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Школа моей мечты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1153C6" w:rsidP="003F77D3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054DE3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054DE3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3.10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ный опрос; Письменный </w:t>
            </w:r>
            <w:r>
              <w:br/>
            </w:r>
            <w:r w:rsidR="0054110D"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054DE3" w:rsidRPr="00FC3B24" w:rsidTr="003F77D3">
        <w:trPr>
          <w:trHeight w:hRule="exact" w:val="11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54110D" w:rsidRDefault="001153C6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предметы.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</w:t>
            </w:r>
            <w:r w:rsid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аникулы в различное время года.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Обобщение</w:t>
            </w:r>
            <w:r w:rsid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использованием«Оценочного </w:t>
            </w:r>
            <w:r w:rsidRPr="001153C6">
              <w:rPr>
                <w:lang w:val="ru-RU"/>
              </w:rPr>
              <w:br/>
            </w:r>
            <w:r w:rsid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</w:t>
            </w:r>
            <w:r w:rsidRPr="001153C6">
              <w:rPr>
                <w:lang w:val="ru-RU"/>
              </w:rPr>
              <w:br/>
            </w:r>
          </w:p>
        </w:tc>
      </w:tr>
      <w:tr w:rsidR="00054DE3" w:rsidRPr="0054110D" w:rsidTr="003F77D3">
        <w:trPr>
          <w:trHeight w:hRule="exact" w:val="86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54110D" w:rsidRDefault="001153C6" w:rsidP="003F77D3">
            <w:pPr>
              <w:autoSpaceDE w:val="0"/>
              <w:autoSpaceDN w:val="0"/>
              <w:spacing w:after="0" w:line="240" w:lineRule="auto"/>
              <w:ind w:left="72" w:right="106"/>
              <w:jc w:val="both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Выдающиеся люди родной страны и стран изучаемого языка: писатели, поэты.</w:t>
            </w:r>
            <w:r w:rsid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Английский писатель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54110D" w:rsidRDefault="001153C6" w:rsidP="003F77D3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54110D" w:rsidRDefault="00054DE3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54110D" w:rsidRDefault="00054DE3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54110D" w:rsidRDefault="001153C6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опрос;</w:t>
            </w:r>
          </w:p>
        </w:tc>
      </w:tr>
      <w:tr w:rsidR="0054110D" w:rsidRPr="0054110D" w:rsidTr="003F77D3">
        <w:trPr>
          <w:trHeight w:hRule="exact" w:val="84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языка: писатели, поэты.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Выдающиеся люди прошлого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1153C6" w:rsidRDefault="0054110D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Письменный </w:t>
            </w:r>
            <w:r w:rsidRPr="0054110D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</w:t>
            </w:r>
          </w:p>
        </w:tc>
      </w:tr>
      <w:tr w:rsidR="0054110D" w:rsidRPr="0054110D" w:rsidTr="003F77D3">
        <w:trPr>
          <w:trHeight w:hRule="exact" w:val="8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Default="0054110D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изучаемого языка: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писатели, поэты.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Знаменитые писатели России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1153C6" w:rsidRDefault="0054110D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Письменный контроль</w:t>
            </w:r>
          </w:p>
        </w:tc>
      </w:tr>
      <w:tr w:rsidR="0054110D" w:rsidRPr="00FC3B24" w:rsidTr="003F77D3">
        <w:trPr>
          <w:trHeight w:hRule="exact" w:val="112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языка: писатели, поэты.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Известные поэты Великобритании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1153C6" w:rsidRDefault="0054110D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1153C6" w:rsidRDefault="0054110D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«Оценочного листа»; </w:t>
            </w:r>
            <w:r w:rsidRPr="001153C6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опрос</w:t>
            </w:r>
          </w:p>
        </w:tc>
      </w:tr>
      <w:tr w:rsidR="0054110D" w:rsidRPr="0054110D" w:rsidTr="003F77D3">
        <w:trPr>
          <w:trHeight w:hRule="exact" w:val="14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20.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1153C6" w:rsidRDefault="0054110D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языка: писатели, поэты.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Персонажи произведений английских и российских писателей, сказочные персонажи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54110D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1153C6" w:rsidRDefault="0054110D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110D" w:rsidRPr="0054110D" w:rsidRDefault="003F77D3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опрос</w:t>
            </w:r>
          </w:p>
        </w:tc>
      </w:tr>
      <w:tr w:rsidR="00D34337" w:rsidTr="003F77D3">
        <w:trPr>
          <w:trHeight w:hRule="exact" w:val="84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Pr="0054110D" w:rsidRDefault="00D34337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21.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Pr="00D34337" w:rsidRDefault="00D34337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языка: писатели, поэты.</w:t>
            </w:r>
            <w:r w:rsidRPr="0054110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Обобщ</w:t>
            </w: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ение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Default="00D34337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Default="00D34337" w:rsidP="003F77D3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Default="00D34337" w:rsidP="003F77D3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Pr="001153C6" w:rsidRDefault="00D34337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 диктант</w:t>
            </w:r>
          </w:p>
        </w:tc>
      </w:tr>
      <w:tr w:rsidR="00D34337" w:rsidRPr="00FC3B24" w:rsidTr="003F77D3">
        <w:trPr>
          <w:trHeight w:hRule="exact" w:val="11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Default="00D34337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Pr="001153C6" w:rsidRDefault="00D34337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Родной город/ село.</w:t>
            </w:r>
          </w:p>
          <w:p w:rsidR="00D34337" w:rsidRPr="001153C6" w:rsidRDefault="00D34337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Введение новой лексики.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Default="00D34337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Default="00D34337" w:rsidP="003F77D3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Default="00D34337" w:rsidP="003F77D3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Pr="001153C6" w:rsidRDefault="00D34337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Pr="001153C6" w:rsidRDefault="00D34337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использованием«Оценочного </w:t>
            </w:r>
            <w:r w:rsidRPr="001153C6">
              <w:rPr>
                <w:lang w:val="ru-RU"/>
              </w:rPr>
              <w:br/>
            </w:r>
            <w:r w:rsid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</w:t>
            </w:r>
          </w:p>
        </w:tc>
      </w:tr>
      <w:tr w:rsidR="00D34337" w:rsidTr="003F77D3">
        <w:trPr>
          <w:trHeight w:hRule="exact" w:val="84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Default="00D34337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Pr="001153C6" w:rsidRDefault="00D34337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Родной город/село. Моя малая родина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Default="00D34337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Default="00D34337" w:rsidP="003F77D3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Default="00D34337" w:rsidP="003F77D3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Pr="001153C6" w:rsidRDefault="00D34337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4337" w:rsidRDefault="00D34337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 w:rsidR="003F77D3"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RPr="00D34337" w:rsidTr="00EB0BAF">
        <w:trPr>
          <w:trHeight w:hRule="exact" w:val="85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Родной город/село.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Транспорт. Городской и междугородний транспорт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Письменный </w:t>
            </w:r>
            <w:r w:rsidRPr="00D34337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</w:t>
            </w:r>
          </w:p>
        </w:tc>
      </w:tr>
      <w:tr w:rsidR="003F77D3" w:rsidRPr="00D34337" w:rsidTr="00EB0BAF">
        <w:trPr>
          <w:trHeight w:hRule="exact" w:val="84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25.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Родной город/село.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Транспорт. Карта моего города/региона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27.10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Письменный </w:t>
            </w:r>
            <w:r w:rsidRPr="00D34337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</w:t>
            </w:r>
          </w:p>
        </w:tc>
      </w:tr>
      <w:tr w:rsidR="003F77D3" w:rsidRPr="00331BBE" w:rsidTr="00EB0BAF">
        <w:trPr>
          <w:trHeight w:hRule="exact" w:val="56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26.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Родной город/село.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Типичный английский дом.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31.10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опрос</w:t>
            </w:r>
          </w:p>
        </w:tc>
      </w:tr>
      <w:tr w:rsidR="003F77D3" w:rsidRPr="00D34337" w:rsidTr="00EB0BAF">
        <w:trPr>
          <w:trHeight w:hRule="exact"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27.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Родной город/село.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Транспорт. Как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сориентироваться в городе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2.11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опрос</w:t>
            </w:r>
          </w:p>
        </w:tc>
      </w:tr>
      <w:tr w:rsidR="003F77D3" w:rsidRPr="00D34337" w:rsidTr="00EB0BAF">
        <w:trPr>
          <w:trHeight w:hRule="exact" w:val="85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28.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Родной город/село.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Транспорт. Транспорт в Москве и в Лондоне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Письменный </w:t>
            </w:r>
            <w:r w:rsidRPr="00D34337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</w:t>
            </w:r>
          </w:p>
        </w:tc>
      </w:tr>
      <w:tr w:rsidR="003F77D3" w:rsidTr="00EB0BAF">
        <w:trPr>
          <w:trHeight w:hRule="exact" w:val="8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29.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2" w:right="720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Тадж Махал. Анализ домашнего чтения</w:t>
            </w:r>
            <w:r w:rsidRPr="00D34337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. Контроль чтения.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опрос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Tr="00EB0BAF">
        <w:trPr>
          <w:trHeight w:hRule="exact" w:val="8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Составление монолога о своем городе.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Проектная деятельность.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RPr="00331BBE" w:rsidTr="00EB0BAF">
        <w:trPr>
          <w:trHeight w:hRule="exact" w:val="84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31.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Повторение и закрепление изученной лексики и грамматики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Письменный </w:t>
            </w:r>
            <w:r w:rsidRPr="001153C6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</w:t>
            </w:r>
          </w:p>
        </w:tc>
      </w:tr>
      <w:tr w:rsidR="003F77D3" w:rsidTr="00EB0BAF">
        <w:trPr>
          <w:trHeight w:hRule="exact" w:val="86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Моя семья. Члены семьи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Tr="00EB0BAF">
        <w:trPr>
          <w:trHeight w:hRule="exact" w:val="84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57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Моя семья. Семейные традиции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Tr="00EB0BAF">
        <w:trPr>
          <w:trHeight w:hRule="exact" w:val="42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Моя семья. Домашний питомец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</w:t>
            </w:r>
          </w:p>
        </w:tc>
      </w:tr>
      <w:tr w:rsidR="003F77D3" w:rsidTr="003F77D3">
        <w:trPr>
          <w:trHeight w:hRule="exact" w:val="8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D34337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Моя семья. Семейные праздники: день рождения.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3433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Мой день рождения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Tr="003F77D3">
        <w:trPr>
          <w:trHeight w:hRule="exact" w:val="55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Мой лучший друг.</w:t>
            </w:r>
          </w:p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2" w:right="576"/>
              <w:rPr>
                <w:b/>
                <w:lang w:val="ru-RU"/>
              </w:rPr>
            </w:pPr>
            <w:r w:rsidRPr="00E165E5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Контроль говорения и чтения.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</w:pPr>
            <w:r w:rsidRPr="00E165E5"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Контрольная работа</w:t>
            </w:r>
          </w:p>
        </w:tc>
      </w:tr>
      <w:tr w:rsidR="003F77D3" w:rsidRPr="00E165E5" w:rsidTr="003F77D3">
        <w:trPr>
          <w:trHeight w:hRule="exact" w:val="56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57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Моя семья. Домашние обязанности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5.12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Устный,п</w:t>
            </w:r>
            <w:r w:rsidRPr="00E165E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исьме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</w:t>
            </w:r>
            <w:r w:rsidRPr="00E165E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ный контроль;</w:t>
            </w:r>
          </w:p>
        </w:tc>
      </w:tr>
      <w:tr w:rsidR="003F77D3" w:rsidRPr="00E165E5" w:rsidTr="003F77D3">
        <w:trPr>
          <w:trHeight w:hRule="exact" w:val="8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E165E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38.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576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Моя семья. Любимые занятия членов семьи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E165E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E165E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Письменный </w:t>
            </w:r>
            <w:r w:rsidRPr="00E165E5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</w:t>
            </w:r>
          </w:p>
        </w:tc>
      </w:tr>
      <w:tr w:rsidR="003F77D3" w:rsidTr="003F77D3">
        <w:trPr>
          <w:trHeight w:hRule="exact" w:val="42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E165E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39.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576"/>
            </w:pPr>
            <w:r w:rsidRPr="00E165E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Моя семья. Семейный выходн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</w:t>
            </w:r>
          </w:p>
        </w:tc>
      </w:tr>
      <w:tr w:rsidR="003F77D3" w:rsidTr="003F77D3">
        <w:trPr>
          <w:trHeight w:hRule="exact" w:val="57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Мои друзья. Подготовка к Новому году в школе.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Устный,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исьменный контроль</w:t>
            </w:r>
          </w:p>
        </w:tc>
      </w:tr>
      <w:tr w:rsidR="003F77D3" w:rsidRPr="00331BBE" w:rsidTr="003F77D3">
        <w:trPr>
          <w:trHeight w:hRule="exact" w:val="84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Моя семья. Семейные праздники: Н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овый год.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Новый год с семьей.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Повторение и закрепление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E165E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</w:t>
            </w:r>
            <w:r w:rsidRPr="001153C6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диктант</w:t>
            </w:r>
          </w:p>
        </w:tc>
      </w:tr>
      <w:tr w:rsidR="003F77D3" w:rsidTr="00EB0BAF">
        <w:trPr>
          <w:trHeight w:hRule="exact" w:val="81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E165E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42.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Внешность и характер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человека/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литературного персонажа. </w:t>
            </w:r>
            <w:r w:rsidRPr="00E165E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Описание внешности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RPr="00FC3B24" w:rsidTr="00EB0BAF">
        <w:trPr>
          <w:trHeight w:hRule="exact" w:val="8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Внешность и характер человека/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литературного персонажа. </w:t>
            </w:r>
            <w:r w:rsidRPr="00E165E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Описание </w:t>
            </w:r>
            <w:r w:rsidRPr="00E165E5">
              <w:rPr>
                <w:lang w:val="ru-RU"/>
              </w:rPr>
              <w:br/>
            </w:r>
            <w:r w:rsidRPr="00E165E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характера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«Оценочного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</w:t>
            </w:r>
          </w:p>
        </w:tc>
      </w:tr>
      <w:tr w:rsidR="003F77D3" w:rsidRPr="00E165E5" w:rsidTr="00EB0BAF">
        <w:trPr>
          <w:trHeight w:hRule="exact" w:val="55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b/>
                <w:lang w:val="ru-RU"/>
              </w:rPr>
            </w:pPr>
            <w:r w:rsidRPr="00E165E5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44.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  <w:rPr>
                <w:b/>
                <w:lang w:val="ru-RU"/>
              </w:rPr>
            </w:pPr>
            <w:r w:rsidRPr="00E165E5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Контроль аудирования и лексико-грамматический тест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b/>
                <w:lang w:val="ru-RU"/>
              </w:rPr>
            </w:pPr>
            <w:r w:rsidRPr="00E165E5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b/>
                <w:lang w:val="ru-RU"/>
              </w:rPr>
            </w:pPr>
            <w:r w:rsidRPr="00E165E5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spacing w:line="240" w:lineRule="auto"/>
              <w:rPr>
                <w:b/>
                <w:lang w:val="ru-RU"/>
              </w:rPr>
            </w:pPr>
            <w:r w:rsidRPr="00E165E5">
              <w:rPr>
                <w:b/>
                <w:lang w:val="ru-RU"/>
              </w:rPr>
              <w:t>21.12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  <w:rPr>
                <w:b/>
                <w:lang w:val="ru-RU"/>
              </w:rPr>
            </w:pPr>
            <w:r w:rsidRPr="00E165E5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Контрольная работа</w:t>
            </w:r>
          </w:p>
        </w:tc>
      </w:tr>
      <w:tr w:rsidR="003F77D3" w:rsidTr="00EB0BAF">
        <w:trPr>
          <w:trHeight w:hRule="exact" w:val="85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165E5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E165E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45.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Внешность и характер человека/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литературного персонажа. Внешность и характер членов моей семьи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</w:t>
            </w:r>
          </w:p>
        </w:tc>
      </w:tr>
      <w:tr w:rsidR="003F77D3" w:rsidTr="00EB0BAF">
        <w:trPr>
          <w:trHeight w:hRule="exact" w:val="83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Внешность и характер человека/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литературного персонажа. Внешность и характер моих друзей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контроль;</w:t>
            </w:r>
          </w:p>
        </w:tc>
      </w:tr>
      <w:tr w:rsidR="003F77D3" w:rsidTr="00EB0BAF">
        <w:trPr>
          <w:trHeight w:hRule="exact" w:val="114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Внешность и характер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человека/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литературного персонажа. Мои любимые литературные персонажи: внешность и характер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3F77D3" w:rsidRPr="00FC3B24" w:rsidTr="00EB0BAF">
        <w:trPr>
          <w:trHeight w:hRule="exact" w:val="84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Внешность и характер человека/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литературного персонажа.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Обобщение.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использ«Оценочного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</w:t>
            </w:r>
          </w:p>
        </w:tc>
      </w:tr>
      <w:tr w:rsidR="003F77D3" w:rsidTr="00EB0BAF">
        <w:trPr>
          <w:trHeight w:hRule="exact" w:val="57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Здоровый образ жизни. Введение новой лексики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09.01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опро;</w:t>
            </w:r>
          </w:p>
        </w:tc>
      </w:tr>
      <w:tr w:rsidR="003F77D3" w:rsidTr="00EB0BAF">
        <w:trPr>
          <w:trHeight w:hRule="exact" w:val="84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RPr="003F77D3" w:rsidTr="00EB0BAF">
        <w:trPr>
          <w:trHeight w:hRule="exact" w:val="56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right="43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Здоровый образ жизни: режим труда и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отдыха.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Мой школьный день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Тестирование;</w:t>
            </w:r>
          </w:p>
        </w:tc>
      </w:tr>
    </w:tbl>
    <w:p w:rsidR="00054DE3" w:rsidRPr="0054110D" w:rsidRDefault="00054DE3" w:rsidP="003F77D3">
      <w:pPr>
        <w:spacing w:line="240" w:lineRule="auto"/>
        <w:rPr>
          <w:lang w:val="ru-RU"/>
        </w:rPr>
        <w:sectPr w:rsidR="00054DE3" w:rsidRPr="0054110D">
          <w:pgSz w:w="11900" w:h="16840"/>
          <w:pgMar w:top="284" w:right="650" w:bottom="280" w:left="666" w:header="720" w:footer="720" w:gutter="0"/>
          <w:cols w:space="720" w:equalWidth="0">
            <w:col w:w="10584" w:space="0"/>
          </w:cols>
          <w:docGrid w:linePitch="360"/>
        </w:sectPr>
      </w:pPr>
    </w:p>
    <w:tbl>
      <w:tblPr>
        <w:tblW w:w="10631" w:type="dxa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4526"/>
        <w:gridCol w:w="851"/>
        <w:gridCol w:w="1276"/>
        <w:gridCol w:w="708"/>
        <w:gridCol w:w="789"/>
        <w:gridCol w:w="1905"/>
      </w:tblGrid>
      <w:tr w:rsidR="003F77D3" w:rsidRPr="003F77D3" w:rsidTr="003F77D3">
        <w:trPr>
          <w:trHeight w:hRule="exact" w:val="8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>
              <w:lastRenderedPageBreak/>
              <w:tab/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52.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3F77D3">
            <w:pPr>
              <w:autoSpaceDE w:val="0"/>
              <w:autoSpaceDN w:val="0"/>
              <w:spacing w:after="0" w:line="240" w:lineRule="auto"/>
              <w:ind w:right="43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Здор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овый образ жизни: режим труда и о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тдыха.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Выходной день. Чтение и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работа с текстом.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Письменный </w:t>
            </w:r>
            <w:r w:rsidRPr="003F77D3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</w:t>
            </w:r>
          </w:p>
        </w:tc>
      </w:tr>
      <w:tr w:rsidR="003F77D3" w:rsidTr="003F77D3">
        <w:trPr>
          <w:trHeight w:hRule="exact" w:val="8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53.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отдыха.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Мой день на каникулах.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Tr="003F77D3">
        <w:trPr>
          <w:trHeight w:hRule="exact" w:val="8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здоровое питание.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Еда для здоровья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Tr="003F77D3">
        <w:trPr>
          <w:trHeight w:hRule="exact" w:val="8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autoSpaceDE w:val="0"/>
              <w:autoSpaceDN w:val="0"/>
              <w:spacing w:after="0" w:line="240" w:lineRule="auto"/>
              <w:ind w:left="72" w:right="432"/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здоровое питание.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За столом.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RPr="003F77D3" w:rsidTr="003F77D3">
        <w:trPr>
          <w:trHeight w:hRule="exact" w:val="8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Полезные и вредные продукты.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Письменный </w:t>
            </w:r>
            <w:r w:rsidRPr="003F77D3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</w:t>
            </w:r>
          </w:p>
        </w:tc>
      </w:tr>
      <w:tr w:rsidR="003F77D3" w:rsidRPr="00FC3B24" w:rsidTr="003F77D3">
        <w:trPr>
          <w:trHeight w:hRule="exact" w:val="8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57.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питание.</w:t>
            </w:r>
          </w:p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вильный перекус.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«Оцен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 листа»</w:t>
            </w:r>
          </w:p>
        </w:tc>
      </w:tr>
      <w:tr w:rsidR="003F77D3" w:rsidTr="003F77D3">
        <w:trPr>
          <w:trHeight w:hRule="exact" w:val="85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58.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здоровое питание.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Анализ домашнего чтения.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ос</w:t>
            </w:r>
          </w:p>
        </w:tc>
      </w:tr>
      <w:tr w:rsidR="003F77D3" w:rsidTr="003F77D3">
        <w:trPr>
          <w:trHeight w:hRule="exact" w:val="55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Природа. Погода. Погода в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еликобритании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</w:t>
            </w:r>
          </w:p>
        </w:tc>
      </w:tr>
      <w:tr w:rsidR="003F77D3" w:rsidRPr="003F77D3" w:rsidTr="003F77D3">
        <w:trPr>
          <w:trHeight w:hRule="exact" w:val="8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 w:right="576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Природа: дикие и домашние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животные.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Дикие животные России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Письменный </w:t>
            </w:r>
            <w:r w:rsidRPr="003F77D3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</w:t>
            </w:r>
          </w:p>
        </w:tc>
      </w:tr>
      <w:tr w:rsidR="003F77D3" w:rsidRPr="003F77D3" w:rsidTr="003F77D3">
        <w:trPr>
          <w:trHeight w:hRule="exact" w:val="56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61.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Природа: дикие и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домашние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животные.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 зоопарке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6.02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Письменный контроль</w:t>
            </w:r>
          </w:p>
        </w:tc>
      </w:tr>
      <w:tr w:rsidR="003F77D3" w:rsidRPr="003F77D3" w:rsidTr="003F77D3">
        <w:trPr>
          <w:trHeight w:hRule="exact" w:val="8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b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</w:rPr>
              <w:t>62.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 w:right="576"/>
              <w:rPr>
                <w:b/>
                <w:lang w:val="ru-RU"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Природа: дикие и домашние животные. Контроль чтения и говорения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b/>
                <w:lang w:val="ru-RU"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b/>
                <w:lang w:val="ru-RU"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b/>
                <w:lang w:val="ru-RU"/>
              </w:rPr>
            </w:pPr>
            <w:r w:rsidRPr="003F77D3">
              <w:rPr>
                <w:b/>
                <w:lang w:val="ru-RU"/>
              </w:rPr>
              <w:t>8.02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  <w:rPr>
                <w:b/>
                <w:lang w:val="ru-RU"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Контрольная работа</w:t>
            </w:r>
          </w:p>
        </w:tc>
      </w:tr>
      <w:tr w:rsidR="003F77D3" w:rsidRPr="003F77D3" w:rsidTr="003F77D3">
        <w:trPr>
          <w:trHeight w:hRule="exact" w:val="57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63.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Природа. Разнообразие природы России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опрос</w:t>
            </w:r>
          </w:p>
        </w:tc>
      </w:tr>
      <w:tr w:rsidR="003F77D3" w:rsidTr="003F77D3">
        <w:trPr>
          <w:trHeight w:hRule="exact" w:val="84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64.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Природа. Погода. Климат родного края.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Tr="003F77D3">
        <w:trPr>
          <w:trHeight w:hRule="exact" w:val="8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Природа: дикие и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домашние животные.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 ферме: домашние животные.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Tr="003F77D3">
        <w:trPr>
          <w:trHeight w:hRule="exact" w:val="40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Природа. Погода. Одежда по погоде.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</w:t>
            </w:r>
          </w:p>
        </w:tc>
      </w:tr>
      <w:tr w:rsidR="003F77D3" w:rsidRPr="00FC3B24" w:rsidTr="003F77D3">
        <w:trPr>
          <w:trHeight w:hRule="exact" w:val="8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Природа. Погода. Погода в литературе. Чтение стихотворений, рифмовок о погоде и климате.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«Оцен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 листа»</w:t>
            </w:r>
          </w:p>
        </w:tc>
      </w:tr>
      <w:tr w:rsidR="003F77D3" w:rsidTr="003F77D3">
        <w:trPr>
          <w:trHeight w:hRule="exact" w:val="8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68.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Природа. Погода.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Составление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стихотворений и рифмовок о погоде.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Проектная деятельность.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опро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Tr="003F77D3">
        <w:trPr>
          <w:trHeight w:hRule="exact" w:val="5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290"/>
              <w:jc w:val="both"/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Досуг и увлечения/хобби современного подростка.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Свободное время 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</w:t>
            </w:r>
          </w:p>
        </w:tc>
      </w:tr>
      <w:tr w:rsidR="003F77D3" w:rsidRPr="003F77D3" w:rsidTr="003F77D3">
        <w:trPr>
          <w:trHeight w:hRule="exact" w:val="84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Досуг и увлечения/хобби современного подростка (чтение, кино, спорт).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Чтение книг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Тестирование</w:t>
            </w:r>
          </w:p>
        </w:tc>
      </w:tr>
      <w:tr w:rsidR="003F77D3" w:rsidTr="003F77D3">
        <w:trPr>
          <w:trHeight w:hRule="exact" w:val="99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71.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Досуг и увлечения/хобби современного подростка (чтение, кино, спорт).</w:t>
            </w:r>
          </w:p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Родная литература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D03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</w:tbl>
    <w:p w:rsidR="00054DE3" w:rsidRPr="00E165E5" w:rsidRDefault="00054DE3" w:rsidP="003F77D3">
      <w:pPr>
        <w:spacing w:line="240" w:lineRule="auto"/>
        <w:rPr>
          <w:lang w:val="ru-RU"/>
        </w:rPr>
        <w:sectPr w:rsidR="00054DE3" w:rsidRPr="00E165E5">
          <w:pgSz w:w="11900" w:h="16840"/>
          <w:pgMar w:top="284" w:right="650" w:bottom="884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54DE3" w:rsidRPr="001153C6" w:rsidRDefault="00054DE3" w:rsidP="003F77D3">
      <w:pPr>
        <w:autoSpaceDE w:val="0"/>
        <w:autoSpaceDN w:val="0"/>
        <w:spacing w:after="0" w:line="240" w:lineRule="auto"/>
        <w:rPr>
          <w:lang w:val="ru-RU"/>
        </w:rPr>
      </w:pPr>
    </w:p>
    <w:p w:rsidR="00054DE3" w:rsidRPr="003F77D3" w:rsidRDefault="00054DE3" w:rsidP="003F77D3">
      <w:pPr>
        <w:autoSpaceDE w:val="0"/>
        <w:autoSpaceDN w:val="0"/>
        <w:spacing w:after="66" w:line="240" w:lineRule="auto"/>
        <w:rPr>
          <w:lang w:val="ru-RU"/>
        </w:rPr>
      </w:pPr>
    </w:p>
    <w:tbl>
      <w:tblPr>
        <w:tblW w:w="10631" w:type="dxa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4526"/>
        <w:gridCol w:w="851"/>
        <w:gridCol w:w="1276"/>
        <w:gridCol w:w="708"/>
        <w:gridCol w:w="789"/>
        <w:gridCol w:w="1905"/>
      </w:tblGrid>
      <w:tr w:rsidR="00054DE3" w:rsidTr="003F77D3">
        <w:trPr>
          <w:trHeight w:hRule="exact" w:val="8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Досуг и увлечения/хобби современного подростка (чтение, кино, спорт).</w:t>
            </w:r>
          </w:p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Любимая книга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E45FD9" w:rsidRDefault="00E45FD9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6.03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54DE3" w:rsidTr="003F77D3">
        <w:trPr>
          <w:trHeight w:hRule="exact" w:val="84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Досуг и увлечения/хобби современного подростка (чтение, кино, спорт).</w:t>
            </w:r>
          </w:p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Кино и фотография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E45FD9" w:rsidRDefault="00E45FD9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контроль;</w:t>
            </w:r>
          </w:p>
        </w:tc>
      </w:tr>
      <w:tr w:rsidR="00054DE3" w:rsidTr="003F77D3">
        <w:trPr>
          <w:trHeight w:hRule="exact" w:val="8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Досуг и увлечения/хобби современного подростка. </w:t>
            </w:r>
            <w:r w:rsidR="00B87B0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Любимые мультфильмы и их герои.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autoSpaceDE w:val="0"/>
              <w:autoSpaceDN w:val="0"/>
              <w:spacing w:after="0" w:line="240" w:lineRule="auto"/>
              <w:ind w:left="72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E45FD9" w:rsidRDefault="00E45FD9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B87B0E" w:rsidP="003F77D3">
            <w:pPr>
              <w:autoSpaceDE w:val="0"/>
              <w:autoSpaceDN w:val="0"/>
              <w:spacing w:after="0" w:line="240" w:lineRule="auto"/>
              <w:ind w:left="72" w:right="288"/>
            </w:pPr>
            <w:r w:rsidRPr="00B87B0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Письменный </w:t>
            </w:r>
            <w:r w:rsidRPr="00B87B0E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</w:t>
            </w:r>
          </w:p>
        </w:tc>
      </w:tr>
      <w:tr w:rsidR="00054DE3" w:rsidRPr="003F77D3" w:rsidTr="003F77D3">
        <w:trPr>
          <w:trHeight w:hRule="exact" w:val="8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1153C6" w:rsidP="003F77D3">
            <w:pPr>
              <w:autoSpaceDE w:val="0"/>
              <w:autoSpaceDN w:val="0"/>
              <w:spacing w:after="0" w:line="240" w:lineRule="auto"/>
              <w:ind w:left="72"/>
              <w:rPr>
                <w:b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</w:rPr>
              <w:t>75.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1153C6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b/>
                <w:lang w:val="ru-RU"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Досуг и увлечен</w:t>
            </w:r>
            <w:r w:rsidR="00B87B0E" w:rsidRPr="003F77D3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ия/хобби современного подростка</w:t>
            </w: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.</w:t>
            </w:r>
            <w:r w:rsidR="00B87B0E" w:rsidRPr="003F77D3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 xml:space="preserve"> Контрольное аудирование и лексико-грамматический тест.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1153C6" w:rsidP="003F77D3">
            <w:pPr>
              <w:autoSpaceDE w:val="0"/>
              <w:autoSpaceDN w:val="0"/>
              <w:spacing w:after="0" w:line="240" w:lineRule="auto"/>
              <w:ind w:left="74"/>
              <w:rPr>
                <w:b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B87B0E" w:rsidP="003F77D3">
            <w:pPr>
              <w:spacing w:line="240" w:lineRule="auto"/>
              <w:rPr>
                <w:b/>
                <w:lang w:val="ru-RU"/>
              </w:rPr>
            </w:pPr>
            <w:r w:rsidRPr="003F77D3">
              <w:rPr>
                <w:b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054DE3" w:rsidP="003F77D3">
            <w:pPr>
              <w:spacing w:line="240" w:lineRule="auto"/>
              <w:rPr>
                <w:b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E45FD9" w:rsidP="003F77D3">
            <w:pPr>
              <w:spacing w:line="240" w:lineRule="auto"/>
              <w:rPr>
                <w:b/>
                <w:lang w:val="ru-RU"/>
              </w:rPr>
            </w:pPr>
            <w:r w:rsidRPr="003F77D3">
              <w:rPr>
                <w:b/>
                <w:lang w:val="ru-RU"/>
              </w:rPr>
              <w:t>15.03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B87B0E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b/>
                <w:lang w:val="ru-RU"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Контрольная работа</w:t>
            </w:r>
          </w:p>
        </w:tc>
      </w:tr>
      <w:tr w:rsidR="00054DE3" w:rsidTr="003F77D3">
        <w:trPr>
          <w:trHeight w:hRule="exact" w:val="8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Досуг и увлечения/хобби современного подростка (чтение, кино, спорт).</w:t>
            </w:r>
          </w:p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Увлечения моих друзей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E45FD9" w:rsidRDefault="00E45FD9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54DE3" w:rsidRPr="003F77D3" w:rsidTr="003F77D3">
        <w:trPr>
          <w:trHeight w:hRule="exact" w:val="84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1153C6" w:rsidP="003F77D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Досуг и увлечения/хобби современного подростка (чтение, кино, спорт).</w:t>
            </w:r>
            <w:r w:rsid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Спорт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1153C6" w:rsidP="003F77D3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054DE3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054DE3" w:rsidP="003F77D3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E45FD9" w:rsidRDefault="00E45FD9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1153C6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Письменный </w:t>
            </w:r>
            <w:r w:rsidRPr="003F77D3">
              <w:rPr>
                <w:lang w:val="ru-RU"/>
              </w:rPr>
              <w:br/>
            </w:r>
            <w:r w:rsid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</w:t>
            </w:r>
          </w:p>
        </w:tc>
      </w:tr>
      <w:tr w:rsidR="00054DE3" w:rsidRPr="00331BBE" w:rsidTr="003F77D3">
        <w:trPr>
          <w:trHeight w:hRule="exact" w:val="8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1153C6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78.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Досуг и увлечения/хобби современного подростка.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Повторение и закрепление изу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ченного.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E45FD9" w:rsidRDefault="00E45FD9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30.03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1153C6" w:rsidRDefault="001153C6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письменный </w:t>
            </w:r>
            <w:r w:rsidRPr="001153C6">
              <w:rPr>
                <w:lang w:val="ru-RU"/>
              </w:rPr>
              <w:br/>
            </w:r>
            <w:r w:rsid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</w:t>
            </w:r>
          </w:p>
        </w:tc>
      </w:tr>
      <w:tr w:rsidR="003F77D3" w:rsidTr="003F77D3">
        <w:trPr>
          <w:trHeight w:hRule="exact" w:val="56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Продукты питания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3.04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</w:t>
            </w:r>
          </w:p>
        </w:tc>
      </w:tr>
      <w:tr w:rsidR="003F77D3" w:rsidRPr="00FC3B24" w:rsidTr="003F77D3">
        <w:trPr>
          <w:trHeight w:hRule="exact" w:val="84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Одежда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 «Оценоч. листа»</w:t>
            </w:r>
          </w:p>
        </w:tc>
      </w:tr>
      <w:tr w:rsidR="003F77D3" w:rsidRPr="003F77D3" w:rsidTr="003F77D3">
        <w:trPr>
          <w:trHeight w:hRule="exact" w:val="55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81.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Обувь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опрос</w:t>
            </w:r>
          </w:p>
        </w:tc>
      </w:tr>
      <w:tr w:rsidR="003F77D3" w:rsidTr="003F77D3">
        <w:trPr>
          <w:trHeight w:hRule="exact" w:val="5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82.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бщение в магазине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</w:t>
            </w:r>
          </w:p>
        </w:tc>
      </w:tr>
      <w:tr w:rsidR="003F77D3" w:rsidTr="003F77D3">
        <w:trPr>
          <w:trHeight w:hRule="exact" w:val="8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питания. Выбор необходимых товаров в магазине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Tr="003F77D3">
        <w:trPr>
          <w:trHeight w:hRule="exact" w:val="57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Выбор подарка.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</w:t>
            </w:r>
          </w:p>
        </w:tc>
      </w:tr>
      <w:tr w:rsidR="003F77D3" w:rsidRPr="00FC3B24" w:rsidTr="003F77D3">
        <w:trPr>
          <w:trHeight w:hRule="exact" w:val="85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Обобщение.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 «Оценоч. листа»</w:t>
            </w:r>
          </w:p>
        </w:tc>
      </w:tr>
      <w:tr w:rsidR="003F77D3" w:rsidTr="003F77D3">
        <w:trPr>
          <w:trHeight w:hRule="exact" w:val="83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86.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страна/страны и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зучаемого языка.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Природа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Великобритании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3F77D3" w:rsidTr="003F77D3">
        <w:trPr>
          <w:trHeight w:hRule="exact" w:val="11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языка. Их гео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графическое положение, столицы;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достопримечательности.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Лондон.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3F77D3" w:rsidRPr="00FC3B24" w:rsidTr="003F77D3">
        <w:trPr>
          <w:trHeight w:hRule="exact" w:val="14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3F77D3">
            <w:pPr>
              <w:autoSpaceDE w:val="0"/>
              <w:autoSpaceDN w:val="0"/>
              <w:spacing w:after="0" w:line="240" w:lineRule="auto"/>
              <w:ind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Родная страна и страна/страны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изучаемого языка. Их гео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графическое положение, столицы;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достопримечательности.</w:t>
            </w:r>
          </w:p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864"/>
            </w:pPr>
            <w:r w:rsidRPr="00B87B0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Родная страна. Российские города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B87B0E" w:rsidRDefault="003F77D3" w:rsidP="003F77D3">
            <w:pPr>
              <w:autoSpaceDE w:val="0"/>
              <w:autoSpaceDN w:val="0"/>
              <w:spacing w:after="0" w:line="240" w:lineRule="auto"/>
              <w:ind w:right="288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1153C6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использов. Оценоч.листа</w:t>
            </w:r>
          </w:p>
        </w:tc>
      </w:tr>
      <w:tr w:rsidR="003F77D3" w:rsidRPr="00B87B0E" w:rsidTr="003F77D3">
        <w:trPr>
          <w:trHeight w:hRule="exact" w:val="114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89.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языка. столицы; достопримечательности, к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ультурные особенности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/>
              <w:rPr>
                <w:b/>
                <w:lang w:val="ru-RU"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Контроль чтения и говорения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  <w:rPr>
                <w:lang w:val="ru-RU"/>
              </w:rPr>
            </w:pPr>
          </w:p>
          <w:p w:rsidR="003F77D3" w:rsidRPr="003F77D3" w:rsidRDefault="003F77D3" w:rsidP="00EB0BAF">
            <w:pPr>
              <w:spacing w:line="240" w:lineRule="auto"/>
              <w:rPr>
                <w:b/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3F77D3">
              <w:rPr>
                <w:b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b/>
                <w:lang w:val="ru-RU"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Контрольная работа</w:t>
            </w:r>
          </w:p>
        </w:tc>
      </w:tr>
    </w:tbl>
    <w:p w:rsidR="00054DE3" w:rsidRPr="001153C6" w:rsidRDefault="00054DE3" w:rsidP="003F77D3">
      <w:pPr>
        <w:spacing w:line="240" w:lineRule="auto"/>
        <w:rPr>
          <w:lang w:val="ru-RU"/>
        </w:rPr>
        <w:sectPr w:rsidR="00054DE3" w:rsidRPr="001153C6">
          <w:pgSz w:w="11900" w:h="16840"/>
          <w:pgMar w:top="284" w:right="650" w:bottom="704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54DE3" w:rsidRPr="001153C6" w:rsidRDefault="00054DE3" w:rsidP="003F77D3">
      <w:pPr>
        <w:autoSpaceDE w:val="0"/>
        <w:autoSpaceDN w:val="0"/>
        <w:spacing w:after="66" w:line="240" w:lineRule="auto"/>
        <w:rPr>
          <w:lang w:val="ru-RU"/>
        </w:rPr>
      </w:pPr>
    </w:p>
    <w:p w:rsidR="00054DE3" w:rsidRPr="00B87B0E" w:rsidRDefault="00054DE3" w:rsidP="003F77D3">
      <w:pPr>
        <w:autoSpaceDE w:val="0"/>
        <w:autoSpaceDN w:val="0"/>
        <w:spacing w:after="0" w:line="240" w:lineRule="auto"/>
        <w:rPr>
          <w:lang w:val="ru-RU"/>
        </w:rPr>
      </w:pPr>
    </w:p>
    <w:tbl>
      <w:tblPr>
        <w:tblW w:w="10631" w:type="dxa"/>
        <w:tblInd w:w="6" w:type="dxa"/>
        <w:tblLayout w:type="fixed"/>
        <w:tblLook w:val="04A0" w:firstRow="1" w:lastRow="0" w:firstColumn="1" w:lastColumn="0" w:noHBand="0" w:noVBand="1"/>
      </w:tblPr>
      <w:tblGrid>
        <w:gridCol w:w="576"/>
        <w:gridCol w:w="4526"/>
        <w:gridCol w:w="851"/>
        <w:gridCol w:w="1276"/>
        <w:gridCol w:w="708"/>
        <w:gridCol w:w="789"/>
        <w:gridCol w:w="1905"/>
      </w:tblGrid>
      <w:tr w:rsidR="00054DE3" w:rsidTr="003F77D3">
        <w:trPr>
          <w:trHeight w:hRule="exact" w:val="141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1153C6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Родная страна и</w:t>
            </w:r>
            <w:r w:rsid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страна/страны изуч</w:t>
            </w:r>
            <w:r w:rsid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аемого языка. Их географическое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положение, столицы</w:t>
            </w:r>
            <w:r w:rsid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достопримечательности.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Достопримечательности Лондона. Тауэр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E45FD9" w:rsidRDefault="00E45FD9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 w:rsidR="003F77D3"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054DE3" w:rsidTr="003F77D3">
        <w:trPr>
          <w:trHeight w:hRule="exact" w:val="141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Родная страна и страны </w:t>
            </w:r>
            <w:r w:rsidR="001153C6"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изучаемого языка. Их географическое положение, столицы;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достопримечательности. </w:t>
            </w:r>
            <w:r w:rsidR="001153C6"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Достопримечательности Лондона. Биг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153C6"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Бэн.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E45FD9" w:rsidRDefault="00E45FD9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3.05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 w:rsidR="003F77D3"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054DE3" w:rsidTr="003F77D3">
        <w:trPr>
          <w:trHeight w:hRule="exact" w:val="11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3F77D3" w:rsidRDefault="001153C6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Родная страна </w:t>
            </w:r>
            <w:r w:rsid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страны изучаемого языка. Их географическое положение, столицы;</w:t>
            </w:r>
            <w:r w:rsid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достопримечательности.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Достопримечательности Москвы. Кремль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E45FD9" w:rsidRDefault="00E45FD9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3F77D3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</w:t>
            </w:r>
          </w:p>
        </w:tc>
      </w:tr>
      <w:tr w:rsidR="00054DE3" w:rsidTr="003F77D3">
        <w:trPr>
          <w:trHeight w:hRule="exact" w:val="140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языка. Их культурные особенности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(национальные праздники, традиции, обычаи).</w:t>
            </w:r>
            <w:r w:rsid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Национальные праздники Великобритании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1153C6" w:rsidP="003F77D3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054DE3" w:rsidP="003F77D3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Pr="00E45FD9" w:rsidRDefault="00E45FD9" w:rsidP="003F77D3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10.05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54DE3" w:rsidRDefault="003F77D3" w:rsidP="003F77D3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</w:t>
            </w:r>
          </w:p>
        </w:tc>
      </w:tr>
      <w:tr w:rsidR="003F77D3" w:rsidTr="003F77D3">
        <w:trPr>
          <w:trHeight w:hRule="exact" w:val="114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autoSpaceDE w:val="0"/>
              <w:autoSpaceDN w:val="0"/>
              <w:spacing w:after="0" w:line="240" w:lineRule="auto"/>
              <w:ind w:left="72"/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траны изучаемого языка. Их культурные особенности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(национальные праздники, традиции, обычаи).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Национальные праздники России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Письменный </w:t>
            </w:r>
            <w:r w:rsidRPr="003F77D3">
              <w:rPr>
                <w:lang w:val="ru-RU"/>
              </w:rPr>
              <w:br/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ь</w:t>
            </w:r>
          </w:p>
        </w:tc>
      </w:tr>
      <w:tr w:rsidR="003F77D3" w:rsidRPr="003F77D3" w:rsidTr="003F77D3">
        <w:trPr>
          <w:trHeight w:hRule="exact" w:val="14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страны изучаемого языка. Их культурные особенности </w:t>
            </w:r>
            <w:r w:rsidRPr="001153C6">
              <w:rPr>
                <w:lang w:val="ru-RU"/>
              </w:rPr>
              <w:br/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(национальные праздники, традиции, обычаи).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Традиции. Анализ домашнего чтения.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опрос</w:t>
            </w:r>
          </w:p>
        </w:tc>
      </w:tr>
      <w:tr w:rsidR="003F77D3" w:rsidTr="003F77D3">
        <w:trPr>
          <w:trHeight w:hRule="exact" w:val="8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96.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Мы думаем о каникулах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 </w:t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Письменный </w:t>
            </w:r>
            <w:r w:rsidRPr="003F77D3">
              <w:rPr>
                <w:lang w:val="ru-RU"/>
              </w:rPr>
              <w:br/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ь</w:t>
            </w:r>
          </w:p>
        </w:tc>
      </w:tr>
      <w:tr w:rsidR="003F77D3" w:rsidTr="003F77D3">
        <w:trPr>
          <w:trHeight w:hRule="exact" w:val="84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Отдых зимой и летом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Tr="003F77D3">
        <w:trPr>
          <w:trHeight w:hRule="exact" w:val="54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Лето в деревне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</w:t>
            </w:r>
          </w:p>
        </w:tc>
      </w:tr>
      <w:tr w:rsidR="003F77D3" w:rsidTr="003F77D3">
        <w:trPr>
          <w:trHeight w:hRule="exact" w:val="5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3F77D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 летнем лагере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</w:t>
            </w:r>
          </w:p>
        </w:tc>
      </w:tr>
      <w:tr w:rsidR="003F77D3" w:rsidRPr="003F77D3" w:rsidTr="003F77D3">
        <w:trPr>
          <w:trHeight w:hRule="exact" w:val="56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jc w:val="center"/>
              <w:rPr>
                <w:b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</w:rPr>
              <w:t>100.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3F77D3">
            <w:pPr>
              <w:tabs>
                <w:tab w:val="left" w:pos="576"/>
              </w:tabs>
              <w:autoSpaceDE w:val="0"/>
              <w:autoSpaceDN w:val="0"/>
              <w:spacing w:after="0" w:line="240" w:lineRule="auto"/>
              <w:ind w:right="576"/>
              <w:rPr>
                <w:b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Итоговая контрольная работа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b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/>
              <w:rPr>
                <w:b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b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b/>
                <w:lang w:val="ru-RU"/>
              </w:rPr>
            </w:pPr>
            <w:r w:rsidRPr="003F77D3">
              <w:rPr>
                <w:b/>
                <w:lang w:val="ru-RU"/>
              </w:rPr>
              <w:t>24.05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 w:right="288"/>
              <w:rPr>
                <w:b/>
              </w:rPr>
            </w:pPr>
            <w:r w:rsidRPr="003F77D3"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Контрольная работа</w:t>
            </w:r>
          </w:p>
        </w:tc>
      </w:tr>
      <w:tr w:rsidR="003F77D3" w:rsidRPr="003F77D3" w:rsidTr="003F77D3">
        <w:trPr>
          <w:trHeight w:hRule="exact" w:val="8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3F77D3">
            <w:pPr>
              <w:autoSpaceDE w:val="0"/>
              <w:autoSpaceDN w:val="0"/>
              <w:spacing w:after="0" w:line="240" w:lineRule="auto"/>
              <w:ind w:hanging="10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Каникулы в различное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время года. Мои планы на каникулы. Проектная </w:t>
            </w: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деятельность.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spacing w:line="240" w:lineRule="auto"/>
              <w:rPr>
                <w:lang w:val="ru-RU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Письменный </w:t>
            </w:r>
            <w:r w:rsidRPr="003F77D3">
              <w:rPr>
                <w:lang w:val="ru-RU"/>
              </w:rPr>
              <w:br/>
            </w: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</w:t>
            </w:r>
          </w:p>
        </w:tc>
      </w:tr>
      <w:tr w:rsidR="003F77D3" w:rsidTr="003F77D3">
        <w:trPr>
          <w:trHeight w:hRule="exact" w:val="98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3F77D3" w:rsidRDefault="003F77D3" w:rsidP="00EB0BAF">
            <w:pPr>
              <w:autoSpaceDE w:val="0"/>
              <w:autoSpaceDN w:val="0"/>
              <w:spacing w:after="0" w:line="240" w:lineRule="auto"/>
              <w:jc w:val="center"/>
              <w:rPr>
                <w:lang w:val="ru-RU"/>
              </w:rPr>
            </w:pPr>
            <w:r w:rsidRPr="003F77D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102.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3F77D3">
            <w:pPr>
              <w:autoSpaceDE w:val="0"/>
              <w:autoSpaceDN w:val="0"/>
              <w:spacing w:after="0" w:line="240" w:lineRule="auto"/>
              <w:ind w:right="144"/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Виды отдыха. Лето у моря.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Обобщение.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spacing w:line="240" w:lineRule="auto"/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E45FD9" w:rsidRDefault="003F77D3" w:rsidP="00EB0BAF">
            <w:pPr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29.05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</w:t>
            </w:r>
          </w:p>
        </w:tc>
      </w:tr>
      <w:tr w:rsidR="003F77D3" w:rsidTr="003F77D3">
        <w:trPr>
          <w:trHeight w:hRule="exact" w:val="808"/>
        </w:trPr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Pr="001153C6" w:rsidRDefault="003F77D3" w:rsidP="00EB0BAF">
            <w:pPr>
              <w:autoSpaceDE w:val="0"/>
              <w:autoSpaceDN w:val="0"/>
              <w:spacing w:after="0" w:line="240" w:lineRule="auto"/>
              <w:ind w:left="72" w:right="576"/>
              <w:rPr>
                <w:lang w:val="ru-RU"/>
              </w:rPr>
            </w:pPr>
            <w:r w:rsidRPr="001153C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77D3" w:rsidRDefault="003F77D3" w:rsidP="00EB0BAF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</w:tr>
    </w:tbl>
    <w:p w:rsidR="00054DE3" w:rsidRDefault="00054DE3" w:rsidP="003F77D3">
      <w:pPr>
        <w:autoSpaceDE w:val="0"/>
        <w:autoSpaceDN w:val="0"/>
        <w:spacing w:after="0" w:line="240" w:lineRule="auto"/>
      </w:pPr>
    </w:p>
    <w:p w:rsidR="00054DE3" w:rsidRDefault="00054DE3" w:rsidP="003F77D3">
      <w:pPr>
        <w:spacing w:line="240" w:lineRule="auto"/>
        <w:sectPr w:rsidR="00054DE3">
          <w:pgSz w:w="11900" w:h="16840"/>
          <w:pgMar w:top="284" w:right="650" w:bottom="135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54DE3" w:rsidRDefault="00054DE3" w:rsidP="003F77D3">
      <w:pPr>
        <w:autoSpaceDE w:val="0"/>
        <w:autoSpaceDN w:val="0"/>
        <w:spacing w:after="66" w:line="240" w:lineRule="auto"/>
      </w:pPr>
    </w:p>
    <w:p w:rsidR="00054DE3" w:rsidRDefault="00054DE3" w:rsidP="003F77D3">
      <w:pPr>
        <w:autoSpaceDE w:val="0"/>
        <w:autoSpaceDN w:val="0"/>
        <w:spacing w:after="0" w:line="240" w:lineRule="auto"/>
      </w:pPr>
    </w:p>
    <w:p w:rsidR="00054DE3" w:rsidRPr="003F77D3" w:rsidRDefault="001153C6">
      <w:pPr>
        <w:autoSpaceDE w:val="0"/>
        <w:autoSpaceDN w:val="0"/>
        <w:spacing w:after="0" w:line="230" w:lineRule="auto"/>
        <w:rPr>
          <w:lang w:val="ru-RU"/>
        </w:rPr>
      </w:pPr>
      <w:r w:rsidRPr="003F77D3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УЧЕБНО-МЕТОДИЧЕСКОЕ ОБЕСПЕЧЕНИЕ ОБРАЗОВАТЕЛЬНОГО ПРОЦЕССА </w:t>
      </w:r>
    </w:p>
    <w:p w:rsidR="00054DE3" w:rsidRPr="003F77D3" w:rsidRDefault="001153C6">
      <w:pPr>
        <w:autoSpaceDE w:val="0"/>
        <w:autoSpaceDN w:val="0"/>
        <w:spacing w:before="346" w:after="0" w:line="230" w:lineRule="auto"/>
        <w:rPr>
          <w:lang w:val="ru-RU"/>
        </w:rPr>
      </w:pPr>
      <w:r w:rsidRPr="003F77D3">
        <w:rPr>
          <w:rFonts w:ascii="Times New Roman" w:eastAsia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054DE3" w:rsidRPr="001153C6" w:rsidRDefault="001153C6">
      <w:pPr>
        <w:autoSpaceDE w:val="0"/>
        <w:autoSpaceDN w:val="0"/>
        <w:spacing w:before="166" w:after="0" w:line="271" w:lineRule="auto"/>
        <w:ind w:right="72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Ваулина Ю.Е., Дули Д., Подоляко О.Е. и другие. Английский язык. 5 класс. АО «Издательство«Просвещение»;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Введите свой вариант:</w:t>
      </w:r>
    </w:p>
    <w:p w:rsidR="00054DE3" w:rsidRPr="001153C6" w:rsidRDefault="001153C6">
      <w:pPr>
        <w:autoSpaceDE w:val="0"/>
        <w:autoSpaceDN w:val="0"/>
        <w:spacing w:before="262" w:after="0" w:line="230" w:lineRule="auto"/>
        <w:rPr>
          <w:lang w:val="ru-RU"/>
        </w:rPr>
      </w:pP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054DE3" w:rsidRPr="001153C6" w:rsidRDefault="001153C6">
      <w:pPr>
        <w:autoSpaceDE w:val="0"/>
        <w:autoSpaceDN w:val="0"/>
        <w:spacing w:before="166" w:after="0" w:line="271" w:lineRule="auto"/>
        <w:ind w:right="144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1. УМК «Английский в фокусе» (</w:t>
      </w:r>
      <w:r>
        <w:rPr>
          <w:rFonts w:ascii="Times New Roman" w:eastAsia="Times New Roman" w:hAnsi="Times New Roman"/>
          <w:color w:val="000000"/>
          <w:sz w:val="24"/>
        </w:rPr>
        <w:t>Spotlight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). – М.: </w:t>
      </w:r>
      <w:r>
        <w:rPr>
          <w:rFonts w:ascii="Times New Roman" w:eastAsia="Times New Roman" w:hAnsi="Times New Roman"/>
          <w:color w:val="000000"/>
          <w:sz w:val="24"/>
        </w:rPr>
        <w:t>Express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Publishing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: «Просвещение»; учебник: Английский язык. 5 класс для общеобразовательных организаций/Ю.Е. Ваулина, Д. Дули, В. Эванс –М.: </w:t>
      </w:r>
      <w:r>
        <w:rPr>
          <w:rFonts w:ascii="Times New Roman" w:eastAsia="Times New Roman" w:hAnsi="Times New Roman"/>
          <w:color w:val="000000"/>
          <w:sz w:val="24"/>
        </w:rPr>
        <w:t>Express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Publishing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: Просвещение, 2020.</w:t>
      </w:r>
    </w:p>
    <w:p w:rsidR="00054DE3" w:rsidRPr="001153C6" w:rsidRDefault="001153C6">
      <w:pPr>
        <w:autoSpaceDE w:val="0"/>
        <w:autoSpaceDN w:val="0"/>
        <w:spacing w:before="72" w:after="0" w:line="286" w:lineRule="auto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2. </w:t>
      </w:r>
      <w:r>
        <w:rPr>
          <w:rFonts w:ascii="Times New Roman" w:eastAsia="Times New Roman" w:hAnsi="Times New Roman"/>
          <w:color w:val="000000"/>
          <w:sz w:val="24"/>
        </w:rPr>
        <w:t>Spotlight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5. </w:t>
      </w:r>
      <w:r>
        <w:rPr>
          <w:rFonts w:ascii="Times New Roman" w:eastAsia="Times New Roman" w:hAnsi="Times New Roman"/>
          <w:color w:val="000000"/>
          <w:sz w:val="24"/>
        </w:rPr>
        <w:t>Teacher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'</w:t>
      </w:r>
      <w:r>
        <w:rPr>
          <w:rFonts w:ascii="Times New Roman" w:eastAsia="Times New Roman" w:hAnsi="Times New Roman"/>
          <w:color w:val="000000"/>
          <w:sz w:val="24"/>
        </w:rPr>
        <w:t>s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book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/ Английский в фокусе 5 класс. Книга для учителя. Ваулина Ю.Е., Дули Дженни, Подоляко О.Е., Эванс В. (2018)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3. </w:t>
      </w:r>
      <w:r>
        <w:rPr>
          <w:rFonts w:ascii="Times New Roman" w:eastAsia="Times New Roman" w:hAnsi="Times New Roman"/>
          <w:color w:val="000000"/>
          <w:sz w:val="24"/>
        </w:rPr>
        <w:t>Spotlight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5 (Английский в фокусе 5 класс). </w:t>
      </w:r>
      <w:r>
        <w:rPr>
          <w:rFonts w:ascii="Times New Roman" w:eastAsia="Times New Roman" w:hAnsi="Times New Roman"/>
          <w:color w:val="000000"/>
          <w:sz w:val="24"/>
        </w:rPr>
        <w:t>Test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Booklet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(Контрольные задания). Ваулина Ю.Е., Дули Дженни, Подоляко О.Е., Эванс В. (2019) (+</w:t>
      </w:r>
      <w:r>
        <w:rPr>
          <w:rFonts w:ascii="Times New Roman" w:eastAsia="Times New Roman" w:hAnsi="Times New Roman"/>
          <w:color w:val="000000"/>
          <w:sz w:val="24"/>
        </w:rPr>
        <w:t>audio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)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4. </w:t>
      </w:r>
      <w:r>
        <w:rPr>
          <w:rFonts w:ascii="Times New Roman" w:eastAsia="Times New Roman" w:hAnsi="Times New Roman"/>
          <w:color w:val="000000"/>
          <w:sz w:val="24"/>
        </w:rPr>
        <w:t>Spotlight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5 (Английский в фокусе 5 класс). </w:t>
      </w:r>
      <w:r>
        <w:rPr>
          <w:rFonts w:ascii="Times New Roman" w:eastAsia="Times New Roman" w:hAnsi="Times New Roman"/>
          <w:color w:val="000000"/>
          <w:sz w:val="24"/>
        </w:rPr>
        <w:t>My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language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Portfolio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(Мой языковой портфель). Ваулина Ю.Е., Дули Дженни, Подоляко О.Е., Эванс В. (2017)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5. Поурочные разработки по английскому языку к УМК Ю.Е.Ваулиной, Дж.Дули и др. (</w:t>
      </w:r>
      <w:r>
        <w:rPr>
          <w:rFonts w:ascii="Times New Roman" w:eastAsia="Times New Roman" w:hAnsi="Times New Roman"/>
          <w:color w:val="000000"/>
          <w:sz w:val="24"/>
        </w:rPr>
        <w:t>Spotlight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5). 5 класс. Наговицына О.В. (2019)</w:t>
      </w:r>
    </w:p>
    <w:p w:rsidR="00054DE3" w:rsidRPr="001153C6" w:rsidRDefault="001153C6">
      <w:pPr>
        <w:autoSpaceDE w:val="0"/>
        <w:autoSpaceDN w:val="0"/>
        <w:spacing w:before="262" w:after="0" w:line="230" w:lineRule="auto"/>
        <w:rPr>
          <w:lang w:val="ru-RU"/>
        </w:rPr>
      </w:pP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054DE3" w:rsidRPr="001153C6" w:rsidRDefault="001153C6">
      <w:pPr>
        <w:autoSpaceDE w:val="0"/>
        <w:autoSpaceDN w:val="0"/>
        <w:spacing w:before="166" w:after="0" w:line="271" w:lineRule="auto"/>
        <w:ind w:right="72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аудиозаписи к УМК, видео </w:t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skysmart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библиотека МЭШ-сборник упражнений к учебнику английского языка </w:t>
      </w:r>
      <w:r>
        <w:rPr>
          <w:rFonts w:ascii="Times New Roman" w:eastAsia="Times New Roman" w:hAnsi="Times New Roman"/>
          <w:color w:val="000000"/>
          <w:sz w:val="24"/>
        </w:rPr>
        <w:t>Spotlight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5 (</w:t>
      </w:r>
      <w:r>
        <w:rPr>
          <w:rFonts w:ascii="Times New Roman" w:eastAsia="Times New Roman" w:hAnsi="Times New Roman"/>
          <w:color w:val="000000"/>
          <w:sz w:val="24"/>
        </w:rPr>
        <w:t>Module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1-10) </w:t>
      </w:r>
      <w:r>
        <w:rPr>
          <w:rFonts w:ascii="Times New Roman" w:eastAsia="Times New Roman" w:hAnsi="Times New Roman"/>
          <w:color w:val="000000"/>
          <w:sz w:val="24"/>
        </w:rPr>
        <w:t>mos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</w:p>
    <w:p w:rsidR="00054DE3" w:rsidRPr="001153C6" w:rsidRDefault="00054DE3">
      <w:pPr>
        <w:rPr>
          <w:lang w:val="ru-RU"/>
        </w:rPr>
        <w:sectPr w:rsidR="00054DE3" w:rsidRPr="001153C6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54DE3" w:rsidRPr="001153C6" w:rsidRDefault="00054DE3">
      <w:pPr>
        <w:autoSpaceDE w:val="0"/>
        <w:autoSpaceDN w:val="0"/>
        <w:spacing w:after="78" w:line="220" w:lineRule="exact"/>
        <w:rPr>
          <w:lang w:val="ru-RU"/>
        </w:rPr>
      </w:pPr>
    </w:p>
    <w:p w:rsidR="00054DE3" w:rsidRPr="001153C6" w:rsidRDefault="001153C6">
      <w:pPr>
        <w:autoSpaceDE w:val="0"/>
        <w:autoSpaceDN w:val="0"/>
        <w:spacing w:after="0" w:line="230" w:lineRule="auto"/>
        <w:rPr>
          <w:lang w:val="ru-RU"/>
        </w:rPr>
      </w:pP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>МАТЕРИАЛЬНО-ТЕХНИЧЕСКОЕ ОБЕСПЕЧЕНИЕ ОБРАЗОВАТЕЛЬНОГО ПРОЦЕССА</w:t>
      </w:r>
    </w:p>
    <w:p w:rsidR="00054DE3" w:rsidRPr="001153C6" w:rsidRDefault="001153C6">
      <w:pPr>
        <w:autoSpaceDE w:val="0"/>
        <w:autoSpaceDN w:val="0"/>
        <w:spacing w:before="346" w:after="0" w:line="230" w:lineRule="auto"/>
        <w:rPr>
          <w:lang w:val="ru-RU"/>
        </w:rPr>
      </w:pPr>
      <w:r w:rsidRPr="001153C6">
        <w:rPr>
          <w:rFonts w:ascii="Times New Roman" w:eastAsia="Times New Roman" w:hAnsi="Times New Roman"/>
          <w:b/>
          <w:color w:val="000000"/>
          <w:sz w:val="24"/>
          <w:lang w:val="ru-RU"/>
        </w:rPr>
        <w:t>УЧЕБНОЕ ОБОРУДОВАНИЕ</w:t>
      </w:r>
    </w:p>
    <w:p w:rsidR="00054DE3" w:rsidRPr="001153C6" w:rsidRDefault="001153C6">
      <w:pPr>
        <w:autoSpaceDE w:val="0"/>
        <w:autoSpaceDN w:val="0"/>
        <w:spacing w:before="166" w:after="0" w:line="288" w:lineRule="auto"/>
        <w:ind w:right="3600"/>
        <w:rPr>
          <w:lang w:val="ru-RU"/>
        </w:rPr>
      </w:pP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Учебно-методическая и справочная литература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1. Справочники. Программы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3. Методические и учебные пособия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4. Рабочие тетради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5. Дидактический и раздаточный материал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6. Таблицы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7. Учебники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8. Карточки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9. Папки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10. Стенды (постоянные) И Стенды (обновляемые)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11. Литература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Цифровые и электронные образовательные ресурсы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1. </w:t>
      </w:r>
      <w:r>
        <w:rPr>
          <w:rFonts w:ascii="Times New Roman" w:eastAsia="Times New Roman" w:hAnsi="Times New Roman"/>
          <w:color w:val="000000"/>
          <w:sz w:val="24"/>
        </w:rPr>
        <w:t>CD</w:t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 диски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2. Компьютер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3. Электронная доска/магнитная доска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4. Фонотека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5. Инструкции по технике безопасности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 xml:space="preserve">6. Инструкции по пожарной безопасности </w:t>
      </w:r>
      <w:r w:rsidRPr="001153C6">
        <w:rPr>
          <w:lang w:val="ru-RU"/>
        </w:rPr>
        <w:br/>
      </w:r>
      <w:r w:rsidRPr="001153C6">
        <w:rPr>
          <w:rFonts w:ascii="Times New Roman" w:eastAsia="Times New Roman" w:hAnsi="Times New Roman"/>
          <w:color w:val="000000"/>
          <w:sz w:val="24"/>
          <w:lang w:val="ru-RU"/>
        </w:rPr>
        <w:t>7. Инструкции по правилам безопасности для учащихся в кабинете</w:t>
      </w:r>
    </w:p>
    <w:p w:rsidR="00054DE3" w:rsidRDefault="001153C6">
      <w:pPr>
        <w:autoSpaceDE w:val="0"/>
        <w:autoSpaceDN w:val="0"/>
        <w:spacing w:before="262"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ОБОРУДОВАНИЕ ДЛЯ ПРОВЕДЕНИЯ ПРАКТИЧЕСКИХ РАБОТ</w:t>
      </w:r>
    </w:p>
    <w:p w:rsidR="00054DE3" w:rsidRDefault="00054DE3">
      <w:pPr>
        <w:sectPr w:rsidR="00054DE3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1153C6" w:rsidRDefault="001153C6"/>
    <w:sectPr w:rsidR="001153C6" w:rsidSect="00034616">
      <w:pgSz w:w="11900" w:h="16840"/>
      <w:pgMar w:top="1440" w:right="1440" w:bottom="1440" w:left="1440" w:header="720" w:footer="720" w:gutter="0"/>
      <w:cols w:space="720" w:equalWidth="0">
        <w:col w:w="10584" w:space="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5F8" w:rsidRDefault="007875F8" w:rsidP="003F77D3">
      <w:pPr>
        <w:spacing w:after="0" w:line="240" w:lineRule="auto"/>
      </w:pPr>
      <w:r>
        <w:separator/>
      </w:r>
    </w:p>
  </w:endnote>
  <w:endnote w:type="continuationSeparator" w:id="0">
    <w:p w:rsidR="007875F8" w:rsidRDefault="007875F8" w:rsidP="003F7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5F8" w:rsidRDefault="007875F8" w:rsidP="003F77D3">
      <w:pPr>
        <w:spacing w:after="0" w:line="240" w:lineRule="auto"/>
      </w:pPr>
      <w:r>
        <w:separator/>
      </w:r>
    </w:p>
  </w:footnote>
  <w:footnote w:type="continuationSeparator" w:id="0">
    <w:p w:rsidR="007875F8" w:rsidRDefault="007875F8" w:rsidP="003F77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4DE3"/>
    <w:rsid w:val="0006063C"/>
    <w:rsid w:val="001153C6"/>
    <w:rsid w:val="00115D03"/>
    <w:rsid w:val="0015074B"/>
    <w:rsid w:val="0029263B"/>
    <w:rsid w:val="0029639D"/>
    <w:rsid w:val="00326F90"/>
    <w:rsid w:val="00331BBE"/>
    <w:rsid w:val="003F77D3"/>
    <w:rsid w:val="0054110D"/>
    <w:rsid w:val="007875F8"/>
    <w:rsid w:val="00AA1D8D"/>
    <w:rsid w:val="00B47730"/>
    <w:rsid w:val="00B87B0E"/>
    <w:rsid w:val="00B90DDA"/>
    <w:rsid w:val="00CB0664"/>
    <w:rsid w:val="00D34337"/>
    <w:rsid w:val="00DF6671"/>
    <w:rsid w:val="00E165E5"/>
    <w:rsid w:val="00E45FD9"/>
    <w:rsid w:val="00FC3B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1A81BDB-050F-4C01-AFCF-20CE0C578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52EEEB-1C7A-42BB-B89D-8EE664F6B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9133</Words>
  <Characters>52060</Characters>
  <Application>Microsoft Office Word</Application>
  <DocSecurity>0</DocSecurity>
  <Lines>433</Lines>
  <Paragraphs>122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61071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КАТЯ</cp:lastModifiedBy>
  <cp:revision>4</cp:revision>
  <dcterms:created xsi:type="dcterms:W3CDTF">2022-09-13T21:32:00Z</dcterms:created>
  <dcterms:modified xsi:type="dcterms:W3CDTF">2022-11-29T12:54:00Z</dcterms:modified>
  <cp:category/>
</cp:coreProperties>
</file>