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BD9E9" w14:textId="77777777" w:rsidR="000D69A9" w:rsidRPr="0038302C" w:rsidRDefault="0038302C">
      <w:pPr>
        <w:pStyle w:val="1"/>
        <w:rPr>
          <w:rFonts w:ascii="Times New Roman" w:hAnsi="Times New Roman" w:cs="Times New Roman"/>
          <w:color w:val="auto"/>
          <w:lang w:val="ru-RU"/>
        </w:rPr>
      </w:pPr>
      <w:r w:rsidRPr="0038302C">
        <w:rPr>
          <w:rFonts w:ascii="Times New Roman" w:hAnsi="Times New Roman" w:cs="Times New Roman"/>
          <w:color w:val="auto"/>
          <w:lang w:val="ru-RU"/>
        </w:rPr>
        <w:t>Тест по физической культуре: Лёгкая атлетика (8–9 класс)</w:t>
      </w:r>
    </w:p>
    <w:p w14:paraId="3A63AA0B" w14:textId="77777777" w:rsidR="000D69A9" w:rsidRPr="0038302C" w:rsidRDefault="0038302C">
      <w:pPr>
        <w:pStyle w:val="21"/>
        <w:rPr>
          <w:rFonts w:ascii="Times New Roman" w:hAnsi="Times New Roman" w:cs="Times New Roman"/>
          <w:color w:val="auto"/>
          <w:lang w:val="ru-RU"/>
        </w:rPr>
      </w:pPr>
      <w:r w:rsidRPr="0038302C">
        <w:rPr>
          <w:rFonts w:ascii="Times New Roman" w:hAnsi="Times New Roman" w:cs="Times New Roman"/>
          <w:color w:val="auto"/>
          <w:lang w:val="ru-RU"/>
        </w:rPr>
        <w:t>Аннотация</w:t>
      </w:r>
    </w:p>
    <w:p w14:paraId="1C7F3F24" w14:textId="50444BC3" w:rsidR="000D69A9" w:rsidRPr="0038302C" w:rsidRDefault="0038302C" w:rsidP="0038302C">
      <w:pPr>
        <w:spacing w:after="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   </w:t>
      </w:r>
      <w:r w:rsidRPr="0038302C">
        <w:rPr>
          <w:rFonts w:ascii="Times New Roman" w:hAnsi="Times New Roman" w:cs="Times New Roman"/>
          <w:lang w:val="ru-RU"/>
        </w:rPr>
        <w:t>Данный тест предназначен для проверки знаний учащихся по теме "Лёгкая атлетика", изучаемой в рамках школьной программы по физической культуре в 8–9 классах.</w:t>
      </w:r>
      <w:r w:rsidRPr="0038302C">
        <w:rPr>
          <w:rFonts w:ascii="Times New Roman" w:hAnsi="Times New Roman" w:cs="Times New Roman"/>
          <w:lang w:val="ru-RU"/>
        </w:rPr>
        <w:br/>
      </w:r>
      <w:r>
        <w:rPr>
          <w:rFonts w:ascii="Times New Roman" w:hAnsi="Times New Roman" w:cs="Times New Roman"/>
          <w:lang w:val="ru-RU"/>
        </w:rPr>
        <w:t xml:space="preserve">         </w:t>
      </w:r>
      <w:r w:rsidRPr="0038302C">
        <w:rPr>
          <w:rFonts w:ascii="Times New Roman" w:hAnsi="Times New Roman" w:cs="Times New Roman"/>
          <w:lang w:val="ru-RU"/>
        </w:rPr>
        <w:t xml:space="preserve">В тест включены вопросы по </w:t>
      </w:r>
      <w:r w:rsidRPr="0038302C">
        <w:rPr>
          <w:rFonts w:ascii="Times New Roman" w:hAnsi="Times New Roman" w:cs="Times New Roman"/>
          <w:lang w:val="ru-RU"/>
        </w:rPr>
        <w:t>основным видам лёгкой атлетики: бег на различные дистанции, прыжки, метания и многоборье. Задания охватывают как теоретические знания (термины, правила, классификация дисциплин), так и элементы спортивной культуры (источники рекордов, специфика оборудовани</w:t>
      </w:r>
      <w:r w:rsidRPr="0038302C">
        <w:rPr>
          <w:rFonts w:ascii="Times New Roman" w:hAnsi="Times New Roman" w:cs="Times New Roman"/>
          <w:lang w:val="ru-RU"/>
        </w:rPr>
        <w:t>я и покрытия).</w:t>
      </w:r>
      <w:r w:rsidRPr="0038302C">
        <w:rPr>
          <w:rFonts w:ascii="Times New Roman" w:hAnsi="Times New Roman" w:cs="Times New Roman"/>
          <w:lang w:val="ru-RU"/>
        </w:rPr>
        <w:br/>
      </w:r>
      <w:r>
        <w:rPr>
          <w:rFonts w:ascii="Times New Roman" w:hAnsi="Times New Roman" w:cs="Times New Roman"/>
          <w:lang w:val="ru-RU"/>
        </w:rPr>
        <w:t xml:space="preserve">          </w:t>
      </w:r>
      <w:r w:rsidRPr="0038302C">
        <w:rPr>
          <w:rFonts w:ascii="Times New Roman" w:hAnsi="Times New Roman" w:cs="Times New Roman"/>
          <w:lang w:val="ru-RU"/>
        </w:rPr>
        <w:t>Тест способствует развитию интереса к занятиям лёгкой атлетикой, помогает систематизировать знания и подготовиться к зачетам или олимпиадам по физической культуре.</w:t>
      </w:r>
      <w:r w:rsidRPr="0038302C">
        <w:rPr>
          <w:rFonts w:ascii="Times New Roman" w:hAnsi="Times New Roman" w:cs="Times New Roman"/>
          <w:lang w:val="ru-RU"/>
        </w:rPr>
        <w:br/>
      </w:r>
      <w:r w:rsidRPr="0038302C">
        <w:rPr>
          <w:rFonts w:ascii="Times New Roman" w:hAnsi="Times New Roman" w:cs="Times New Roman"/>
          <w:lang w:val="ru-RU"/>
        </w:rPr>
        <w:t>Рекомендуется использовать в ходе текущего контроля, обобщения темы или при</w:t>
      </w:r>
      <w:r w:rsidRPr="0038302C">
        <w:rPr>
          <w:rFonts w:ascii="Times New Roman" w:hAnsi="Times New Roman" w:cs="Times New Roman"/>
          <w:lang w:val="ru-RU"/>
        </w:rPr>
        <w:t xml:space="preserve"> подготовке к итоговой аттестации.</w:t>
      </w:r>
    </w:p>
    <w:p w14:paraId="58A60512" w14:textId="77777777" w:rsidR="000D69A9" w:rsidRPr="0038302C" w:rsidRDefault="0038302C">
      <w:pPr>
        <w:pStyle w:val="21"/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Вопросы</w:t>
      </w:r>
    </w:p>
    <w:p w14:paraId="741D57D5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1. Что входит в основные дисциплины лёгкой атлетики?</w:t>
      </w:r>
      <w:r w:rsidRPr="0038302C">
        <w:rPr>
          <w:rFonts w:ascii="Times New Roman" w:hAnsi="Times New Roman" w:cs="Times New Roman"/>
          <w:lang w:val="ru-RU"/>
        </w:rPr>
        <w:br/>
        <w:t>а) Прыжки, метание, гимнастика</w:t>
      </w:r>
      <w:r w:rsidRPr="0038302C">
        <w:rPr>
          <w:rFonts w:ascii="Times New Roman" w:hAnsi="Times New Roman" w:cs="Times New Roman"/>
          <w:lang w:val="ru-RU"/>
        </w:rPr>
        <w:br/>
        <w:t>б) Бег, прыжки, метание</w:t>
      </w:r>
      <w:r w:rsidRPr="0038302C">
        <w:rPr>
          <w:rFonts w:ascii="Times New Roman" w:hAnsi="Times New Roman" w:cs="Times New Roman"/>
          <w:lang w:val="ru-RU"/>
        </w:rPr>
        <w:br/>
        <w:t>в) Плавание, бег, спортивная ходьба</w:t>
      </w:r>
      <w:r w:rsidRPr="0038302C">
        <w:rPr>
          <w:rFonts w:ascii="Times New Roman" w:hAnsi="Times New Roman" w:cs="Times New Roman"/>
          <w:lang w:val="ru-RU"/>
        </w:rPr>
        <w:br/>
        <w:t>г) Лыжные гонки, бег, метание</w:t>
      </w:r>
    </w:p>
    <w:p w14:paraId="24BF6D7B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2. Какая дистанция относится к спринтер</w:t>
      </w:r>
      <w:r w:rsidRPr="0038302C">
        <w:rPr>
          <w:rFonts w:ascii="Times New Roman" w:hAnsi="Times New Roman" w:cs="Times New Roman"/>
          <w:lang w:val="ru-RU"/>
        </w:rPr>
        <w:t>скому бегу?</w:t>
      </w:r>
      <w:r w:rsidRPr="0038302C">
        <w:rPr>
          <w:rFonts w:ascii="Times New Roman" w:hAnsi="Times New Roman" w:cs="Times New Roman"/>
          <w:lang w:val="ru-RU"/>
        </w:rPr>
        <w:br/>
        <w:t>а) 800 м</w:t>
      </w:r>
      <w:r w:rsidRPr="0038302C">
        <w:rPr>
          <w:rFonts w:ascii="Times New Roman" w:hAnsi="Times New Roman" w:cs="Times New Roman"/>
          <w:lang w:val="ru-RU"/>
        </w:rPr>
        <w:br/>
        <w:t>б) 3000 м</w:t>
      </w:r>
      <w:r w:rsidRPr="0038302C">
        <w:rPr>
          <w:rFonts w:ascii="Times New Roman" w:hAnsi="Times New Roman" w:cs="Times New Roman"/>
          <w:lang w:val="ru-RU"/>
        </w:rPr>
        <w:br/>
        <w:t>в) 100 м</w:t>
      </w:r>
      <w:r w:rsidRPr="0038302C">
        <w:rPr>
          <w:rFonts w:ascii="Times New Roman" w:hAnsi="Times New Roman" w:cs="Times New Roman"/>
          <w:lang w:val="ru-RU"/>
        </w:rPr>
        <w:br/>
        <w:t>г) 1500 м</w:t>
      </w:r>
    </w:p>
    <w:p w14:paraId="5ED7DF20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3. Как называется техника старта при коротких дистанциях?</w:t>
      </w:r>
      <w:r w:rsidRPr="0038302C">
        <w:rPr>
          <w:rFonts w:ascii="Times New Roman" w:hAnsi="Times New Roman" w:cs="Times New Roman"/>
          <w:lang w:val="ru-RU"/>
        </w:rPr>
        <w:br/>
        <w:t>а) Высокий старт</w:t>
      </w:r>
      <w:r w:rsidRPr="0038302C">
        <w:rPr>
          <w:rFonts w:ascii="Times New Roman" w:hAnsi="Times New Roman" w:cs="Times New Roman"/>
          <w:lang w:val="ru-RU"/>
        </w:rPr>
        <w:br/>
        <w:t>б) Низкий старт</w:t>
      </w:r>
      <w:r w:rsidRPr="0038302C">
        <w:rPr>
          <w:rFonts w:ascii="Times New Roman" w:hAnsi="Times New Roman" w:cs="Times New Roman"/>
          <w:lang w:val="ru-RU"/>
        </w:rPr>
        <w:br/>
        <w:t>в) Скольжение</w:t>
      </w:r>
      <w:r w:rsidRPr="0038302C">
        <w:rPr>
          <w:rFonts w:ascii="Times New Roman" w:hAnsi="Times New Roman" w:cs="Times New Roman"/>
          <w:lang w:val="ru-RU"/>
        </w:rPr>
        <w:br/>
        <w:t>г) Перешагивание</w:t>
      </w:r>
    </w:p>
    <w:p w14:paraId="1A97A77E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4. Что из перечисленного НЕ относится к метаниям в лёгкой атлетике?</w:t>
      </w:r>
      <w:r w:rsidRPr="0038302C">
        <w:rPr>
          <w:rFonts w:ascii="Times New Roman" w:hAnsi="Times New Roman" w:cs="Times New Roman"/>
          <w:lang w:val="ru-RU"/>
        </w:rPr>
        <w:br/>
        <w:t>а) Метание копья</w:t>
      </w:r>
      <w:r w:rsidRPr="0038302C">
        <w:rPr>
          <w:rFonts w:ascii="Times New Roman" w:hAnsi="Times New Roman" w:cs="Times New Roman"/>
          <w:lang w:val="ru-RU"/>
        </w:rPr>
        <w:br/>
        <w:t>б) Метание молота</w:t>
      </w:r>
      <w:r w:rsidRPr="0038302C">
        <w:rPr>
          <w:rFonts w:ascii="Times New Roman" w:hAnsi="Times New Roman" w:cs="Times New Roman"/>
          <w:lang w:val="ru-RU"/>
        </w:rPr>
        <w:br/>
        <w:t>в) Метание гири</w:t>
      </w:r>
      <w:r w:rsidRPr="0038302C">
        <w:rPr>
          <w:rFonts w:ascii="Times New Roman" w:hAnsi="Times New Roman" w:cs="Times New Roman"/>
          <w:lang w:val="ru-RU"/>
        </w:rPr>
        <w:br/>
        <w:t>г) Метание диска</w:t>
      </w:r>
    </w:p>
    <w:p w14:paraId="47015095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5. Какая из дисциплин относится к прыжкам в лёгкой атлетике?</w:t>
      </w:r>
      <w:r w:rsidRPr="0038302C">
        <w:rPr>
          <w:rFonts w:ascii="Times New Roman" w:hAnsi="Times New Roman" w:cs="Times New Roman"/>
          <w:lang w:val="ru-RU"/>
        </w:rPr>
        <w:br/>
        <w:t>а) Прыжки на скакалке</w:t>
      </w:r>
      <w:r w:rsidRPr="0038302C">
        <w:rPr>
          <w:rFonts w:ascii="Times New Roman" w:hAnsi="Times New Roman" w:cs="Times New Roman"/>
          <w:lang w:val="ru-RU"/>
        </w:rPr>
        <w:br/>
        <w:t>б) Прыжки в длину</w:t>
      </w:r>
      <w:r w:rsidRPr="0038302C">
        <w:rPr>
          <w:rFonts w:ascii="Times New Roman" w:hAnsi="Times New Roman" w:cs="Times New Roman"/>
          <w:lang w:val="ru-RU"/>
        </w:rPr>
        <w:br/>
        <w:t>в) Прыжки через козла</w:t>
      </w:r>
      <w:r w:rsidRPr="0038302C">
        <w:rPr>
          <w:rFonts w:ascii="Times New Roman" w:hAnsi="Times New Roman" w:cs="Times New Roman"/>
          <w:lang w:val="ru-RU"/>
        </w:rPr>
        <w:br/>
        <w:t>г) Прыжки с трамплина</w:t>
      </w:r>
    </w:p>
    <w:p w14:paraId="187D4CBB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6. С какой высоты начинается планка в прыжках в высоту у му</w:t>
      </w:r>
      <w:r w:rsidRPr="0038302C">
        <w:rPr>
          <w:rFonts w:ascii="Times New Roman" w:hAnsi="Times New Roman" w:cs="Times New Roman"/>
          <w:lang w:val="ru-RU"/>
        </w:rPr>
        <w:t>жчин на международных соревнованиях?</w:t>
      </w:r>
      <w:r w:rsidRPr="0038302C">
        <w:rPr>
          <w:rFonts w:ascii="Times New Roman" w:hAnsi="Times New Roman" w:cs="Times New Roman"/>
          <w:lang w:val="ru-RU"/>
        </w:rPr>
        <w:br/>
        <w:t>а) 1 м</w:t>
      </w:r>
      <w:r w:rsidRPr="0038302C">
        <w:rPr>
          <w:rFonts w:ascii="Times New Roman" w:hAnsi="Times New Roman" w:cs="Times New Roman"/>
          <w:lang w:val="ru-RU"/>
        </w:rPr>
        <w:br/>
        <w:t>б) 1,5 м</w:t>
      </w:r>
      <w:r w:rsidRPr="0038302C">
        <w:rPr>
          <w:rFonts w:ascii="Times New Roman" w:hAnsi="Times New Roman" w:cs="Times New Roman"/>
          <w:lang w:val="ru-RU"/>
        </w:rPr>
        <w:br/>
        <w:t>в) 2,0 м</w:t>
      </w:r>
      <w:r w:rsidRPr="0038302C">
        <w:rPr>
          <w:rFonts w:ascii="Times New Roman" w:hAnsi="Times New Roman" w:cs="Times New Roman"/>
          <w:lang w:val="ru-RU"/>
        </w:rPr>
        <w:br/>
        <w:t>г) 2,5 м</w:t>
      </w:r>
    </w:p>
    <w:p w14:paraId="19F56B4B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lastRenderedPageBreak/>
        <w:t>7. Как называется бег на 42 км 195 м?</w:t>
      </w:r>
      <w:r w:rsidRPr="0038302C">
        <w:rPr>
          <w:rFonts w:ascii="Times New Roman" w:hAnsi="Times New Roman" w:cs="Times New Roman"/>
          <w:lang w:val="ru-RU"/>
        </w:rPr>
        <w:br/>
        <w:t>а) Полумарафон</w:t>
      </w:r>
      <w:r w:rsidRPr="0038302C">
        <w:rPr>
          <w:rFonts w:ascii="Times New Roman" w:hAnsi="Times New Roman" w:cs="Times New Roman"/>
          <w:lang w:val="ru-RU"/>
        </w:rPr>
        <w:br/>
        <w:t>б) Спринт</w:t>
      </w:r>
      <w:r w:rsidRPr="0038302C">
        <w:rPr>
          <w:rFonts w:ascii="Times New Roman" w:hAnsi="Times New Roman" w:cs="Times New Roman"/>
          <w:lang w:val="ru-RU"/>
        </w:rPr>
        <w:br/>
        <w:t>в) Марафон</w:t>
      </w:r>
      <w:r w:rsidRPr="0038302C">
        <w:rPr>
          <w:rFonts w:ascii="Times New Roman" w:hAnsi="Times New Roman" w:cs="Times New Roman"/>
          <w:lang w:val="ru-RU"/>
        </w:rPr>
        <w:br/>
        <w:t>г) Кросс</w:t>
      </w:r>
    </w:p>
    <w:p w14:paraId="7721C90D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8. Кто устанавливает мировые рекорды в лёгкой атлетике?</w:t>
      </w:r>
      <w:r w:rsidRPr="0038302C">
        <w:rPr>
          <w:rFonts w:ascii="Times New Roman" w:hAnsi="Times New Roman" w:cs="Times New Roman"/>
          <w:lang w:val="ru-RU"/>
        </w:rPr>
        <w:br/>
        <w:t>а) МОК</w:t>
      </w:r>
      <w:r w:rsidRPr="0038302C">
        <w:rPr>
          <w:rFonts w:ascii="Times New Roman" w:hAnsi="Times New Roman" w:cs="Times New Roman"/>
          <w:lang w:val="ru-RU"/>
        </w:rPr>
        <w:br/>
        <w:t>б) ФИФА</w:t>
      </w:r>
      <w:r w:rsidRPr="0038302C">
        <w:rPr>
          <w:rFonts w:ascii="Times New Roman" w:hAnsi="Times New Roman" w:cs="Times New Roman"/>
          <w:lang w:val="ru-RU"/>
        </w:rPr>
        <w:br/>
        <w:t>в) ВФЛА</w:t>
      </w:r>
      <w:r w:rsidRPr="0038302C">
        <w:rPr>
          <w:rFonts w:ascii="Times New Roman" w:hAnsi="Times New Roman" w:cs="Times New Roman"/>
          <w:lang w:val="ru-RU"/>
        </w:rPr>
        <w:br/>
        <w:t xml:space="preserve">г) </w:t>
      </w:r>
      <w:r w:rsidRPr="0038302C">
        <w:rPr>
          <w:rFonts w:ascii="Times New Roman" w:hAnsi="Times New Roman" w:cs="Times New Roman"/>
        </w:rPr>
        <w:t>World</w:t>
      </w:r>
      <w:r w:rsidRPr="0038302C">
        <w:rPr>
          <w:rFonts w:ascii="Times New Roman" w:hAnsi="Times New Roman" w:cs="Times New Roman"/>
          <w:lang w:val="ru-RU"/>
        </w:rPr>
        <w:t xml:space="preserve"> </w:t>
      </w:r>
      <w:r w:rsidRPr="0038302C">
        <w:rPr>
          <w:rFonts w:ascii="Times New Roman" w:hAnsi="Times New Roman" w:cs="Times New Roman"/>
        </w:rPr>
        <w:t>Athletics</w:t>
      </w:r>
    </w:p>
    <w:p w14:paraId="662AE963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9. С</w:t>
      </w:r>
      <w:r w:rsidRPr="0038302C">
        <w:rPr>
          <w:rFonts w:ascii="Times New Roman" w:hAnsi="Times New Roman" w:cs="Times New Roman"/>
          <w:lang w:val="ru-RU"/>
        </w:rPr>
        <w:t>колько попыток даётся спортсмену в прыжках в длину на соревнованиях?</w:t>
      </w:r>
      <w:r w:rsidRPr="0038302C">
        <w:rPr>
          <w:rFonts w:ascii="Times New Roman" w:hAnsi="Times New Roman" w:cs="Times New Roman"/>
          <w:lang w:val="ru-RU"/>
        </w:rPr>
        <w:br/>
        <w:t>а) 1</w:t>
      </w:r>
      <w:r w:rsidRPr="0038302C">
        <w:rPr>
          <w:rFonts w:ascii="Times New Roman" w:hAnsi="Times New Roman" w:cs="Times New Roman"/>
          <w:lang w:val="ru-RU"/>
        </w:rPr>
        <w:br/>
        <w:t>б) 2</w:t>
      </w:r>
      <w:r w:rsidRPr="0038302C">
        <w:rPr>
          <w:rFonts w:ascii="Times New Roman" w:hAnsi="Times New Roman" w:cs="Times New Roman"/>
          <w:lang w:val="ru-RU"/>
        </w:rPr>
        <w:br/>
        <w:t>в) 3</w:t>
      </w:r>
      <w:r w:rsidRPr="0038302C">
        <w:rPr>
          <w:rFonts w:ascii="Times New Roman" w:hAnsi="Times New Roman" w:cs="Times New Roman"/>
          <w:lang w:val="ru-RU"/>
        </w:rPr>
        <w:br/>
        <w:t>г) 5</w:t>
      </w:r>
    </w:p>
    <w:p w14:paraId="174869F0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10. Как называется специальная дорожка, на которой проводят соревнования по бегу?</w:t>
      </w:r>
      <w:r w:rsidRPr="0038302C">
        <w:rPr>
          <w:rFonts w:ascii="Times New Roman" w:hAnsi="Times New Roman" w:cs="Times New Roman"/>
          <w:lang w:val="ru-RU"/>
        </w:rPr>
        <w:br/>
        <w:t>а) Линия старта</w:t>
      </w:r>
      <w:r w:rsidRPr="0038302C">
        <w:rPr>
          <w:rFonts w:ascii="Times New Roman" w:hAnsi="Times New Roman" w:cs="Times New Roman"/>
          <w:lang w:val="ru-RU"/>
        </w:rPr>
        <w:br/>
        <w:t>б) Манеж</w:t>
      </w:r>
      <w:r w:rsidRPr="0038302C">
        <w:rPr>
          <w:rFonts w:ascii="Times New Roman" w:hAnsi="Times New Roman" w:cs="Times New Roman"/>
          <w:lang w:val="ru-RU"/>
        </w:rPr>
        <w:br/>
        <w:t>в) Стадион</w:t>
      </w:r>
      <w:r w:rsidRPr="0038302C">
        <w:rPr>
          <w:rFonts w:ascii="Times New Roman" w:hAnsi="Times New Roman" w:cs="Times New Roman"/>
          <w:lang w:val="ru-RU"/>
        </w:rPr>
        <w:br/>
        <w:t>г) Беговая дорожка</w:t>
      </w:r>
    </w:p>
    <w:p w14:paraId="5014D00A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11. В каком виде лёгкой атлети</w:t>
      </w:r>
      <w:r w:rsidRPr="0038302C">
        <w:rPr>
          <w:rFonts w:ascii="Times New Roman" w:hAnsi="Times New Roman" w:cs="Times New Roman"/>
          <w:lang w:val="ru-RU"/>
        </w:rPr>
        <w:t>ки спортсмен выполняет вращения перед броском?</w:t>
      </w:r>
      <w:r w:rsidRPr="0038302C">
        <w:rPr>
          <w:rFonts w:ascii="Times New Roman" w:hAnsi="Times New Roman" w:cs="Times New Roman"/>
          <w:lang w:val="ru-RU"/>
        </w:rPr>
        <w:br/>
        <w:t>а) Метание диска</w:t>
      </w:r>
      <w:r w:rsidRPr="0038302C">
        <w:rPr>
          <w:rFonts w:ascii="Times New Roman" w:hAnsi="Times New Roman" w:cs="Times New Roman"/>
          <w:lang w:val="ru-RU"/>
        </w:rPr>
        <w:br/>
        <w:t>б) Метание копья</w:t>
      </w:r>
      <w:r w:rsidRPr="0038302C">
        <w:rPr>
          <w:rFonts w:ascii="Times New Roman" w:hAnsi="Times New Roman" w:cs="Times New Roman"/>
          <w:lang w:val="ru-RU"/>
        </w:rPr>
        <w:br/>
        <w:t>в) Прыжки в длину</w:t>
      </w:r>
      <w:r w:rsidRPr="0038302C">
        <w:rPr>
          <w:rFonts w:ascii="Times New Roman" w:hAnsi="Times New Roman" w:cs="Times New Roman"/>
          <w:lang w:val="ru-RU"/>
        </w:rPr>
        <w:br/>
        <w:t>г) Бег с барьерами</w:t>
      </w:r>
    </w:p>
    <w:p w14:paraId="497DDDC8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12. Какое покрытие чаще всего используется на современных беговых дорожках?</w:t>
      </w:r>
      <w:r w:rsidRPr="0038302C">
        <w:rPr>
          <w:rFonts w:ascii="Times New Roman" w:hAnsi="Times New Roman" w:cs="Times New Roman"/>
          <w:lang w:val="ru-RU"/>
        </w:rPr>
        <w:br/>
        <w:t>а) Земляное</w:t>
      </w:r>
      <w:r w:rsidRPr="0038302C">
        <w:rPr>
          <w:rFonts w:ascii="Times New Roman" w:hAnsi="Times New Roman" w:cs="Times New Roman"/>
          <w:lang w:val="ru-RU"/>
        </w:rPr>
        <w:br/>
        <w:t>б) Асфальт</w:t>
      </w:r>
      <w:r w:rsidRPr="0038302C">
        <w:rPr>
          <w:rFonts w:ascii="Times New Roman" w:hAnsi="Times New Roman" w:cs="Times New Roman"/>
          <w:lang w:val="ru-RU"/>
        </w:rPr>
        <w:br/>
        <w:t>в) Резиновое</w:t>
      </w:r>
      <w:r w:rsidRPr="0038302C">
        <w:rPr>
          <w:rFonts w:ascii="Times New Roman" w:hAnsi="Times New Roman" w:cs="Times New Roman"/>
          <w:lang w:val="ru-RU"/>
        </w:rPr>
        <w:br/>
        <w:t>г) Деревянное</w:t>
      </w:r>
    </w:p>
    <w:p w14:paraId="7CB22CCD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13. Что озна</w:t>
      </w:r>
      <w:r w:rsidRPr="0038302C">
        <w:rPr>
          <w:rFonts w:ascii="Times New Roman" w:hAnsi="Times New Roman" w:cs="Times New Roman"/>
          <w:lang w:val="ru-RU"/>
        </w:rPr>
        <w:t>чает 'техничный спортсмен'?</w:t>
      </w:r>
      <w:r w:rsidRPr="0038302C">
        <w:rPr>
          <w:rFonts w:ascii="Times New Roman" w:hAnsi="Times New Roman" w:cs="Times New Roman"/>
          <w:lang w:val="ru-RU"/>
        </w:rPr>
        <w:br/>
        <w:t>а) Сильный физически</w:t>
      </w:r>
      <w:r w:rsidRPr="0038302C">
        <w:rPr>
          <w:rFonts w:ascii="Times New Roman" w:hAnsi="Times New Roman" w:cs="Times New Roman"/>
          <w:lang w:val="ru-RU"/>
        </w:rPr>
        <w:br/>
        <w:t>б) Быстро бегающий</w:t>
      </w:r>
      <w:r w:rsidRPr="0038302C">
        <w:rPr>
          <w:rFonts w:ascii="Times New Roman" w:hAnsi="Times New Roman" w:cs="Times New Roman"/>
          <w:lang w:val="ru-RU"/>
        </w:rPr>
        <w:br/>
        <w:t>в) Имеющий хорошую технику выполнения упражнений</w:t>
      </w:r>
      <w:r w:rsidRPr="0038302C">
        <w:rPr>
          <w:rFonts w:ascii="Times New Roman" w:hAnsi="Times New Roman" w:cs="Times New Roman"/>
          <w:lang w:val="ru-RU"/>
        </w:rPr>
        <w:br/>
        <w:t>г) Любящий технику</w:t>
      </w:r>
    </w:p>
    <w:p w14:paraId="5A6DAAEF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14. Какая дисциплина объединяет бег, прыжки и метание?</w:t>
      </w:r>
      <w:r w:rsidRPr="0038302C">
        <w:rPr>
          <w:rFonts w:ascii="Times New Roman" w:hAnsi="Times New Roman" w:cs="Times New Roman"/>
          <w:lang w:val="ru-RU"/>
        </w:rPr>
        <w:br/>
        <w:t>а) Многоборье</w:t>
      </w:r>
      <w:r w:rsidRPr="0038302C">
        <w:rPr>
          <w:rFonts w:ascii="Times New Roman" w:hAnsi="Times New Roman" w:cs="Times New Roman"/>
          <w:lang w:val="ru-RU"/>
        </w:rPr>
        <w:br/>
        <w:t>б) Спринт</w:t>
      </w:r>
      <w:r w:rsidRPr="0038302C">
        <w:rPr>
          <w:rFonts w:ascii="Times New Roman" w:hAnsi="Times New Roman" w:cs="Times New Roman"/>
          <w:lang w:val="ru-RU"/>
        </w:rPr>
        <w:br/>
        <w:t>в) Триатлон</w:t>
      </w:r>
      <w:r w:rsidRPr="0038302C">
        <w:rPr>
          <w:rFonts w:ascii="Times New Roman" w:hAnsi="Times New Roman" w:cs="Times New Roman"/>
          <w:lang w:val="ru-RU"/>
        </w:rPr>
        <w:br/>
        <w:t>г) Акробатика</w:t>
      </w:r>
    </w:p>
    <w:p w14:paraId="3C437368" w14:textId="77777777" w:rsidR="000D69A9" w:rsidRPr="0038302C" w:rsidRDefault="0038302C">
      <w:pPr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15. Какое расст</w:t>
      </w:r>
      <w:r w:rsidRPr="0038302C">
        <w:rPr>
          <w:rFonts w:ascii="Times New Roman" w:hAnsi="Times New Roman" w:cs="Times New Roman"/>
          <w:lang w:val="ru-RU"/>
        </w:rPr>
        <w:t>ояние пробегают участники эстафеты 4×100 м?</w:t>
      </w:r>
      <w:r w:rsidRPr="0038302C">
        <w:rPr>
          <w:rFonts w:ascii="Times New Roman" w:hAnsi="Times New Roman" w:cs="Times New Roman"/>
          <w:lang w:val="ru-RU"/>
        </w:rPr>
        <w:br/>
        <w:t>а) 100 м</w:t>
      </w:r>
      <w:r w:rsidRPr="0038302C">
        <w:rPr>
          <w:rFonts w:ascii="Times New Roman" w:hAnsi="Times New Roman" w:cs="Times New Roman"/>
          <w:lang w:val="ru-RU"/>
        </w:rPr>
        <w:br/>
        <w:t>б) 200 м</w:t>
      </w:r>
      <w:r w:rsidRPr="0038302C">
        <w:rPr>
          <w:rFonts w:ascii="Times New Roman" w:hAnsi="Times New Roman" w:cs="Times New Roman"/>
          <w:lang w:val="ru-RU"/>
        </w:rPr>
        <w:br/>
      </w:r>
      <w:r w:rsidRPr="0038302C">
        <w:rPr>
          <w:rFonts w:ascii="Times New Roman" w:hAnsi="Times New Roman" w:cs="Times New Roman"/>
          <w:lang w:val="ru-RU"/>
        </w:rPr>
        <w:lastRenderedPageBreak/>
        <w:t>в) 400 м</w:t>
      </w:r>
      <w:r w:rsidRPr="0038302C">
        <w:rPr>
          <w:rFonts w:ascii="Times New Roman" w:hAnsi="Times New Roman" w:cs="Times New Roman"/>
          <w:lang w:val="ru-RU"/>
        </w:rPr>
        <w:br/>
        <w:t>г) 100 м каждый, всего 400 м</w:t>
      </w:r>
    </w:p>
    <w:p w14:paraId="02AF3BCB" w14:textId="77777777" w:rsidR="000D69A9" w:rsidRPr="0038302C" w:rsidRDefault="0038302C">
      <w:pPr>
        <w:pStyle w:val="21"/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Ответы</w:t>
      </w:r>
    </w:p>
    <w:p w14:paraId="17959A83" w14:textId="77777777" w:rsidR="000D69A9" w:rsidRPr="0038302C" w:rsidRDefault="0038302C" w:rsidP="0038302C">
      <w:pPr>
        <w:spacing w:after="0"/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1. б</w:t>
      </w:r>
    </w:p>
    <w:p w14:paraId="61555D2C" w14:textId="77777777" w:rsidR="000D69A9" w:rsidRPr="0038302C" w:rsidRDefault="0038302C" w:rsidP="0038302C">
      <w:pPr>
        <w:spacing w:after="0"/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2. в</w:t>
      </w:r>
    </w:p>
    <w:p w14:paraId="22E439B4" w14:textId="77777777" w:rsidR="000D69A9" w:rsidRPr="0038302C" w:rsidRDefault="0038302C" w:rsidP="0038302C">
      <w:pPr>
        <w:spacing w:after="0"/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3. б</w:t>
      </w:r>
    </w:p>
    <w:p w14:paraId="28866444" w14:textId="77777777" w:rsidR="000D69A9" w:rsidRPr="0038302C" w:rsidRDefault="0038302C" w:rsidP="0038302C">
      <w:pPr>
        <w:spacing w:after="0"/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4. в</w:t>
      </w:r>
    </w:p>
    <w:p w14:paraId="46C14F2F" w14:textId="77777777" w:rsidR="000D69A9" w:rsidRPr="0038302C" w:rsidRDefault="0038302C" w:rsidP="0038302C">
      <w:pPr>
        <w:spacing w:after="0"/>
        <w:rPr>
          <w:rFonts w:ascii="Times New Roman" w:hAnsi="Times New Roman" w:cs="Times New Roman"/>
          <w:lang w:val="ru-RU"/>
        </w:rPr>
      </w:pPr>
      <w:r w:rsidRPr="0038302C">
        <w:rPr>
          <w:rFonts w:ascii="Times New Roman" w:hAnsi="Times New Roman" w:cs="Times New Roman"/>
          <w:lang w:val="ru-RU"/>
        </w:rPr>
        <w:t>5. б</w:t>
      </w:r>
    </w:p>
    <w:p w14:paraId="010786AF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6. в</w:t>
      </w:r>
    </w:p>
    <w:p w14:paraId="18C69B6D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7. в</w:t>
      </w:r>
    </w:p>
    <w:p w14:paraId="164572C0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8. г</w:t>
      </w:r>
    </w:p>
    <w:p w14:paraId="0150000A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9. в</w:t>
      </w:r>
    </w:p>
    <w:p w14:paraId="751E3803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10. г</w:t>
      </w:r>
    </w:p>
    <w:p w14:paraId="2357D260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11. а</w:t>
      </w:r>
    </w:p>
    <w:p w14:paraId="7B2E7D45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12. в</w:t>
      </w:r>
    </w:p>
    <w:p w14:paraId="4188BC73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13. в</w:t>
      </w:r>
    </w:p>
    <w:p w14:paraId="35B24F56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14. а</w:t>
      </w:r>
    </w:p>
    <w:p w14:paraId="149A5BA1" w14:textId="77777777" w:rsidR="000D69A9" w:rsidRPr="0038302C" w:rsidRDefault="0038302C" w:rsidP="0038302C">
      <w:pPr>
        <w:spacing w:after="0"/>
        <w:rPr>
          <w:rFonts w:ascii="Times New Roman" w:hAnsi="Times New Roman" w:cs="Times New Roman"/>
        </w:rPr>
      </w:pPr>
      <w:r w:rsidRPr="0038302C">
        <w:rPr>
          <w:rFonts w:ascii="Times New Roman" w:hAnsi="Times New Roman" w:cs="Times New Roman"/>
        </w:rPr>
        <w:t>15. г</w:t>
      </w:r>
    </w:p>
    <w:sectPr w:rsidR="000D69A9" w:rsidRPr="0038302C" w:rsidSect="0038302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69A9"/>
    <w:rsid w:val="0015074B"/>
    <w:rsid w:val="0029639D"/>
    <w:rsid w:val="00326F90"/>
    <w:rsid w:val="0038302C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6A2235"/>
  <w14:defaultImageDpi w14:val="300"/>
  <w15:docId w15:val="{F50165FF-E8BE-4596-8CC0-85D4361D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Семья</cp:lastModifiedBy>
  <cp:revision>2</cp:revision>
  <dcterms:created xsi:type="dcterms:W3CDTF">2025-06-05T15:17:00Z</dcterms:created>
  <dcterms:modified xsi:type="dcterms:W3CDTF">2025-06-05T15:17:00Z</dcterms:modified>
  <cp:category/>
</cp:coreProperties>
</file>