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</w:rPr>
        <w:t>Конспект занятия по развитию речи в разновозрастной группе (3–7 лет)</w:t>
      </w:r>
    </w:p>
    <w:p>
      <w:pPr>
        <w:spacing w:after="120"/>
        <w:jc w:val="center"/>
      </w:pPr>
      <w:r>
        <w:rPr>
          <w:b/>
          <w:i w:val="0"/>
        </w:rPr>
        <w:t>Тема: «Как Чиполлино и его друзья попали в беду, а ребята их выручали»</w:t>
      </w:r>
    </w:p>
    <w:p>
      <w:pPr>
        <w:spacing w:after="120"/>
        <w:ind w:firstLine="709"/>
        <w:jc w:val="left"/>
      </w:pPr>
      <w:r>
        <w:rPr>
          <w:b/>
          <w:i w:val="0"/>
        </w:rPr>
        <w:t>Цели: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обогащать словарь детей за счёт расширения представлений об овощах и фруктах, об их пользе для организма человека;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через использование игровых приёмов на основе содержания знакомой сказки подвести детей к пониманию, что овощи, фрукты и ягоды содержат витамины и приносят одинаковую пользу организму человека;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развивать речевое творчество, учить детей придумывать новое название сказки.</w:t>
      </w:r>
    </w:p>
    <w:p>
      <w:pPr>
        <w:spacing w:after="120"/>
        <w:ind w:firstLine="709"/>
        <w:jc w:val="left"/>
      </w:pPr>
      <w:r>
        <w:rPr>
          <w:b/>
          <w:i w:val="0"/>
        </w:rPr>
        <w:t>Задачи: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Образовательные: активизировать и обогащать словарь по теме «Овощи, фрукты, ягоды» (витамины, огородник, урожай, полезный); учить отвечать на вопросы полными предложениями.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Развивающие: развивать связную речь, внимание, память, умение отгадывать загадки; развивать речевое творчество — придумывать варианты названий сказки.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Воспитательные: воспитывать желание заботиться о своём здоровье, помогать друзьям, доброе отношение к героям сказки.</w:t>
      </w:r>
    </w:p>
    <w:p>
      <w:pPr>
        <w:spacing w:after="120"/>
        <w:ind w:firstLine="709"/>
        <w:jc w:val="left"/>
      </w:pPr>
      <w:r>
        <w:rPr>
          <w:b/>
          <w:i w:val="0"/>
        </w:rPr>
        <w:t>Оборудование и материалы: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иллюстрации к сказке Джанни Родари «Приключения Чиполлино»;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игрушка или маска-шапочка Чиполлино;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муляжи (картинки) овощей и фруктов: лук, помидор, морковь, яблоко, груша, слива и др.;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две корзинки (для игры «Собери урожай»);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«чудесный мешочек»;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картинки «витаминной тарелки», волшебный сундучок с пазлом-обложкой книги.</w:t>
      </w:r>
    </w:p>
    <w:p>
      <w:pPr>
        <w:spacing w:after="120"/>
        <w:jc w:val="center"/>
      </w:pPr>
      <w:r>
        <w:rPr>
          <w:b/>
          <w:i w:val="0"/>
        </w:rPr>
        <w:t>Ход занятия</w:t>
      </w:r>
    </w:p>
    <w:p>
      <w:pPr>
        <w:spacing w:after="120"/>
        <w:ind w:firstLine="709"/>
        <w:jc w:val="left"/>
      </w:pPr>
      <w:r>
        <w:rPr>
          <w:b/>
          <w:i w:val="0"/>
        </w:rPr>
        <w:t>1. Организационный момент (3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Ребята, сегодня к нам в группу пришла посылка. Но она не простая — в ней спрятался герой сказки. Чтобы его увидеть, нужно отгадать загадку.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Сидит дед, во сто шуб одет, кто его раздевает, тот слёзы проливает. Кто это?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Дети. Это лук!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Правильно! (Достаёт игрушку Чиполлино.) Посмотрите, кто к нам пришёл! Это Чиполлино — мальчик-луковка из сказки Джанни Родари. Он почему-то грустный. Оказывается, с ним и его друзьями случилась беда! Хотите узнать, что произошло, и помочь им? Тогда слушайте.</w:t>
      </w:r>
    </w:p>
    <w:p>
      <w:pPr>
        <w:spacing w:after="120"/>
        <w:ind w:firstLine="709"/>
        <w:jc w:val="left"/>
      </w:pPr>
      <w:r>
        <w:rPr>
          <w:b/>
          <w:i w:val="0"/>
        </w:rPr>
        <w:t>2. Беседа по сказке (7–8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по иллюстрациям напоминает детям содержание знакомой сказки и ведёт беседу.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Вспомните, кто такие Чиполлино и его друзья? Как их звали?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Ответы детей. Чиполлино — луковка, его дедушка — Чиполлоне. Друзья — Вишенка, Редисочка, профессор Груша, синьор Помидор.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Правильно. А кто злодей в этой сказке?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Дети. Принц Лимон и его солдаты-лимоны.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Послушайте, что случилось: злая синьора Синьора-Помидорша и принц Лимон заточили друзей Чиполлино в тюрьму, а огород, где росли овощи, забрали. Ребята — мальчики и девочки из нашего сада — решили выручать героев. Но для этого нужно выполнить задания. Справимся?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Дети. Справимся!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Дифференциация по возрасту: дети 3–4 лет отвечают односложно и показывают картинки, дети 5–7 лет отвечают полными предложениями и рассуждают.</w:t>
      </w:r>
    </w:p>
    <w:p>
      <w:pPr>
        <w:spacing w:after="120"/>
        <w:ind w:firstLine="709"/>
        <w:jc w:val="left"/>
      </w:pPr>
      <w:r>
        <w:rPr>
          <w:b/>
          <w:i w:val="0"/>
        </w:rPr>
        <w:t>3. Игра «Чудесный мешочек» (5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Первое задание для спасения друзей — собрать урожай в корзинку. Найдите в мешочке овощ или фрукт и назовите его.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 по очереди достают муляжи и называют: «Это лук, он растёт на грядке», «Это яблоко, оно растёт на дереве».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(младшим). Скажи, что это? (Это морковка.)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(старшим). А теперь опиши: какая морковка? (Морковка длинная, оранжевая, сладкая, хрустящая.)</w:t>
      </w:r>
    </w:p>
    <w:p>
      <w:pPr>
        <w:spacing w:after="120"/>
        <w:ind w:firstLine="709"/>
        <w:jc w:val="left"/>
      </w:pPr>
      <w:r>
        <w:rPr>
          <w:b/>
          <w:i w:val="0"/>
        </w:rPr>
        <w:t>4. Игра «Собери урожай» (5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У нас две корзинки. В одну соберём овощи, а в другую — фрукты. Слушайте внимательно: в какую корзинку положим лук? Яблоко? Сливу? Редиску?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 раскладывают картинки по корзинкам и объясняют свой выбор.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Молодцы! Урожай собрали. А теперь скажите: где растут овощи, а где фрукты?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Дети. Овощи растут на грядке, в огороде. Фрукты растут на деревьях, в саду.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Верно! За это задание синьора Помидорша вернула нам огород!</w:t>
      </w:r>
    </w:p>
    <w:p>
      <w:pPr>
        <w:spacing w:after="120"/>
        <w:ind w:firstLine="709"/>
        <w:jc w:val="left"/>
      </w:pPr>
      <w:r>
        <w:rPr>
          <w:b/>
          <w:i w:val="0"/>
        </w:rPr>
        <w:t>5. Физкультминутка «Огородная зарядка» (2–3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произносит слова, дети показывают движения.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«Есть у нас огород — там морковка растёт, (широко разводят руки)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А репка жёлтая сияет, (вращают кистями-«фонарики»)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Лук зелёный вверх тянется, высится, (встают на носочки, тянут руки вверх)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А помидор красный поспел — поспел! (гладят живот)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Дружно овощи растут — растут, (медленно поднимаются из приседа)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Соберём богатый урожай — все встали, убежали!» (бег на месте, маршируют)</w:t>
      </w:r>
    </w:p>
    <w:p>
      <w:pPr>
        <w:spacing w:after="120"/>
        <w:ind w:firstLine="709"/>
        <w:jc w:val="left"/>
      </w:pPr>
      <w:r>
        <w:rPr>
          <w:b/>
          <w:i w:val="0"/>
        </w:rPr>
        <w:t>6. Беседа о витаминах (5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Ребята, а вы знаете, почему овощи, фрукты и ягоды такие полезные?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Ответы детей.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 них живут витамины. Витамины — это такие маленькие помощники, которые делают нас сильными, крепкими и здоровыми. Если ешь лук, яблоки, морковку, ягоды — реже болеешь и быстрее растёшь. Овощи, фрукты и ягоды — все приносят одинаковую пользу нашему организму.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(старшим). Скажите, какие витаминные салаты вы ели? Что нужно делать, чтобы не болеть?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Дети. Мыть фрукты перед едой, есть овощи и ягоды, гулять на свежем воздухе.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Правильно! За ваши ответы принц Лимон выпустил друзей Чиполлино из тюрьмы — им стало стыдно за свои проделки.</w:t>
      </w:r>
    </w:p>
    <w:p>
      <w:pPr>
        <w:spacing w:after="120"/>
        <w:ind w:firstLine="709"/>
        <w:jc w:val="left"/>
      </w:pPr>
      <w:r>
        <w:rPr>
          <w:b/>
          <w:i w:val="0"/>
        </w:rPr>
        <w:t>7. Речевое творчество: придумываем новое название сказки (6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Вот и спасены все герои! Осталось последнее задание. Сказка называется «Приключения Чиполлино». А давайте придумаем ей новое название — как она могла бы называться по-другому. Что думаете?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Ответы детей (примеры). «Как ребята Чиполлино выручали». «Как друзья победили злого Лимона». «Чиполлино и его верные друзья». «Сказка о смелой луковке».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 (младшим). Молодцы! (Старшим.) А теперь попробуйте придумать название в одно слово — как зовут главного героя, но по-новому. Например, «Луковка и его друзья».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Все варианты замечательные. Вы настоящие сказочники!</w:t>
      </w:r>
    </w:p>
    <w:p>
      <w:pPr>
        <w:spacing w:after="120"/>
        <w:ind w:firstLine="709"/>
        <w:jc w:val="left"/>
      </w:pPr>
      <w:r>
        <w:rPr>
          <w:b/>
          <w:i w:val="0"/>
        </w:rPr>
        <w:t>8. Итог занятия (3 мин)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Ребята, какое занятие было интересное! Давайте вспомним: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Чиполлино — это какой овощ? (Лук.)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В каких трёх корзинках живут витамины? (В овощах, фруктах и ягодах.)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Что мы придумали для сказки? (Новое название.)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Вы помогли Чиполлино и его друзьям, потому что знали овощи и фрукты, были дружными и смелыми — как настоящие выручатели! Чиполлино благодарит вас и дарит вам раскраски с героями сказки.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Воспитатель. И запомните волшебное правило: «Ешь овощи и фрукты — будешь крепким и здоровым!»</w:t>
      </w:r>
    </w:p>
    <w:p>
      <w:pPr>
        <w:spacing w:after="120"/>
        <w:ind w:firstLine="709"/>
        <w:jc w:val="left"/>
      </w:pPr>
      <w:r>
        <w:rPr>
          <w:b/>
          <w:i w:val="0"/>
        </w:rPr>
        <w:t>Дальнейшая работа: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чтение и рассматривание книги Джанни Родари «Приключения Чиполлино»;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сюжетно-ролевая игра «Овощной магазин»;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аппликация «Фрукты на тарелочке»;</w:t>
      </w:r>
    </w:p>
    <w:p>
      <w:pPr>
        <w:spacing w:after="120"/>
        <w:ind w:firstLine="709"/>
        <w:jc w:val="left"/>
      </w:pPr>
      <w:r>
        <w:rPr>
          <w:b w:val="0"/>
          <w:i w:val="0"/>
        </w:rPr>
        <w:t>— дидактические игры «Узнай на вкус», «Четвёртый лишний».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